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D13" w:rsidRDefault="00BD1D13">
      <w:pPr>
        <w:autoSpaceDE w:val="0"/>
        <w:autoSpaceDN w:val="0"/>
        <w:spacing w:after="78" w:line="220" w:lineRule="exact"/>
      </w:pPr>
      <w:bookmarkStart w:id="0" w:name="_GoBack"/>
      <w:bookmarkEnd w:id="0"/>
    </w:p>
    <w:p w:rsidR="00BD1D13" w:rsidRPr="0092023E" w:rsidRDefault="00FC3B1F">
      <w:pPr>
        <w:autoSpaceDE w:val="0"/>
        <w:autoSpaceDN w:val="0"/>
        <w:spacing w:after="0" w:line="230" w:lineRule="auto"/>
        <w:ind w:left="1494"/>
        <w:rPr>
          <w:lang w:val="ru-RU"/>
        </w:rPr>
      </w:pPr>
      <w:r w:rsidRPr="0092023E">
        <w:rPr>
          <w:rFonts w:ascii="Times New Roman" w:eastAsia="Times New Roman" w:hAnsi="Times New Roman"/>
          <w:b/>
          <w:color w:val="000000"/>
          <w:sz w:val="24"/>
          <w:lang w:val="ru-RU"/>
        </w:rPr>
        <w:t>МИНИСТЕРСТВО ПРОСВЕЩЕНИЯ РОССИЙСКОЙ ФЕДЕРАЦИИ</w:t>
      </w:r>
    </w:p>
    <w:p w:rsidR="00BD1D13" w:rsidRPr="0092023E" w:rsidRDefault="00FC3B1F">
      <w:pPr>
        <w:autoSpaceDE w:val="0"/>
        <w:autoSpaceDN w:val="0"/>
        <w:spacing w:before="670" w:after="0" w:line="230" w:lineRule="auto"/>
        <w:ind w:left="2286"/>
        <w:rPr>
          <w:lang w:val="ru-RU"/>
        </w:rPr>
      </w:pPr>
      <w:r w:rsidRPr="0092023E">
        <w:rPr>
          <w:rFonts w:ascii="Times New Roman" w:eastAsia="Times New Roman" w:hAnsi="Times New Roman"/>
          <w:color w:val="000000"/>
          <w:sz w:val="24"/>
          <w:lang w:val="ru-RU"/>
        </w:rPr>
        <w:t>Министерство образования и науки Республики Татарстан</w:t>
      </w:r>
    </w:p>
    <w:p w:rsidR="00BD1D13" w:rsidRPr="00C83776" w:rsidRDefault="00FC3B1F" w:rsidP="00C83776">
      <w:pPr>
        <w:pStyle w:val="a9"/>
        <w:jc w:val="center"/>
        <w:rPr>
          <w:rFonts w:ascii="Times New Roman" w:hAnsi="Times New Roman" w:cs="Times New Roman"/>
          <w:lang w:val="ru-RU"/>
        </w:rPr>
      </w:pPr>
      <w:r w:rsidRPr="00C83776">
        <w:rPr>
          <w:rFonts w:ascii="Times New Roman" w:hAnsi="Times New Roman" w:cs="Times New Roman"/>
          <w:lang w:val="ru-RU"/>
        </w:rPr>
        <w:t>Муниципальное бюджетное общеобразовательное учреждение «Болгарская средняя общеобразовательная школа № 2» Спасского муниципального района Республики Татарстан</w:t>
      </w:r>
    </w:p>
    <w:p w:rsidR="00BD1D13" w:rsidRDefault="00FC3B1F" w:rsidP="00C83776">
      <w:pPr>
        <w:pStyle w:val="a9"/>
        <w:jc w:val="center"/>
        <w:rPr>
          <w:rFonts w:ascii="Times New Roman" w:hAnsi="Times New Roman" w:cs="Times New Roman"/>
          <w:lang w:val="ru-RU"/>
        </w:rPr>
      </w:pPr>
      <w:r w:rsidRPr="00C83776">
        <w:rPr>
          <w:rFonts w:ascii="Times New Roman" w:hAnsi="Times New Roman" w:cs="Times New Roman"/>
        </w:rPr>
        <w:t>МБОУ «БСОШ № 2»</w:t>
      </w:r>
    </w:p>
    <w:p w:rsidR="00C83776" w:rsidRPr="00C83776" w:rsidRDefault="00C83776" w:rsidP="00C83776">
      <w:pPr>
        <w:pStyle w:val="a9"/>
        <w:jc w:val="center"/>
        <w:rPr>
          <w:rFonts w:ascii="Times New Roman" w:hAnsi="Times New Roman" w:cs="Times New Roman"/>
          <w:lang w:val="ru-RU"/>
        </w:rPr>
      </w:pPr>
    </w:p>
    <w:tbl>
      <w:tblPr>
        <w:tblW w:w="0" w:type="auto"/>
        <w:tblLayout w:type="fixed"/>
        <w:tblLook w:val="04A0" w:firstRow="1" w:lastRow="0" w:firstColumn="1" w:lastColumn="0" w:noHBand="0" w:noVBand="1"/>
      </w:tblPr>
      <w:tblGrid>
        <w:gridCol w:w="3122"/>
        <w:gridCol w:w="3520"/>
        <w:gridCol w:w="3300"/>
      </w:tblGrid>
      <w:tr w:rsidR="00BD1D13">
        <w:trPr>
          <w:trHeight w:hRule="exact" w:val="276"/>
        </w:trPr>
        <w:tc>
          <w:tcPr>
            <w:tcW w:w="3122" w:type="dxa"/>
            <w:tcMar>
              <w:left w:w="0" w:type="dxa"/>
              <w:right w:w="0" w:type="dxa"/>
            </w:tcMar>
          </w:tcPr>
          <w:p w:rsidR="00BD1D13" w:rsidRDefault="00FC3B1F">
            <w:pPr>
              <w:autoSpaceDE w:val="0"/>
              <w:autoSpaceDN w:val="0"/>
              <w:spacing w:before="50" w:after="0" w:line="230" w:lineRule="auto"/>
            </w:pPr>
            <w:r>
              <w:rPr>
                <w:rFonts w:ascii="Times New Roman" w:eastAsia="Times New Roman" w:hAnsi="Times New Roman"/>
                <w:color w:val="000000"/>
                <w:w w:val="102"/>
                <w:sz w:val="20"/>
              </w:rPr>
              <w:t>РАССМОТРЕНО</w:t>
            </w:r>
          </w:p>
        </w:tc>
        <w:tc>
          <w:tcPr>
            <w:tcW w:w="3520" w:type="dxa"/>
            <w:tcMar>
              <w:left w:w="0" w:type="dxa"/>
              <w:right w:w="0" w:type="dxa"/>
            </w:tcMar>
          </w:tcPr>
          <w:p w:rsidR="00BD1D13" w:rsidRDefault="00FC3B1F">
            <w:pPr>
              <w:autoSpaceDE w:val="0"/>
              <w:autoSpaceDN w:val="0"/>
              <w:spacing w:before="50" w:after="0" w:line="230" w:lineRule="auto"/>
              <w:ind w:left="396"/>
            </w:pPr>
            <w:r>
              <w:rPr>
                <w:rFonts w:ascii="Times New Roman" w:eastAsia="Times New Roman" w:hAnsi="Times New Roman"/>
                <w:color w:val="000000"/>
                <w:w w:val="102"/>
                <w:sz w:val="20"/>
              </w:rPr>
              <w:t>СОГЛАСОВАНО</w:t>
            </w:r>
          </w:p>
        </w:tc>
        <w:tc>
          <w:tcPr>
            <w:tcW w:w="3300" w:type="dxa"/>
            <w:tcMar>
              <w:left w:w="0" w:type="dxa"/>
              <w:right w:w="0" w:type="dxa"/>
            </w:tcMar>
          </w:tcPr>
          <w:p w:rsidR="00BD1D13" w:rsidRDefault="00FC3B1F">
            <w:pPr>
              <w:autoSpaceDE w:val="0"/>
              <w:autoSpaceDN w:val="0"/>
              <w:spacing w:before="50" w:after="0" w:line="230" w:lineRule="auto"/>
              <w:ind w:left="392"/>
            </w:pPr>
            <w:r>
              <w:rPr>
                <w:rFonts w:ascii="Times New Roman" w:eastAsia="Times New Roman" w:hAnsi="Times New Roman"/>
                <w:color w:val="000000"/>
                <w:w w:val="102"/>
                <w:sz w:val="20"/>
              </w:rPr>
              <w:t>УТВЕРЖДЕНО</w:t>
            </w:r>
          </w:p>
        </w:tc>
      </w:tr>
      <w:tr w:rsidR="00BD1D13">
        <w:trPr>
          <w:trHeight w:hRule="exact" w:val="202"/>
        </w:trPr>
        <w:tc>
          <w:tcPr>
            <w:tcW w:w="3122" w:type="dxa"/>
            <w:tcMar>
              <w:left w:w="0" w:type="dxa"/>
              <w:right w:w="0" w:type="dxa"/>
            </w:tcMar>
          </w:tcPr>
          <w:p w:rsidR="00BD1D13" w:rsidRDefault="00FC3B1F">
            <w:pPr>
              <w:autoSpaceDE w:val="0"/>
              <w:autoSpaceDN w:val="0"/>
              <w:spacing w:after="0" w:line="230" w:lineRule="auto"/>
            </w:pPr>
            <w:r>
              <w:rPr>
                <w:rFonts w:ascii="Times New Roman" w:eastAsia="Times New Roman" w:hAnsi="Times New Roman"/>
                <w:color w:val="000000"/>
                <w:w w:val="102"/>
                <w:sz w:val="20"/>
              </w:rPr>
              <w:t>на заседании МО учителей</w:t>
            </w:r>
          </w:p>
        </w:tc>
        <w:tc>
          <w:tcPr>
            <w:tcW w:w="3520" w:type="dxa"/>
            <w:tcMar>
              <w:left w:w="0" w:type="dxa"/>
              <w:right w:w="0" w:type="dxa"/>
            </w:tcMar>
          </w:tcPr>
          <w:p w:rsidR="00BD1D13" w:rsidRDefault="00FC3B1F">
            <w:pPr>
              <w:autoSpaceDE w:val="0"/>
              <w:autoSpaceDN w:val="0"/>
              <w:spacing w:after="0" w:line="230" w:lineRule="auto"/>
              <w:ind w:left="396"/>
            </w:pPr>
            <w:r>
              <w:rPr>
                <w:rFonts w:ascii="Times New Roman" w:eastAsia="Times New Roman" w:hAnsi="Times New Roman"/>
                <w:color w:val="000000"/>
                <w:w w:val="102"/>
                <w:sz w:val="20"/>
              </w:rPr>
              <w:t xml:space="preserve">на заседании МС школы </w:t>
            </w:r>
          </w:p>
        </w:tc>
        <w:tc>
          <w:tcPr>
            <w:tcW w:w="3300" w:type="dxa"/>
            <w:tcMar>
              <w:left w:w="0" w:type="dxa"/>
              <w:right w:w="0" w:type="dxa"/>
            </w:tcMar>
          </w:tcPr>
          <w:p w:rsidR="00BD1D13" w:rsidRDefault="00FC3B1F">
            <w:pPr>
              <w:autoSpaceDE w:val="0"/>
              <w:autoSpaceDN w:val="0"/>
              <w:spacing w:after="0" w:line="230" w:lineRule="auto"/>
              <w:ind w:left="392"/>
            </w:pPr>
            <w:r>
              <w:rPr>
                <w:rFonts w:ascii="Times New Roman" w:eastAsia="Times New Roman" w:hAnsi="Times New Roman"/>
                <w:color w:val="000000"/>
                <w:w w:val="102"/>
                <w:sz w:val="20"/>
              </w:rPr>
              <w:t>Директор МБОУ «БСОШ № 2»</w:t>
            </w:r>
          </w:p>
        </w:tc>
      </w:tr>
      <w:tr w:rsidR="00BD1D13">
        <w:trPr>
          <w:trHeight w:hRule="exact" w:val="204"/>
        </w:trPr>
        <w:tc>
          <w:tcPr>
            <w:tcW w:w="3122" w:type="dxa"/>
            <w:tcMar>
              <w:left w:w="0" w:type="dxa"/>
              <w:right w:w="0" w:type="dxa"/>
            </w:tcMar>
          </w:tcPr>
          <w:p w:rsidR="00BD1D13" w:rsidRDefault="00FC3B1F">
            <w:pPr>
              <w:autoSpaceDE w:val="0"/>
              <w:autoSpaceDN w:val="0"/>
              <w:spacing w:after="0" w:line="230" w:lineRule="auto"/>
            </w:pPr>
            <w:r>
              <w:rPr>
                <w:rFonts w:ascii="Times New Roman" w:eastAsia="Times New Roman" w:hAnsi="Times New Roman"/>
                <w:color w:val="000000"/>
                <w:w w:val="102"/>
                <w:sz w:val="20"/>
              </w:rPr>
              <w:t>естественно - научного цикла и</w:t>
            </w:r>
          </w:p>
        </w:tc>
        <w:tc>
          <w:tcPr>
            <w:tcW w:w="3520" w:type="dxa"/>
            <w:vMerge w:val="restart"/>
            <w:tcMar>
              <w:left w:w="0" w:type="dxa"/>
              <w:right w:w="0" w:type="dxa"/>
            </w:tcMar>
          </w:tcPr>
          <w:p w:rsidR="00BD1D13" w:rsidRDefault="00FC3B1F">
            <w:pPr>
              <w:autoSpaceDE w:val="0"/>
              <w:autoSpaceDN w:val="0"/>
              <w:spacing w:before="194" w:after="0" w:line="230" w:lineRule="auto"/>
              <w:jc w:val="center"/>
            </w:pPr>
            <w:r>
              <w:rPr>
                <w:rFonts w:ascii="Times New Roman" w:eastAsia="Times New Roman" w:hAnsi="Times New Roman"/>
                <w:color w:val="000000"/>
                <w:w w:val="102"/>
                <w:sz w:val="20"/>
              </w:rPr>
              <w:t>______________Е.А. Черкасова</w:t>
            </w:r>
          </w:p>
        </w:tc>
        <w:tc>
          <w:tcPr>
            <w:tcW w:w="3300" w:type="dxa"/>
            <w:vMerge w:val="restart"/>
            <w:tcMar>
              <w:left w:w="0" w:type="dxa"/>
              <w:right w:w="0" w:type="dxa"/>
            </w:tcMar>
          </w:tcPr>
          <w:p w:rsidR="00BD1D13" w:rsidRDefault="00FC3B1F">
            <w:pPr>
              <w:autoSpaceDE w:val="0"/>
              <w:autoSpaceDN w:val="0"/>
              <w:spacing w:before="194" w:after="0" w:line="230" w:lineRule="auto"/>
              <w:ind w:left="392"/>
            </w:pPr>
            <w:r>
              <w:rPr>
                <w:rFonts w:ascii="Times New Roman" w:eastAsia="Times New Roman" w:hAnsi="Times New Roman"/>
                <w:color w:val="000000"/>
                <w:w w:val="102"/>
                <w:sz w:val="20"/>
              </w:rPr>
              <w:t>______________Л.В. Борюшкина</w:t>
            </w:r>
          </w:p>
        </w:tc>
      </w:tr>
      <w:tr w:rsidR="00BD1D13">
        <w:trPr>
          <w:trHeight w:hRule="exact" w:val="276"/>
        </w:trPr>
        <w:tc>
          <w:tcPr>
            <w:tcW w:w="3122" w:type="dxa"/>
            <w:tcMar>
              <w:left w:w="0" w:type="dxa"/>
              <w:right w:w="0" w:type="dxa"/>
            </w:tcMar>
          </w:tcPr>
          <w:p w:rsidR="00BD1D13" w:rsidRDefault="00FC3B1F">
            <w:pPr>
              <w:autoSpaceDE w:val="0"/>
              <w:autoSpaceDN w:val="0"/>
              <w:spacing w:after="0" w:line="230" w:lineRule="auto"/>
            </w:pPr>
            <w:r>
              <w:rPr>
                <w:rFonts w:ascii="Times New Roman" w:eastAsia="Times New Roman" w:hAnsi="Times New Roman"/>
                <w:color w:val="000000"/>
                <w:w w:val="102"/>
                <w:sz w:val="20"/>
              </w:rPr>
              <w:t>общественных дисциплин</w:t>
            </w:r>
          </w:p>
        </w:tc>
        <w:tc>
          <w:tcPr>
            <w:tcW w:w="3326" w:type="dxa"/>
            <w:vMerge/>
          </w:tcPr>
          <w:p w:rsidR="00BD1D13" w:rsidRDefault="00BD1D13"/>
        </w:tc>
        <w:tc>
          <w:tcPr>
            <w:tcW w:w="3326" w:type="dxa"/>
            <w:vMerge/>
          </w:tcPr>
          <w:p w:rsidR="00BD1D13" w:rsidRDefault="00BD1D13"/>
        </w:tc>
      </w:tr>
    </w:tbl>
    <w:p w:rsidR="00BD1D13" w:rsidRDefault="00BD1D13">
      <w:pPr>
        <w:autoSpaceDE w:val="0"/>
        <w:autoSpaceDN w:val="0"/>
        <w:spacing w:after="0" w:line="62" w:lineRule="exact"/>
      </w:pPr>
    </w:p>
    <w:tbl>
      <w:tblPr>
        <w:tblW w:w="0" w:type="auto"/>
        <w:tblLayout w:type="fixed"/>
        <w:tblLook w:val="04A0" w:firstRow="1" w:lastRow="0" w:firstColumn="1" w:lastColumn="0" w:noHBand="0" w:noVBand="1"/>
      </w:tblPr>
      <w:tblGrid>
        <w:gridCol w:w="2382"/>
        <w:gridCol w:w="3780"/>
        <w:gridCol w:w="3180"/>
      </w:tblGrid>
      <w:tr w:rsidR="00BD1D13">
        <w:trPr>
          <w:trHeight w:hRule="exact" w:val="358"/>
        </w:trPr>
        <w:tc>
          <w:tcPr>
            <w:tcW w:w="2382" w:type="dxa"/>
            <w:tcMar>
              <w:left w:w="0" w:type="dxa"/>
              <w:right w:w="0" w:type="dxa"/>
            </w:tcMar>
          </w:tcPr>
          <w:p w:rsidR="00BD1D13" w:rsidRDefault="00FC3B1F">
            <w:pPr>
              <w:autoSpaceDE w:val="0"/>
              <w:autoSpaceDN w:val="0"/>
              <w:spacing w:before="60" w:after="0" w:line="230" w:lineRule="auto"/>
            </w:pPr>
            <w:r>
              <w:rPr>
                <w:rFonts w:ascii="Times New Roman" w:eastAsia="Times New Roman" w:hAnsi="Times New Roman"/>
                <w:color w:val="000000"/>
                <w:w w:val="102"/>
                <w:sz w:val="20"/>
              </w:rPr>
              <w:t>С.А. Потапова</w:t>
            </w:r>
          </w:p>
        </w:tc>
        <w:tc>
          <w:tcPr>
            <w:tcW w:w="3780" w:type="dxa"/>
            <w:tcMar>
              <w:left w:w="0" w:type="dxa"/>
              <w:right w:w="0" w:type="dxa"/>
            </w:tcMar>
          </w:tcPr>
          <w:p w:rsidR="00BD1D13" w:rsidRDefault="00FC3B1F">
            <w:pPr>
              <w:autoSpaceDE w:val="0"/>
              <w:autoSpaceDN w:val="0"/>
              <w:spacing w:before="60" w:after="0" w:line="230" w:lineRule="auto"/>
              <w:ind w:right="1554"/>
              <w:jc w:val="right"/>
            </w:pPr>
            <w:r>
              <w:rPr>
                <w:rFonts w:ascii="Times New Roman" w:eastAsia="Times New Roman" w:hAnsi="Times New Roman"/>
                <w:color w:val="000000"/>
                <w:w w:val="102"/>
                <w:sz w:val="20"/>
              </w:rPr>
              <w:t>Протокол №</w:t>
            </w:r>
          </w:p>
        </w:tc>
        <w:tc>
          <w:tcPr>
            <w:tcW w:w="3180" w:type="dxa"/>
            <w:tcMar>
              <w:left w:w="0" w:type="dxa"/>
              <w:right w:w="0" w:type="dxa"/>
            </w:tcMar>
          </w:tcPr>
          <w:p w:rsidR="00BD1D13" w:rsidRDefault="00FC3B1F">
            <w:pPr>
              <w:autoSpaceDE w:val="0"/>
              <w:autoSpaceDN w:val="0"/>
              <w:spacing w:before="60" w:after="0" w:line="230" w:lineRule="auto"/>
              <w:ind w:right="1434"/>
              <w:jc w:val="right"/>
            </w:pPr>
            <w:r>
              <w:rPr>
                <w:rFonts w:ascii="Times New Roman" w:eastAsia="Times New Roman" w:hAnsi="Times New Roman"/>
                <w:color w:val="000000"/>
                <w:w w:val="102"/>
                <w:sz w:val="20"/>
              </w:rPr>
              <w:t>Приказ №</w:t>
            </w:r>
          </w:p>
        </w:tc>
      </w:tr>
      <w:tr w:rsidR="00BD1D13">
        <w:trPr>
          <w:trHeight w:hRule="exact" w:val="396"/>
        </w:trPr>
        <w:tc>
          <w:tcPr>
            <w:tcW w:w="2382" w:type="dxa"/>
            <w:tcMar>
              <w:left w:w="0" w:type="dxa"/>
              <w:right w:w="0" w:type="dxa"/>
            </w:tcMar>
          </w:tcPr>
          <w:p w:rsidR="00BD1D13" w:rsidRDefault="00FC3B1F">
            <w:pPr>
              <w:autoSpaceDE w:val="0"/>
              <w:autoSpaceDN w:val="0"/>
              <w:spacing w:before="110" w:after="0" w:line="230" w:lineRule="auto"/>
            </w:pPr>
            <w:r>
              <w:rPr>
                <w:rFonts w:ascii="Times New Roman" w:eastAsia="Times New Roman" w:hAnsi="Times New Roman"/>
                <w:color w:val="000000"/>
                <w:w w:val="102"/>
                <w:sz w:val="20"/>
              </w:rPr>
              <w:t>Протокол №</w:t>
            </w:r>
          </w:p>
        </w:tc>
        <w:tc>
          <w:tcPr>
            <w:tcW w:w="3780" w:type="dxa"/>
            <w:tcMar>
              <w:left w:w="0" w:type="dxa"/>
              <w:right w:w="0" w:type="dxa"/>
            </w:tcMar>
          </w:tcPr>
          <w:p w:rsidR="00BD1D13" w:rsidRDefault="00FC3B1F">
            <w:pPr>
              <w:autoSpaceDE w:val="0"/>
              <w:autoSpaceDN w:val="0"/>
              <w:spacing w:before="110" w:after="0" w:line="230" w:lineRule="auto"/>
              <w:ind w:right="850"/>
              <w:jc w:val="right"/>
            </w:pPr>
            <w:r>
              <w:rPr>
                <w:rFonts w:ascii="Times New Roman" w:eastAsia="Times New Roman" w:hAnsi="Times New Roman"/>
                <w:color w:val="000000"/>
                <w:w w:val="102"/>
                <w:sz w:val="20"/>
              </w:rPr>
              <w:t>от "" августа  2022 г.</w:t>
            </w:r>
          </w:p>
        </w:tc>
        <w:tc>
          <w:tcPr>
            <w:tcW w:w="3180" w:type="dxa"/>
            <w:tcMar>
              <w:left w:w="0" w:type="dxa"/>
              <w:right w:w="0" w:type="dxa"/>
            </w:tcMar>
          </w:tcPr>
          <w:p w:rsidR="00BD1D13" w:rsidRDefault="00FC3B1F">
            <w:pPr>
              <w:autoSpaceDE w:val="0"/>
              <w:autoSpaceDN w:val="0"/>
              <w:spacing w:before="110" w:after="0" w:line="230" w:lineRule="auto"/>
              <w:ind w:right="610"/>
              <w:jc w:val="right"/>
            </w:pPr>
            <w:r>
              <w:rPr>
                <w:rFonts w:ascii="Times New Roman" w:eastAsia="Times New Roman" w:hAnsi="Times New Roman"/>
                <w:color w:val="000000"/>
                <w:w w:val="102"/>
                <w:sz w:val="20"/>
              </w:rPr>
              <w:t>от "" августа2022 г.</w:t>
            </w:r>
          </w:p>
        </w:tc>
      </w:tr>
    </w:tbl>
    <w:p w:rsidR="00BD1D13" w:rsidRPr="009E76A4" w:rsidRDefault="00FC3B1F">
      <w:pPr>
        <w:autoSpaceDE w:val="0"/>
        <w:autoSpaceDN w:val="0"/>
        <w:spacing w:before="122" w:after="0" w:line="230" w:lineRule="auto"/>
        <w:rPr>
          <w:lang w:val="ru-RU"/>
        </w:rPr>
      </w:pPr>
      <w:r w:rsidRPr="009E76A4">
        <w:rPr>
          <w:rFonts w:ascii="Times New Roman" w:eastAsia="Times New Roman" w:hAnsi="Times New Roman"/>
          <w:color w:val="000000"/>
          <w:w w:val="102"/>
          <w:sz w:val="20"/>
          <w:lang w:val="ru-RU"/>
        </w:rPr>
        <w:t>от "" августа2022 г.</w:t>
      </w:r>
    </w:p>
    <w:p w:rsidR="00BD1D13" w:rsidRDefault="00FC3B1F" w:rsidP="00C83776">
      <w:pPr>
        <w:pStyle w:val="a9"/>
        <w:jc w:val="center"/>
        <w:rPr>
          <w:rFonts w:ascii="Times New Roman" w:hAnsi="Times New Roman" w:cs="Times New Roman"/>
          <w:b/>
          <w:sz w:val="24"/>
          <w:szCs w:val="24"/>
          <w:lang w:val="ru-RU"/>
        </w:rPr>
      </w:pPr>
      <w:r w:rsidRPr="00C83776">
        <w:rPr>
          <w:rFonts w:ascii="Times New Roman" w:hAnsi="Times New Roman" w:cs="Times New Roman"/>
          <w:b/>
          <w:sz w:val="24"/>
          <w:szCs w:val="24"/>
          <w:lang w:val="ru-RU"/>
        </w:rPr>
        <w:t xml:space="preserve">РАБОЧАЯ ПРОГРАММА </w:t>
      </w:r>
      <w:r w:rsidRPr="00C83776">
        <w:rPr>
          <w:rFonts w:ascii="Times New Roman" w:hAnsi="Times New Roman" w:cs="Times New Roman"/>
          <w:b/>
          <w:sz w:val="24"/>
          <w:szCs w:val="24"/>
          <w:lang w:val="ru-RU"/>
        </w:rPr>
        <w:br/>
        <w:t xml:space="preserve">ОСНОВНОГО ОБЩЕГО ОБРАЗОВАНИЯ </w:t>
      </w:r>
      <w:r w:rsidRPr="00C83776">
        <w:rPr>
          <w:rFonts w:ascii="Times New Roman" w:hAnsi="Times New Roman" w:cs="Times New Roman"/>
          <w:b/>
          <w:sz w:val="24"/>
          <w:szCs w:val="24"/>
          <w:lang w:val="ru-RU"/>
        </w:rPr>
        <w:br/>
      </w:r>
      <w:r w:rsidRPr="00C83776">
        <w:rPr>
          <w:rFonts w:ascii="Times New Roman" w:hAnsi="Times New Roman" w:cs="Times New Roman"/>
          <w:b/>
          <w:sz w:val="24"/>
          <w:szCs w:val="24"/>
          <w:lang w:val="ru-RU"/>
        </w:rPr>
        <w:tab/>
        <w:t>(</w:t>
      </w:r>
      <w:r w:rsidRPr="00C83776">
        <w:rPr>
          <w:rFonts w:ascii="Times New Roman" w:hAnsi="Times New Roman" w:cs="Times New Roman"/>
          <w:b/>
          <w:sz w:val="24"/>
          <w:szCs w:val="24"/>
        </w:rPr>
        <w:t>ID</w:t>
      </w:r>
      <w:r w:rsidRPr="00C83776">
        <w:rPr>
          <w:rFonts w:ascii="Times New Roman" w:hAnsi="Times New Roman" w:cs="Times New Roman"/>
          <w:b/>
          <w:sz w:val="24"/>
          <w:szCs w:val="24"/>
          <w:lang w:val="ru-RU"/>
        </w:rPr>
        <w:t xml:space="preserve"> 5422310) </w:t>
      </w:r>
      <w:r w:rsidRPr="00C83776">
        <w:rPr>
          <w:rFonts w:ascii="Times New Roman" w:hAnsi="Times New Roman" w:cs="Times New Roman"/>
          <w:b/>
          <w:sz w:val="24"/>
          <w:szCs w:val="24"/>
          <w:lang w:val="ru-RU"/>
        </w:rPr>
        <w:br/>
      </w:r>
      <w:r w:rsidRPr="00C83776">
        <w:rPr>
          <w:rFonts w:ascii="Times New Roman" w:hAnsi="Times New Roman" w:cs="Times New Roman"/>
          <w:b/>
          <w:sz w:val="24"/>
          <w:szCs w:val="24"/>
          <w:lang w:val="ru-RU"/>
        </w:rPr>
        <w:tab/>
        <w:t>Учебного предмета</w:t>
      </w:r>
      <w:r w:rsidRPr="00C83776">
        <w:rPr>
          <w:rFonts w:ascii="Times New Roman" w:hAnsi="Times New Roman" w:cs="Times New Roman"/>
          <w:b/>
          <w:sz w:val="24"/>
          <w:szCs w:val="24"/>
          <w:lang w:val="ru-RU"/>
        </w:rPr>
        <w:br/>
      </w:r>
      <w:r w:rsidRPr="00C83776">
        <w:rPr>
          <w:rFonts w:ascii="Times New Roman" w:hAnsi="Times New Roman" w:cs="Times New Roman"/>
          <w:b/>
          <w:sz w:val="24"/>
          <w:szCs w:val="24"/>
          <w:lang w:val="ru-RU"/>
        </w:rPr>
        <w:tab/>
        <w:t>«ОБЩЕСТВОЗНАНИЕ»</w:t>
      </w:r>
    </w:p>
    <w:p w:rsidR="00C83776" w:rsidRDefault="00C83776" w:rsidP="00C83776">
      <w:pPr>
        <w:pStyle w:val="a9"/>
        <w:jc w:val="center"/>
        <w:rPr>
          <w:rFonts w:ascii="Times New Roman" w:hAnsi="Times New Roman" w:cs="Times New Roman"/>
          <w:b/>
          <w:sz w:val="24"/>
          <w:szCs w:val="24"/>
          <w:lang w:val="ru-RU"/>
        </w:rPr>
      </w:pPr>
    </w:p>
    <w:p w:rsidR="00C83776" w:rsidRPr="00C83776" w:rsidRDefault="00C83776" w:rsidP="00C83776">
      <w:pPr>
        <w:pStyle w:val="a9"/>
        <w:jc w:val="center"/>
        <w:rPr>
          <w:rFonts w:ascii="Times New Roman" w:hAnsi="Times New Roman" w:cs="Times New Roman"/>
          <w:b/>
          <w:sz w:val="24"/>
          <w:szCs w:val="24"/>
          <w:lang w:val="ru-RU"/>
        </w:rPr>
      </w:pPr>
    </w:p>
    <w:p w:rsidR="00BD1D13" w:rsidRPr="00C83776" w:rsidRDefault="00FC3B1F" w:rsidP="00C83776">
      <w:pPr>
        <w:pStyle w:val="a9"/>
        <w:jc w:val="center"/>
        <w:rPr>
          <w:rFonts w:ascii="Times New Roman" w:hAnsi="Times New Roman" w:cs="Times New Roman"/>
          <w:sz w:val="24"/>
          <w:szCs w:val="24"/>
        </w:rPr>
      </w:pPr>
      <w:r w:rsidRPr="00C83776">
        <w:rPr>
          <w:rFonts w:ascii="Times New Roman" w:hAnsi="Times New Roman" w:cs="Times New Roman"/>
          <w:sz w:val="24"/>
          <w:szCs w:val="24"/>
        </w:rPr>
        <w:t>(</w:t>
      </w:r>
      <w:proofErr w:type="spellStart"/>
      <w:proofErr w:type="gramStart"/>
      <w:r w:rsidRPr="00C83776">
        <w:rPr>
          <w:rFonts w:ascii="Times New Roman" w:hAnsi="Times New Roman" w:cs="Times New Roman"/>
          <w:sz w:val="24"/>
          <w:szCs w:val="24"/>
        </w:rPr>
        <w:t>для</w:t>
      </w:r>
      <w:proofErr w:type="spellEnd"/>
      <w:proofErr w:type="gramEnd"/>
      <w:r w:rsidRPr="00C83776">
        <w:rPr>
          <w:rFonts w:ascii="Times New Roman" w:hAnsi="Times New Roman" w:cs="Times New Roman"/>
          <w:sz w:val="24"/>
          <w:szCs w:val="24"/>
        </w:rPr>
        <w:t xml:space="preserve"> 6-9 </w:t>
      </w:r>
      <w:proofErr w:type="spellStart"/>
      <w:r w:rsidRPr="00C83776">
        <w:rPr>
          <w:rFonts w:ascii="Times New Roman" w:hAnsi="Times New Roman" w:cs="Times New Roman"/>
          <w:sz w:val="24"/>
          <w:szCs w:val="24"/>
        </w:rPr>
        <w:t>классов</w:t>
      </w:r>
      <w:proofErr w:type="spellEnd"/>
      <w:r w:rsidRPr="00C83776">
        <w:rPr>
          <w:rFonts w:ascii="Times New Roman" w:hAnsi="Times New Roman" w:cs="Times New Roman"/>
          <w:sz w:val="24"/>
          <w:szCs w:val="24"/>
        </w:rPr>
        <w:t xml:space="preserve"> </w:t>
      </w:r>
      <w:proofErr w:type="spellStart"/>
      <w:r w:rsidRPr="00C83776">
        <w:rPr>
          <w:rFonts w:ascii="Times New Roman" w:hAnsi="Times New Roman" w:cs="Times New Roman"/>
          <w:sz w:val="24"/>
          <w:szCs w:val="24"/>
        </w:rPr>
        <w:t>образовательных</w:t>
      </w:r>
      <w:proofErr w:type="spellEnd"/>
      <w:r w:rsidRPr="00C83776">
        <w:rPr>
          <w:rFonts w:ascii="Times New Roman" w:hAnsi="Times New Roman" w:cs="Times New Roman"/>
          <w:sz w:val="24"/>
          <w:szCs w:val="24"/>
        </w:rPr>
        <w:t xml:space="preserve"> </w:t>
      </w:r>
      <w:proofErr w:type="spellStart"/>
      <w:r w:rsidRPr="00C83776">
        <w:rPr>
          <w:rFonts w:ascii="Times New Roman" w:hAnsi="Times New Roman" w:cs="Times New Roman"/>
          <w:sz w:val="24"/>
          <w:szCs w:val="24"/>
        </w:rPr>
        <w:t>организаций</w:t>
      </w:r>
      <w:proofErr w:type="spellEnd"/>
      <w:r w:rsidRPr="00C83776">
        <w:rPr>
          <w:rFonts w:ascii="Times New Roman" w:hAnsi="Times New Roman" w:cs="Times New Roman"/>
          <w:sz w:val="24"/>
          <w:szCs w:val="24"/>
        </w:rPr>
        <w:t>)</w:t>
      </w:r>
    </w:p>
    <w:p w:rsidR="00BD1D13" w:rsidRDefault="00BD1D13"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Default="00C83776" w:rsidP="00C83776">
      <w:pPr>
        <w:pStyle w:val="a9"/>
        <w:jc w:val="center"/>
        <w:rPr>
          <w:lang w:val="ru-RU"/>
        </w:rPr>
      </w:pPr>
    </w:p>
    <w:p w:rsidR="00C83776" w:rsidRPr="00C83776" w:rsidRDefault="00C83776" w:rsidP="00C83776">
      <w:pPr>
        <w:pStyle w:val="a9"/>
        <w:jc w:val="center"/>
        <w:rPr>
          <w:lang w:val="ru-RU"/>
        </w:rPr>
        <w:sectPr w:rsidR="00C83776" w:rsidRPr="00C83776">
          <w:pgSz w:w="11900" w:h="16840"/>
          <w:pgMar w:top="298" w:right="1184" w:bottom="1440" w:left="738" w:header="720" w:footer="720" w:gutter="0"/>
          <w:cols w:space="720" w:equalWidth="0">
            <w:col w:w="9978" w:space="0"/>
          </w:cols>
          <w:docGrid w:linePitch="360"/>
        </w:sectPr>
      </w:pPr>
    </w:p>
    <w:p w:rsidR="00BD1D13" w:rsidRPr="0092023E" w:rsidRDefault="00BD1D13">
      <w:pPr>
        <w:autoSpaceDE w:val="0"/>
        <w:autoSpaceDN w:val="0"/>
        <w:spacing w:after="1158" w:line="220" w:lineRule="exact"/>
        <w:rPr>
          <w:lang w:val="ru-RU"/>
        </w:rPr>
      </w:pPr>
    </w:p>
    <w:p w:rsidR="00BD1D13" w:rsidRPr="0092023E" w:rsidRDefault="00FC3B1F">
      <w:pPr>
        <w:autoSpaceDE w:val="0"/>
        <w:autoSpaceDN w:val="0"/>
        <w:spacing w:after="0" w:line="230" w:lineRule="auto"/>
        <w:ind w:right="3828"/>
        <w:jc w:val="right"/>
        <w:rPr>
          <w:lang w:val="ru-RU"/>
        </w:rPr>
      </w:pPr>
      <w:r w:rsidRPr="0092023E">
        <w:rPr>
          <w:rFonts w:ascii="Times New Roman" w:eastAsia="Times New Roman" w:hAnsi="Times New Roman"/>
          <w:color w:val="000000"/>
          <w:sz w:val="24"/>
          <w:lang w:val="ru-RU"/>
        </w:rPr>
        <w:t>Болгар 2022</w:t>
      </w:r>
    </w:p>
    <w:p w:rsidR="00BD1D13" w:rsidRPr="0092023E" w:rsidRDefault="00BD1D13">
      <w:pPr>
        <w:rPr>
          <w:lang w:val="ru-RU"/>
        </w:rPr>
        <w:sectPr w:rsidR="00BD1D13" w:rsidRPr="0092023E">
          <w:pgSz w:w="11900" w:h="16840"/>
          <w:pgMar w:top="1378" w:right="1440" w:bottom="1440" w:left="1440" w:header="720" w:footer="720" w:gutter="0"/>
          <w:cols w:space="720" w:equalWidth="0">
            <w:col w:w="9020" w:space="0"/>
          </w:cols>
          <w:docGrid w:linePitch="360"/>
        </w:sectPr>
      </w:pPr>
    </w:p>
    <w:p w:rsidR="00BD1D13" w:rsidRPr="0092023E" w:rsidRDefault="00BD1D13">
      <w:pPr>
        <w:autoSpaceDE w:val="0"/>
        <w:autoSpaceDN w:val="0"/>
        <w:spacing w:after="216" w:line="220" w:lineRule="exact"/>
        <w:rPr>
          <w:lang w:val="ru-RU"/>
        </w:rPr>
      </w:pPr>
    </w:p>
    <w:p w:rsidR="00BD1D13" w:rsidRPr="009E76A4" w:rsidRDefault="009E76A4" w:rsidP="009E76A4">
      <w:pPr>
        <w:autoSpaceDE w:val="0"/>
        <w:autoSpaceDN w:val="0"/>
        <w:spacing w:after="0" w:line="230" w:lineRule="auto"/>
        <w:jc w:val="center"/>
        <w:rPr>
          <w:lang w:val="ru-RU"/>
        </w:rPr>
      </w:pPr>
      <w:r w:rsidRPr="009E76A4">
        <w:rPr>
          <w:rFonts w:ascii="Times New Roman" w:eastAsia="Times New Roman" w:hAnsi="Times New Roman"/>
          <w:b/>
          <w:color w:val="000000"/>
          <w:sz w:val="24"/>
          <w:lang w:val="ru-RU"/>
        </w:rPr>
        <w:t>I.</w:t>
      </w:r>
      <w:r>
        <w:rPr>
          <w:rFonts w:ascii="Times New Roman" w:eastAsia="Times New Roman" w:hAnsi="Times New Roman"/>
          <w:b/>
          <w:color w:val="000000"/>
          <w:sz w:val="24"/>
          <w:lang w:val="ru-RU"/>
        </w:rPr>
        <w:t xml:space="preserve"> </w:t>
      </w:r>
      <w:r w:rsidR="00FC3B1F" w:rsidRPr="009E76A4">
        <w:rPr>
          <w:rFonts w:ascii="Times New Roman" w:eastAsia="Times New Roman" w:hAnsi="Times New Roman"/>
          <w:b/>
          <w:color w:val="000000"/>
          <w:sz w:val="24"/>
          <w:lang w:val="ru-RU"/>
        </w:rPr>
        <w:t>ПОЯСНИТЕЛЬНАЯ ЗАПИСКА</w:t>
      </w:r>
    </w:p>
    <w:p w:rsidR="00BD1D13" w:rsidRPr="0092023E" w:rsidRDefault="009E76A4">
      <w:pPr>
        <w:autoSpaceDE w:val="0"/>
        <w:autoSpaceDN w:val="0"/>
        <w:spacing w:before="466" w:after="0" w:line="230" w:lineRule="auto"/>
        <w:ind w:left="180"/>
        <w:rPr>
          <w:lang w:val="ru-RU"/>
        </w:rPr>
      </w:pPr>
      <w:r w:rsidRPr="009E76A4">
        <w:rPr>
          <w:rFonts w:ascii="Times New Roman" w:eastAsia="Times New Roman" w:hAnsi="Times New Roman"/>
          <w:b/>
          <w:color w:val="000000"/>
          <w:sz w:val="24"/>
          <w:lang w:val="ru-RU"/>
        </w:rPr>
        <w:t xml:space="preserve">1. </w:t>
      </w:r>
      <w:r w:rsidR="00FC3B1F" w:rsidRPr="0092023E">
        <w:rPr>
          <w:rFonts w:ascii="Times New Roman" w:eastAsia="Times New Roman" w:hAnsi="Times New Roman"/>
          <w:b/>
          <w:color w:val="000000"/>
          <w:sz w:val="24"/>
          <w:lang w:val="ru-RU"/>
        </w:rPr>
        <w:t>ОБЩАЯ ХАРАКТЕРИСТИКА УЧЕБНОГО ПРЕДМЕТА «ОБЩЕСТВОЗНАНИЕ»</w:t>
      </w:r>
    </w:p>
    <w:p w:rsidR="00BD1D13" w:rsidRPr="0092023E" w:rsidRDefault="00FC3B1F">
      <w:pPr>
        <w:autoSpaceDE w:val="0"/>
        <w:autoSpaceDN w:val="0"/>
        <w:spacing w:before="190" w:after="0" w:line="286" w:lineRule="auto"/>
        <w:ind w:firstLine="180"/>
        <w:rPr>
          <w:lang w:val="ru-RU"/>
        </w:rPr>
      </w:pPr>
      <w:r w:rsidRPr="0092023E">
        <w:rPr>
          <w:rFonts w:ascii="Times New Roman" w:eastAsia="Times New Roman" w:hAnsi="Times New Roman"/>
          <w:color w:val="000000"/>
          <w:sz w:val="24"/>
          <w:lang w:val="ru-RU"/>
        </w:rPr>
        <w:t>Рабочая программа по обществознанию для 6 класса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Примерной программы воспитания (2020 г.).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BD1D13" w:rsidRPr="0092023E" w:rsidRDefault="00FC3B1F">
      <w:pPr>
        <w:autoSpaceDE w:val="0"/>
        <w:autoSpaceDN w:val="0"/>
        <w:spacing w:before="70" w:after="0"/>
        <w:ind w:right="288" w:firstLine="180"/>
        <w:rPr>
          <w:lang w:val="ru-RU"/>
        </w:rPr>
      </w:pPr>
      <w:r w:rsidRPr="0092023E">
        <w:rPr>
          <w:rFonts w:ascii="Times New Roman" w:eastAsia="Times New Roman" w:hAnsi="Times New Roman"/>
          <w:color w:val="000000"/>
          <w:sz w:val="24"/>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w:t>
      </w:r>
      <w:r w:rsidRPr="0092023E">
        <w:rPr>
          <w:lang w:val="ru-RU"/>
        </w:rPr>
        <w:br/>
      </w:r>
      <w:r w:rsidRPr="0092023E">
        <w:rPr>
          <w:rFonts w:ascii="Times New Roman" w:eastAsia="Times New Roman" w:hAnsi="Times New Roman"/>
          <w:color w:val="000000"/>
          <w:sz w:val="24"/>
          <w:lang w:val="ru-RU"/>
        </w:rPr>
        <w:t xml:space="preserve">идентичности, готовности к служению Отечеству, приверженности </w:t>
      </w:r>
      <w:proofErr w:type="spellStart"/>
      <w:proofErr w:type="gramStart"/>
      <w:r w:rsidRPr="0092023E">
        <w:rPr>
          <w:rFonts w:ascii="Times New Roman" w:eastAsia="Times New Roman" w:hAnsi="Times New Roman"/>
          <w:color w:val="000000"/>
          <w:sz w:val="24"/>
          <w:lang w:val="ru-RU"/>
        </w:rPr>
        <w:t>нацио</w:t>
      </w:r>
      <w:proofErr w:type="spellEnd"/>
      <w:r w:rsidRPr="0092023E">
        <w:rPr>
          <w:rFonts w:ascii="Times New Roman" w:eastAsia="Times New Roman" w:hAnsi="Times New Roman"/>
          <w:color w:val="000000"/>
          <w:sz w:val="24"/>
          <w:lang w:val="ru-RU"/>
        </w:rPr>
        <w:t>​</w:t>
      </w:r>
      <w:proofErr w:type="spellStart"/>
      <w:r w:rsidRPr="0092023E">
        <w:rPr>
          <w:rFonts w:ascii="Times New Roman" w:eastAsia="Times New Roman" w:hAnsi="Times New Roman"/>
          <w:color w:val="000000"/>
          <w:sz w:val="24"/>
          <w:lang w:val="ru-RU"/>
        </w:rPr>
        <w:t>нальным</w:t>
      </w:r>
      <w:proofErr w:type="spellEnd"/>
      <w:proofErr w:type="gramEnd"/>
      <w:r w:rsidRPr="0092023E">
        <w:rPr>
          <w:rFonts w:ascii="Times New Roman" w:eastAsia="Times New Roman" w:hAnsi="Times New Roman"/>
          <w:color w:val="000000"/>
          <w:sz w:val="24"/>
          <w:lang w:val="ru-RU"/>
        </w:rPr>
        <w:t xml:space="preserve"> ценностям.</w:t>
      </w:r>
    </w:p>
    <w:p w:rsidR="00BD1D13" w:rsidRPr="0092023E" w:rsidRDefault="00FC3B1F">
      <w:pPr>
        <w:autoSpaceDE w:val="0"/>
        <w:autoSpaceDN w:val="0"/>
        <w:spacing w:before="70" w:after="0"/>
        <w:ind w:right="144"/>
        <w:rPr>
          <w:lang w:val="ru-RU"/>
        </w:rPr>
      </w:pPr>
      <w:r w:rsidRPr="0092023E">
        <w:rPr>
          <w:rFonts w:ascii="Times New Roman" w:eastAsia="Times New Roman" w:hAnsi="Times New Roman"/>
          <w:color w:val="000000"/>
          <w:sz w:val="24"/>
          <w:lang w:val="ru-RU"/>
        </w:rPr>
        <w:t xml:space="preserve">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proofErr w:type="spellStart"/>
      <w:r w:rsidRPr="0092023E">
        <w:rPr>
          <w:rFonts w:ascii="Times New Roman" w:eastAsia="Times New Roman" w:hAnsi="Times New Roman"/>
          <w:color w:val="000000"/>
          <w:sz w:val="24"/>
          <w:lang w:val="ru-RU"/>
        </w:rPr>
        <w:t>метапредметных</w:t>
      </w:r>
      <w:proofErr w:type="spellEnd"/>
      <w:r w:rsidRPr="0092023E">
        <w:rPr>
          <w:rFonts w:ascii="Times New Roman" w:eastAsia="Times New Roman" w:hAnsi="Times New Roman"/>
          <w:color w:val="000000"/>
          <w:sz w:val="24"/>
          <w:lang w:val="ru-RU"/>
        </w:rPr>
        <w:t xml:space="preserve"> умений извлекать необходимые сведения, осмысливать, преобразовывать и применять их.</w:t>
      </w:r>
    </w:p>
    <w:p w:rsidR="00C83776" w:rsidRDefault="00FC3B1F" w:rsidP="00C83776">
      <w:pPr>
        <w:autoSpaceDE w:val="0"/>
        <w:autoSpaceDN w:val="0"/>
        <w:spacing w:before="70" w:after="0"/>
        <w:ind w:firstLine="180"/>
        <w:rPr>
          <w:lang w:val="ru-RU"/>
        </w:rPr>
      </w:pPr>
      <w:r w:rsidRPr="0092023E">
        <w:rPr>
          <w:rFonts w:ascii="Times New Roman" w:eastAsia="Times New Roman" w:hAnsi="Times New Roman"/>
          <w:color w:val="000000"/>
          <w:sz w:val="24"/>
          <w:lang w:val="ru-RU"/>
        </w:rPr>
        <w:t xml:space="preserve">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w:t>
      </w:r>
      <w:r w:rsidRPr="0092023E">
        <w:rPr>
          <w:lang w:val="ru-RU"/>
        </w:rPr>
        <w:br/>
      </w:r>
      <w:r w:rsidRPr="0092023E">
        <w:rPr>
          <w:rFonts w:ascii="Times New Roman" w:eastAsia="Times New Roman" w:hAnsi="Times New Roman"/>
          <w:color w:val="000000"/>
          <w:sz w:val="24"/>
          <w:lang w:val="ru-RU"/>
        </w:rPr>
        <w:t>формированию способности к рефлексии, оценке своих возможностей и осознанию своего места в обществе.</w:t>
      </w:r>
    </w:p>
    <w:p w:rsidR="00BD1D13" w:rsidRPr="0092023E" w:rsidRDefault="009E76A4" w:rsidP="00C83776">
      <w:pPr>
        <w:autoSpaceDE w:val="0"/>
        <w:autoSpaceDN w:val="0"/>
        <w:spacing w:before="70" w:after="0"/>
        <w:rPr>
          <w:lang w:val="ru-RU"/>
        </w:rPr>
      </w:pPr>
      <w:r w:rsidRPr="009E76A4">
        <w:rPr>
          <w:rFonts w:ascii="Times New Roman" w:eastAsia="Times New Roman" w:hAnsi="Times New Roman"/>
          <w:b/>
          <w:color w:val="000000"/>
          <w:sz w:val="24"/>
          <w:lang w:val="ru-RU"/>
        </w:rPr>
        <w:t xml:space="preserve">2. </w:t>
      </w:r>
      <w:r w:rsidR="00FC3B1F" w:rsidRPr="0092023E">
        <w:rPr>
          <w:rFonts w:ascii="Times New Roman" w:eastAsia="Times New Roman" w:hAnsi="Times New Roman"/>
          <w:b/>
          <w:color w:val="000000"/>
          <w:sz w:val="24"/>
          <w:lang w:val="ru-RU"/>
        </w:rPr>
        <w:t>ЦЕЛИ ИЗУЧЕНИЯ УЧЕБНОГО ПРЕДМЕТА «ОБЩЕСТВОЗНАНИЕ»</w:t>
      </w:r>
    </w:p>
    <w:p w:rsidR="00BD1D13" w:rsidRPr="0092023E" w:rsidRDefault="00FC3B1F">
      <w:pPr>
        <w:autoSpaceDE w:val="0"/>
        <w:autoSpaceDN w:val="0"/>
        <w:spacing w:before="190" w:after="0" w:line="230" w:lineRule="auto"/>
        <w:ind w:left="180"/>
        <w:rPr>
          <w:lang w:val="ru-RU"/>
        </w:rPr>
      </w:pPr>
      <w:r w:rsidRPr="0092023E">
        <w:rPr>
          <w:rFonts w:ascii="Times New Roman" w:eastAsia="Times New Roman" w:hAnsi="Times New Roman"/>
          <w:color w:val="000000"/>
          <w:sz w:val="24"/>
          <w:lang w:val="ru-RU"/>
        </w:rPr>
        <w:t>Целями обществоведческого образования в основной школе являются:</w:t>
      </w:r>
    </w:p>
    <w:p w:rsidR="00BD1D13" w:rsidRPr="0092023E" w:rsidRDefault="00FC3B1F">
      <w:pPr>
        <w:autoSpaceDE w:val="0"/>
        <w:autoSpaceDN w:val="0"/>
        <w:spacing w:before="178" w:after="0" w:line="262" w:lineRule="auto"/>
        <w:ind w:left="420" w:right="288"/>
        <w:rPr>
          <w:lang w:val="ru-RU"/>
        </w:rPr>
      </w:pPr>
      <w:r w:rsidRPr="0092023E">
        <w:rPr>
          <w:rFonts w:ascii="Times New Roman" w:eastAsia="Times New Roman" w:hAnsi="Times New Roman"/>
          <w:color w:val="000000"/>
          <w:sz w:val="24"/>
          <w:lang w:val="ru-RU"/>
        </w:rPr>
        <w:t>—  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BD1D13" w:rsidRPr="0092023E" w:rsidRDefault="00FC3B1F">
      <w:pPr>
        <w:autoSpaceDE w:val="0"/>
        <w:autoSpaceDN w:val="0"/>
        <w:spacing w:before="192" w:after="0" w:line="271" w:lineRule="auto"/>
        <w:ind w:left="420" w:right="288"/>
        <w:rPr>
          <w:lang w:val="ru-RU"/>
        </w:rPr>
      </w:pPr>
      <w:r w:rsidRPr="0092023E">
        <w:rPr>
          <w:rFonts w:ascii="Times New Roman" w:eastAsia="Times New Roman" w:hAnsi="Times New Roman"/>
          <w:color w:val="000000"/>
          <w:sz w:val="24"/>
          <w:lang w:val="ru-RU"/>
        </w:rPr>
        <w:t>—  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BD1D13" w:rsidRPr="0092023E" w:rsidRDefault="00FC3B1F">
      <w:pPr>
        <w:autoSpaceDE w:val="0"/>
        <w:autoSpaceDN w:val="0"/>
        <w:spacing w:before="190" w:after="0" w:line="281" w:lineRule="auto"/>
        <w:ind w:left="420" w:right="288"/>
        <w:rPr>
          <w:lang w:val="ru-RU"/>
        </w:rPr>
      </w:pPr>
      <w:r w:rsidRPr="0092023E">
        <w:rPr>
          <w:rFonts w:ascii="Times New Roman" w:eastAsia="Times New Roman" w:hAnsi="Times New Roman"/>
          <w:color w:val="000000"/>
          <w:sz w:val="24"/>
          <w:lang w:val="ru-RU"/>
        </w:rPr>
        <w:t xml:space="preserve">—  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w:t>
      </w:r>
      <w:r w:rsidRPr="0092023E">
        <w:rPr>
          <w:lang w:val="ru-RU"/>
        </w:rPr>
        <w:br/>
      </w:r>
      <w:r w:rsidRPr="0092023E">
        <w:rPr>
          <w:rFonts w:ascii="Times New Roman" w:eastAsia="Times New Roman" w:hAnsi="Times New Roman"/>
          <w:color w:val="000000"/>
          <w:sz w:val="24"/>
          <w:lang w:val="ru-RU"/>
        </w:rPr>
        <w:t>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BD1D13" w:rsidRPr="0092023E" w:rsidRDefault="00FC3B1F">
      <w:pPr>
        <w:autoSpaceDE w:val="0"/>
        <w:autoSpaceDN w:val="0"/>
        <w:spacing w:before="190" w:after="0" w:line="281" w:lineRule="auto"/>
        <w:ind w:left="420" w:right="288"/>
        <w:rPr>
          <w:lang w:val="ru-RU"/>
        </w:rPr>
      </w:pPr>
      <w:proofErr w:type="gramStart"/>
      <w:r w:rsidRPr="0092023E">
        <w:rPr>
          <w:rFonts w:ascii="Times New Roman" w:eastAsia="Times New Roman" w:hAnsi="Times New Roman"/>
          <w:color w:val="000000"/>
          <w:sz w:val="24"/>
          <w:lang w:val="ru-RU"/>
        </w:rPr>
        <w:t>—  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BD1D13" w:rsidRPr="0092023E" w:rsidRDefault="00BD1D13">
      <w:pPr>
        <w:rPr>
          <w:lang w:val="ru-RU"/>
        </w:rPr>
        <w:sectPr w:rsidR="00BD1D13" w:rsidRPr="0092023E">
          <w:pgSz w:w="11900" w:h="16840"/>
          <w:pgMar w:top="436" w:right="650" w:bottom="350" w:left="666" w:header="720" w:footer="720" w:gutter="0"/>
          <w:cols w:space="720" w:equalWidth="0">
            <w:col w:w="10584" w:space="0"/>
          </w:cols>
          <w:docGrid w:linePitch="360"/>
        </w:sectPr>
      </w:pPr>
    </w:p>
    <w:p w:rsidR="00BD1D13" w:rsidRPr="0092023E" w:rsidRDefault="00BD1D13">
      <w:pPr>
        <w:autoSpaceDE w:val="0"/>
        <w:autoSpaceDN w:val="0"/>
        <w:spacing w:after="96" w:line="220" w:lineRule="exact"/>
        <w:rPr>
          <w:lang w:val="ru-RU"/>
        </w:rPr>
      </w:pPr>
    </w:p>
    <w:p w:rsidR="00BD1D13" w:rsidRPr="0092023E" w:rsidRDefault="00FC3B1F">
      <w:pPr>
        <w:autoSpaceDE w:val="0"/>
        <w:autoSpaceDN w:val="0"/>
        <w:spacing w:after="0" w:line="271" w:lineRule="auto"/>
        <w:ind w:left="420" w:right="720"/>
        <w:rPr>
          <w:lang w:val="ru-RU"/>
        </w:rPr>
      </w:pPr>
      <w:r w:rsidRPr="0092023E">
        <w:rPr>
          <w:rFonts w:ascii="Times New Roman" w:eastAsia="Times New Roman" w:hAnsi="Times New Roman"/>
          <w:color w:val="000000"/>
          <w:sz w:val="24"/>
          <w:lang w:val="ru-RU"/>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BD1D13" w:rsidRPr="0092023E" w:rsidRDefault="00FC3B1F">
      <w:pPr>
        <w:autoSpaceDE w:val="0"/>
        <w:autoSpaceDN w:val="0"/>
        <w:spacing w:before="190" w:after="0" w:line="262" w:lineRule="auto"/>
        <w:ind w:left="420" w:right="1008"/>
        <w:rPr>
          <w:lang w:val="ru-RU"/>
        </w:rPr>
      </w:pPr>
      <w:r w:rsidRPr="0092023E">
        <w:rPr>
          <w:rFonts w:ascii="Times New Roman" w:eastAsia="Times New Roman" w:hAnsi="Times New Roman"/>
          <w:color w:val="000000"/>
          <w:sz w:val="24"/>
          <w:lang w:val="ru-RU"/>
        </w:rPr>
        <w:t>—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BD1D13" w:rsidRPr="0092023E" w:rsidRDefault="00FC3B1F">
      <w:pPr>
        <w:autoSpaceDE w:val="0"/>
        <w:autoSpaceDN w:val="0"/>
        <w:spacing w:before="190" w:after="0"/>
        <w:ind w:left="420"/>
        <w:rPr>
          <w:lang w:val="ru-RU"/>
        </w:rPr>
      </w:pPr>
      <w:r w:rsidRPr="0092023E">
        <w:rPr>
          <w:rFonts w:ascii="Times New Roman" w:eastAsia="Times New Roman" w:hAnsi="Times New Roman"/>
          <w:color w:val="000000"/>
          <w:sz w:val="24"/>
          <w:lang w:val="ru-RU"/>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83776" w:rsidRDefault="00FC3B1F" w:rsidP="00C83776">
      <w:pPr>
        <w:autoSpaceDE w:val="0"/>
        <w:autoSpaceDN w:val="0"/>
        <w:spacing w:before="192" w:after="0" w:line="281" w:lineRule="auto"/>
        <w:ind w:left="420"/>
        <w:rPr>
          <w:lang w:val="ru-RU"/>
        </w:rPr>
      </w:pPr>
      <w:proofErr w:type="gramStart"/>
      <w:r w:rsidRPr="0092023E">
        <w:rPr>
          <w:rFonts w:ascii="Times New Roman" w:eastAsia="Times New Roman" w:hAnsi="Times New Roman"/>
          <w:color w:val="000000"/>
          <w:sz w:val="24"/>
          <w:lang w:val="ru-RU"/>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BD1D13" w:rsidRPr="0092023E" w:rsidRDefault="009E76A4" w:rsidP="00C83776">
      <w:pPr>
        <w:autoSpaceDE w:val="0"/>
        <w:autoSpaceDN w:val="0"/>
        <w:spacing w:before="192" w:after="0" w:line="281" w:lineRule="auto"/>
        <w:rPr>
          <w:lang w:val="ru-RU"/>
        </w:rPr>
      </w:pPr>
      <w:r w:rsidRPr="009E76A4">
        <w:rPr>
          <w:rFonts w:ascii="Times New Roman" w:eastAsia="Times New Roman" w:hAnsi="Times New Roman"/>
          <w:b/>
          <w:color w:val="000000"/>
          <w:sz w:val="24"/>
          <w:lang w:val="ru-RU"/>
        </w:rPr>
        <w:t xml:space="preserve">3. </w:t>
      </w:r>
      <w:r w:rsidR="00FC3B1F" w:rsidRPr="0092023E">
        <w:rPr>
          <w:rFonts w:ascii="Times New Roman" w:eastAsia="Times New Roman" w:hAnsi="Times New Roman"/>
          <w:b/>
          <w:color w:val="000000"/>
          <w:sz w:val="24"/>
          <w:lang w:val="ru-RU"/>
        </w:rPr>
        <w:t>МЕСТО УЧЕБНОГО ПРЕДМЕТА «ОБЩЕСТВОЗНАНИЕ» В УЧЕБНОМ ПЛАНЕ</w:t>
      </w:r>
    </w:p>
    <w:p w:rsidR="00BD1D13" w:rsidRPr="0092023E" w:rsidRDefault="00FC3B1F">
      <w:pPr>
        <w:autoSpaceDE w:val="0"/>
        <w:autoSpaceDN w:val="0"/>
        <w:spacing w:before="190" w:after="0" w:line="271" w:lineRule="auto"/>
        <w:ind w:right="432" w:firstLine="180"/>
        <w:rPr>
          <w:lang w:val="ru-RU"/>
        </w:rPr>
      </w:pPr>
      <w:r w:rsidRPr="0092023E">
        <w:rPr>
          <w:rFonts w:ascii="Times New Roman" w:eastAsia="Times New Roman" w:hAnsi="Times New Roman"/>
          <w:color w:val="000000"/>
          <w:sz w:val="24"/>
          <w:lang w:val="ru-RU"/>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E76A4" w:rsidRPr="00C83776" w:rsidRDefault="009E76A4" w:rsidP="009E76A4">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9E76A4" w:rsidRPr="009E76A4" w:rsidRDefault="009E76A4" w:rsidP="009E76A4">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9E76A4">
        <w:rPr>
          <w:rFonts w:ascii="Times New Roman" w:eastAsia="Times New Roman" w:hAnsi="Times New Roman" w:cs="Times New Roman"/>
          <w:b/>
          <w:sz w:val="24"/>
          <w:szCs w:val="24"/>
          <w:lang w:val="ru-RU" w:eastAsia="ru-RU"/>
        </w:rPr>
        <w:t>4. УЧЕТ ПРОГРАММЫ ВОСПИТАНИЯ В ОБРАЗОВАТЕЛЬНОМ ПРОЦЕССЕ</w:t>
      </w:r>
    </w:p>
    <w:p w:rsidR="009E76A4" w:rsidRPr="009E76A4" w:rsidRDefault="009E76A4" w:rsidP="009E76A4">
      <w:pPr>
        <w:spacing w:after="0" w:line="240" w:lineRule="auto"/>
        <w:rPr>
          <w:rFonts w:ascii="Times New Roman" w:eastAsia="Calibri" w:hAnsi="Times New Roman" w:cs="Times New Roman"/>
          <w:b/>
          <w:sz w:val="24"/>
          <w:szCs w:val="24"/>
          <w:lang w:val="ru-RU"/>
        </w:rPr>
      </w:pPr>
    </w:p>
    <w:p w:rsidR="009E76A4" w:rsidRPr="009E76A4" w:rsidRDefault="009E76A4" w:rsidP="009E76A4">
      <w:pPr>
        <w:spacing w:after="0" w:line="240" w:lineRule="auto"/>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Гражданское</w:t>
      </w:r>
      <w:r w:rsidRPr="009E76A4">
        <w:rPr>
          <w:rFonts w:ascii="Times New Roman" w:eastAsia="Calibri" w:hAnsi="Times New Roman" w:cs="Times New Roman"/>
          <w:b/>
          <w:spacing w:val="-5"/>
          <w:sz w:val="24"/>
          <w:szCs w:val="24"/>
          <w:lang w:val="ru-RU"/>
        </w:rPr>
        <w:t xml:space="preserve"> </w:t>
      </w:r>
      <w:r w:rsidRPr="009E76A4">
        <w:rPr>
          <w:rFonts w:ascii="Times New Roman" w:eastAsia="Calibri" w:hAnsi="Times New Roman" w:cs="Times New Roman"/>
          <w:b/>
          <w:sz w:val="24"/>
          <w:szCs w:val="24"/>
          <w:lang w:val="ru-RU"/>
        </w:rPr>
        <w:t>воспитание:</w:t>
      </w:r>
    </w:p>
    <w:p w:rsidR="009E76A4" w:rsidRPr="009E76A4" w:rsidRDefault="009E76A4" w:rsidP="009E76A4">
      <w:pPr>
        <w:numPr>
          <w:ilvl w:val="0"/>
          <w:numId w:val="11"/>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Знающий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принимающий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свою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российскую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гражданскую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принадлежность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(идентичность)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поликультурном,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многонациональном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многоконфессиональном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российском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обществе,</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мировом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сообществе.</w:t>
      </w:r>
    </w:p>
    <w:p w:rsidR="009E76A4" w:rsidRPr="009E76A4" w:rsidRDefault="009E76A4" w:rsidP="009E76A4">
      <w:pPr>
        <w:numPr>
          <w:ilvl w:val="0"/>
          <w:numId w:val="11"/>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Понимающий</w:t>
      </w:r>
      <w:proofErr w:type="gramEnd"/>
      <w:r w:rsidRPr="009E76A4">
        <w:rPr>
          <w:rFonts w:ascii="Times New Roman" w:eastAsia="Calibri" w:hAnsi="Times New Roman" w:cs="Times New Roman"/>
          <w:sz w:val="24"/>
          <w:szCs w:val="24"/>
          <w:lang w:val="ru-RU"/>
        </w:rPr>
        <w:t xml:space="preserve"> сопричастность к прошлому, настоящему и будущему народа России,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тысячелетней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истории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российской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государственности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основе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исторического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просвещения,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российского национального</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исторического сознания.</w:t>
      </w:r>
    </w:p>
    <w:p w:rsidR="009E76A4" w:rsidRPr="009E76A4" w:rsidRDefault="009E76A4" w:rsidP="009E76A4">
      <w:pPr>
        <w:numPr>
          <w:ilvl w:val="0"/>
          <w:numId w:val="11"/>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Проявляющий</w:t>
      </w:r>
      <w:proofErr w:type="gramEnd"/>
      <w:r w:rsidRPr="009E76A4">
        <w:rPr>
          <w:rFonts w:ascii="Times New Roman" w:eastAsia="Calibri" w:hAnsi="Times New Roman" w:cs="Times New Roman"/>
          <w:sz w:val="24"/>
          <w:szCs w:val="24"/>
          <w:lang w:val="ru-RU"/>
        </w:rPr>
        <w:t xml:space="preserve"> уважение к государственным символам России, праздникам.</w:t>
      </w:r>
      <w:r w:rsidRPr="009E76A4">
        <w:rPr>
          <w:rFonts w:ascii="Times New Roman" w:eastAsia="Calibri" w:hAnsi="Times New Roman" w:cs="Times New Roman"/>
          <w:spacing w:val="1"/>
          <w:sz w:val="24"/>
          <w:szCs w:val="24"/>
          <w:lang w:val="ru-RU"/>
        </w:rPr>
        <w:t xml:space="preserve"> </w:t>
      </w:r>
      <w:proofErr w:type="gramStart"/>
      <w:r w:rsidRPr="009E76A4">
        <w:rPr>
          <w:rFonts w:ascii="Times New Roman" w:eastAsia="Calibri" w:hAnsi="Times New Roman" w:cs="Times New Roman"/>
          <w:sz w:val="24"/>
          <w:szCs w:val="24"/>
          <w:lang w:val="ru-RU"/>
        </w:rPr>
        <w:t>Проявляющий</w:t>
      </w:r>
      <w:proofErr w:type="gramEnd"/>
      <w:r w:rsidRPr="009E76A4">
        <w:rPr>
          <w:rFonts w:ascii="Times New Roman" w:eastAsia="Calibri" w:hAnsi="Times New Roman" w:cs="Times New Roman"/>
          <w:spacing w:val="14"/>
          <w:sz w:val="24"/>
          <w:szCs w:val="24"/>
          <w:lang w:val="ru-RU"/>
        </w:rPr>
        <w:t xml:space="preserve"> </w:t>
      </w:r>
      <w:r w:rsidRPr="009E76A4">
        <w:rPr>
          <w:rFonts w:ascii="Times New Roman" w:eastAsia="Calibri" w:hAnsi="Times New Roman" w:cs="Times New Roman"/>
          <w:sz w:val="24"/>
          <w:szCs w:val="24"/>
          <w:lang w:val="ru-RU"/>
        </w:rPr>
        <w:t>готовность</w:t>
      </w:r>
      <w:r w:rsidRPr="009E76A4">
        <w:rPr>
          <w:rFonts w:ascii="Times New Roman" w:eastAsia="Calibri" w:hAnsi="Times New Roman" w:cs="Times New Roman"/>
          <w:spacing w:val="14"/>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14"/>
          <w:sz w:val="24"/>
          <w:szCs w:val="24"/>
          <w:lang w:val="ru-RU"/>
        </w:rPr>
        <w:t xml:space="preserve"> </w:t>
      </w:r>
      <w:r w:rsidRPr="009E76A4">
        <w:rPr>
          <w:rFonts w:ascii="Times New Roman" w:eastAsia="Calibri" w:hAnsi="Times New Roman" w:cs="Times New Roman"/>
          <w:sz w:val="24"/>
          <w:szCs w:val="24"/>
          <w:lang w:val="ru-RU"/>
        </w:rPr>
        <w:t>выполнению</w:t>
      </w:r>
      <w:r w:rsidRPr="009E76A4">
        <w:rPr>
          <w:rFonts w:ascii="Times New Roman" w:eastAsia="Calibri" w:hAnsi="Times New Roman" w:cs="Times New Roman"/>
          <w:spacing w:val="11"/>
          <w:sz w:val="24"/>
          <w:szCs w:val="24"/>
          <w:lang w:val="ru-RU"/>
        </w:rPr>
        <w:t xml:space="preserve"> </w:t>
      </w:r>
      <w:r w:rsidRPr="009E76A4">
        <w:rPr>
          <w:rFonts w:ascii="Times New Roman" w:eastAsia="Calibri" w:hAnsi="Times New Roman" w:cs="Times New Roman"/>
          <w:sz w:val="24"/>
          <w:szCs w:val="24"/>
          <w:lang w:val="ru-RU"/>
        </w:rPr>
        <w:t>обязанностей</w:t>
      </w:r>
      <w:r w:rsidRPr="009E76A4">
        <w:rPr>
          <w:rFonts w:ascii="Times New Roman" w:eastAsia="Calibri" w:hAnsi="Times New Roman" w:cs="Times New Roman"/>
          <w:spacing w:val="14"/>
          <w:sz w:val="24"/>
          <w:szCs w:val="24"/>
          <w:lang w:val="ru-RU"/>
        </w:rPr>
        <w:t xml:space="preserve"> </w:t>
      </w:r>
      <w:r w:rsidRPr="009E76A4">
        <w:rPr>
          <w:rFonts w:ascii="Times New Roman" w:eastAsia="Calibri" w:hAnsi="Times New Roman" w:cs="Times New Roman"/>
          <w:sz w:val="24"/>
          <w:szCs w:val="24"/>
          <w:lang w:val="ru-RU"/>
        </w:rPr>
        <w:t>гражданина</w:t>
      </w:r>
      <w:r w:rsidRPr="009E76A4">
        <w:rPr>
          <w:rFonts w:ascii="Times New Roman" w:eastAsia="Calibri" w:hAnsi="Times New Roman" w:cs="Times New Roman"/>
          <w:spacing w:val="12"/>
          <w:sz w:val="24"/>
          <w:szCs w:val="24"/>
          <w:lang w:val="ru-RU"/>
        </w:rPr>
        <w:t xml:space="preserve"> </w:t>
      </w:r>
      <w:r w:rsidRPr="009E76A4">
        <w:rPr>
          <w:rFonts w:ascii="Times New Roman" w:eastAsia="Calibri" w:hAnsi="Times New Roman" w:cs="Times New Roman"/>
          <w:sz w:val="24"/>
          <w:szCs w:val="24"/>
          <w:lang w:val="ru-RU"/>
        </w:rPr>
        <w:t>России, реализации своих гражданских прав и свобод при уважении прав и свобод, законных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интересов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других</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людей.</w:t>
      </w:r>
    </w:p>
    <w:p w:rsidR="009E76A4" w:rsidRPr="009E76A4" w:rsidRDefault="009E76A4" w:rsidP="009E76A4">
      <w:pPr>
        <w:numPr>
          <w:ilvl w:val="0"/>
          <w:numId w:val="11"/>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Выражающий</w:t>
      </w:r>
      <w:r w:rsidRPr="009E76A4">
        <w:rPr>
          <w:rFonts w:ascii="Times New Roman" w:eastAsia="Calibri" w:hAnsi="Times New Roman" w:cs="Times New Roman"/>
          <w:spacing w:val="54"/>
          <w:sz w:val="24"/>
          <w:szCs w:val="24"/>
          <w:lang w:val="ru-RU"/>
        </w:rPr>
        <w:t xml:space="preserve"> </w:t>
      </w:r>
      <w:r w:rsidRPr="009E76A4">
        <w:rPr>
          <w:rFonts w:ascii="Times New Roman" w:eastAsia="Calibri" w:hAnsi="Times New Roman" w:cs="Times New Roman"/>
          <w:sz w:val="24"/>
          <w:szCs w:val="24"/>
          <w:lang w:val="ru-RU"/>
        </w:rPr>
        <w:t>неприятие</w:t>
      </w:r>
      <w:r w:rsidRPr="009E76A4">
        <w:rPr>
          <w:rFonts w:ascii="Times New Roman" w:eastAsia="Calibri" w:hAnsi="Times New Roman" w:cs="Times New Roman"/>
          <w:spacing w:val="52"/>
          <w:sz w:val="24"/>
          <w:szCs w:val="24"/>
          <w:lang w:val="ru-RU"/>
        </w:rPr>
        <w:t xml:space="preserve"> </w:t>
      </w:r>
      <w:r w:rsidRPr="009E76A4">
        <w:rPr>
          <w:rFonts w:ascii="Times New Roman" w:eastAsia="Calibri" w:hAnsi="Times New Roman" w:cs="Times New Roman"/>
          <w:sz w:val="24"/>
          <w:szCs w:val="24"/>
          <w:lang w:val="ru-RU"/>
        </w:rPr>
        <w:t>любой</w:t>
      </w:r>
      <w:r w:rsidRPr="009E76A4">
        <w:rPr>
          <w:rFonts w:ascii="Times New Roman" w:eastAsia="Calibri" w:hAnsi="Times New Roman" w:cs="Times New Roman"/>
          <w:spacing w:val="54"/>
          <w:sz w:val="24"/>
          <w:szCs w:val="24"/>
          <w:lang w:val="ru-RU"/>
        </w:rPr>
        <w:t xml:space="preserve"> </w:t>
      </w:r>
      <w:r w:rsidRPr="009E76A4">
        <w:rPr>
          <w:rFonts w:ascii="Times New Roman" w:eastAsia="Calibri" w:hAnsi="Times New Roman" w:cs="Times New Roman"/>
          <w:sz w:val="24"/>
          <w:szCs w:val="24"/>
          <w:lang w:val="ru-RU"/>
        </w:rPr>
        <w:t>дискриминации</w:t>
      </w:r>
      <w:r w:rsidRPr="009E76A4">
        <w:rPr>
          <w:rFonts w:ascii="Times New Roman" w:eastAsia="Calibri" w:hAnsi="Times New Roman" w:cs="Times New Roman"/>
          <w:spacing w:val="54"/>
          <w:sz w:val="24"/>
          <w:szCs w:val="24"/>
          <w:lang w:val="ru-RU"/>
        </w:rPr>
        <w:t xml:space="preserve"> </w:t>
      </w:r>
      <w:r w:rsidRPr="009E76A4">
        <w:rPr>
          <w:rFonts w:ascii="Times New Roman" w:eastAsia="Calibri" w:hAnsi="Times New Roman" w:cs="Times New Roman"/>
          <w:sz w:val="24"/>
          <w:szCs w:val="24"/>
          <w:lang w:val="ru-RU"/>
        </w:rPr>
        <w:t>граждан,</w:t>
      </w:r>
      <w:r w:rsidRPr="009E76A4">
        <w:rPr>
          <w:rFonts w:ascii="Times New Roman" w:eastAsia="Calibri" w:hAnsi="Times New Roman" w:cs="Times New Roman"/>
          <w:spacing w:val="50"/>
          <w:sz w:val="24"/>
          <w:szCs w:val="24"/>
          <w:lang w:val="ru-RU"/>
        </w:rPr>
        <w:t xml:space="preserve"> </w:t>
      </w:r>
      <w:r w:rsidRPr="009E76A4">
        <w:rPr>
          <w:rFonts w:ascii="Times New Roman" w:eastAsia="Calibri" w:hAnsi="Times New Roman" w:cs="Times New Roman"/>
          <w:sz w:val="24"/>
          <w:szCs w:val="24"/>
          <w:lang w:val="ru-RU"/>
        </w:rPr>
        <w:t>проявлений</w:t>
      </w:r>
      <w:r w:rsidRPr="009E76A4">
        <w:rPr>
          <w:rFonts w:ascii="Times New Roman" w:eastAsia="Calibri" w:hAnsi="Times New Roman" w:cs="Times New Roman"/>
          <w:spacing w:val="52"/>
          <w:sz w:val="24"/>
          <w:szCs w:val="24"/>
          <w:lang w:val="ru-RU"/>
        </w:rPr>
        <w:t xml:space="preserve"> </w:t>
      </w:r>
      <w:r w:rsidRPr="009E76A4">
        <w:rPr>
          <w:rFonts w:ascii="Times New Roman" w:eastAsia="Calibri" w:hAnsi="Times New Roman" w:cs="Times New Roman"/>
          <w:sz w:val="24"/>
          <w:szCs w:val="24"/>
          <w:lang w:val="ru-RU"/>
        </w:rPr>
        <w:t>экстремизма,</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терроризма,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коррупции</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обществе.</w:t>
      </w:r>
    </w:p>
    <w:p w:rsidR="009E76A4" w:rsidRPr="009E76A4" w:rsidRDefault="009E76A4" w:rsidP="009E76A4">
      <w:pPr>
        <w:numPr>
          <w:ilvl w:val="0"/>
          <w:numId w:val="11"/>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Принимающий</w:t>
      </w:r>
      <w:r w:rsidRPr="009E76A4">
        <w:rPr>
          <w:rFonts w:ascii="Times New Roman" w:eastAsia="Calibri" w:hAnsi="Times New Roman" w:cs="Times New Roman"/>
          <w:spacing w:val="10"/>
          <w:sz w:val="24"/>
          <w:szCs w:val="24"/>
          <w:lang w:val="ru-RU"/>
        </w:rPr>
        <w:t xml:space="preserve"> </w:t>
      </w:r>
      <w:r w:rsidRPr="009E76A4">
        <w:rPr>
          <w:rFonts w:ascii="Times New Roman" w:eastAsia="Calibri" w:hAnsi="Times New Roman" w:cs="Times New Roman"/>
          <w:sz w:val="24"/>
          <w:szCs w:val="24"/>
          <w:lang w:val="ru-RU"/>
        </w:rPr>
        <w:t>участие</w:t>
      </w:r>
      <w:r w:rsidRPr="009E76A4">
        <w:rPr>
          <w:rFonts w:ascii="Times New Roman" w:eastAsia="Calibri" w:hAnsi="Times New Roman" w:cs="Times New Roman"/>
          <w:spacing w:val="64"/>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65"/>
          <w:sz w:val="24"/>
          <w:szCs w:val="24"/>
          <w:lang w:val="ru-RU"/>
        </w:rPr>
        <w:t xml:space="preserve"> </w:t>
      </w:r>
      <w:r w:rsidRPr="009E76A4">
        <w:rPr>
          <w:rFonts w:ascii="Times New Roman" w:eastAsia="Calibri" w:hAnsi="Times New Roman" w:cs="Times New Roman"/>
          <w:sz w:val="24"/>
          <w:szCs w:val="24"/>
          <w:lang w:val="ru-RU"/>
        </w:rPr>
        <w:t>жизни</w:t>
      </w:r>
      <w:r w:rsidRPr="009E76A4">
        <w:rPr>
          <w:rFonts w:ascii="Times New Roman" w:eastAsia="Calibri" w:hAnsi="Times New Roman" w:cs="Times New Roman"/>
          <w:spacing w:val="64"/>
          <w:sz w:val="24"/>
          <w:szCs w:val="24"/>
          <w:lang w:val="ru-RU"/>
        </w:rPr>
        <w:t xml:space="preserve"> </w:t>
      </w:r>
      <w:r w:rsidRPr="009E76A4">
        <w:rPr>
          <w:rFonts w:ascii="Times New Roman" w:eastAsia="Calibri" w:hAnsi="Times New Roman" w:cs="Times New Roman"/>
          <w:sz w:val="24"/>
          <w:szCs w:val="24"/>
          <w:lang w:val="ru-RU"/>
        </w:rPr>
        <w:t>класса,</w:t>
      </w:r>
      <w:r w:rsidRPr="009E76A4">
        <w:rPr>
          <w:rFonts w:ascii="Times New Roman" w:eastAsia="Calibri" w:hAnsi="Times New Roman" w:cs="Times New Roman"/>
          <w:spacing w:val="65"/>
          <w:sz w:val="24"/>
          <w:szCs w:val="24"/>
          <w:lang w:val="ru-RU"/>
        </w:rPr>
        <w:t xml:space="preserve"> </w:t>
      </w:r>
      <w:r w:rsidRPr="009E76A4">
        <w:rPr>
          <w:rFonts w:ascii="Times New Roman" w:eastAsia="Calibri" w:hAnsi="Times New Roman" w:cs="Times New Roman"/>
          <w:sz w:val="24"/>
          <w:szCs w:val="24"/>
          <w:lang w:val="ru-RU"/>
        </w:rPr>
        <w:t>общеобразовательной</w:t>
      </w:r>
      <w:r w:rsidRPr="009E76A4">
        <w:rPr>
          <w:rFonts w:ascii="Times New Roman" w:eastAsia="Calibri" w:hAnsi="Times New Roman" w:cs="Times New Roman"/>
          <w:spacing w:val="67"/>
          <w:sz w:val="24"/>
          <w:szCs w:val="24"/>
          <w:lang w:val="ru-RU"/>
        </w:rPr>
        <w:t xml:space="preserve"> </w:t>
      </w:r>
      <w:r w:rsidRPr="009E76A4">
        <w:rPr>
          <w:rFonts w:ascii="Times New Roman" w:eastAsia="Calibri" w:hAnsi="Times New Roman" w:cs="Times New Roman"/>
          <w:sz w:val="24"/>
          <w:szCs w:val="24"/>
          <w:lang w:val="ru-RU"/>
        </w:rPr>
        <w:t>организации,</w:t>
      </w:r>
      <w:r w:rsidRPr="009E76A4">
        <w:rPr>
          <w:rFonts w:ascii="Times New Roman" w:eastAsia="Calibri" w:hAnsi="Times New Roman" w:cs="Times New Roman"/>
          <w:spacing w:val="65"/>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65"/>
          <w:sz w:val="24"/>
          <w:szCs w:val="24"/>
          <w:lang w:val="ru-RU"/>
        </w:rPr>
        <w:t xml:space="preserve"> </w:t>
      </w:r>
      <w:r w:rsidRPr="009E76A4">
        <w:rPr>
          <w:rFonts w:ascii="Times New Roman" w:eastAsia="Calibri" w:hAnsi="Times New Roman" w:cs="Times New Roman"/>
          <w:sz w:val="24"/>
          <w:szCs w:val="24"/>
          <w:lang w:val="ru-RU"/>
        </w:rPr>
        <w:t>том числе</w:t>
      </w:r>
      <w:r w:rsidRPr="009E76A4">
        <w:rPr>
          <w:rFonts w:ascii="Times New Roman" w:eastAsia="Calibri" w:hAnsi="Times New Roman" w:cs="Times New Roman"/>
          <w:sz w:val="24"/>
          <w:szCs w:val="24"/>
          <w:lang w:val="ru-RU"/>
        </w:rPr>
        <w:tab/>
        <w:t xml:space="preserve">самоуправлении, </w:t>
      </w:r>
      <w:r w:rsidRPr="009E76A4">
        <w:rPr>
          <w:rFonts w:ascii="Times New Roman" w:eastAsia="Calibri" w:hAnsi="Times New Roman" w:cs="Times New Roman"/>
          <w:sz w:val="24"/>
          <w:szCs w:val="24"/>
          <w:lang w:val="ru-RU"/>
        </w:rPr>
        <w:tab/>
        <w:t>ориентированный</w:t>
      </w:r>
      <w:r w:rsidRPr="009E76A4">
        <w:rPr>
          <w:rFonts w:ascii="Times New Roman" w:eastAsia="Calibri" w:hAnsi="Times New Roman" w:cs="Times New Roman"/>
          <w:sz w:val="24"/>
          <w:szCs w:val="24"/>
          <w:lang w:val="ru-RU"/>
        </w:rPr>
        <w:tab/>
        <w:t xml:space="preserve"> на участие в социально</w:t>
      </w:r>
      <w:r w:rsidRPr="009E76A4">
        <w:rPr>
          <w:rFonts w:ascii="Times New Roman" w:eastAsia="Calibri" w:hAnsi="Times New Roman" w:cs="Times New Roman"/>
          <w:sz w:val="24"/>
          <w:szCs w:val="24"/>
          <w:lang w:val="ru-RU"/>
        </w:rPr>
        <w:tab/>
      </w:r>
      <w:r w:rsidRPr="009E76A4">
        <w:rPr>
          <w:rFonts w:ascii="Times New Roman" w:eastAsia="Calibri" w:hAnsi="Times New Roman" w:cs="Times New Roman"/>
          <w:spacing w:val="-1"/>
          <w:sz w:val="24"/>
          <w:szCs w:val="24"/>
          <w:lang w:val="ru-RU"/>
        </w:rPr>
        <w:t>значимой</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деятельности,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том числе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гуманитарной.</w:t>
      </w:r>
      <w:proofErr w:type="gramEnd"/>
    </w:p>
    <w:p w:rsidR="009E76A4" w:rsidRPr="009E76A4" w:rsidRDefault="009E76A4" w:rsidP="009E76A4">
      <w:pPr>
        <w:spacing w:after="0" w:line="240" w:lineRule="auto"/>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Патриотическое</w:t>
      </w:r>
      <w:r w:rsidRPr="009E76A4">
        <w:rPr>
          <w:rFonts w:ascii="Times New Roman" w:eastAsia="Calibri" w:hAnsi="Times New Roman" w:cs="Times New Roman"/>
          <w:b/>
          <w:spacing w:val="-5"/>
          <w:sz w:val="24"/>
          <w:szCs w:val="24"/>
          <w:lang w:val="ru-RU"/>
        </w:rPr>
        <w:t xml:space="preserve"> </w:t>
      </w:r>
      <w:r w:rsidRPr="009E76A4">
        <w:rPr>
          <w:rFonts w:ascii="Times New Roman" w:eastAsia="Calibri" w:hAnsi="Times New Roman" w:cs="Times New Roman"/>
          <w:b/>
          <w:sz w:val="24"/>
          <w:szCs w:val="24"/>
          <w:lang w:val="ru-RU"/>
        </w:rPr>
        <w:t>воспитание:</w:t>
      </w:r>
    </w:p>
    <w:p w:rsidR="009E76A4" w:rsidRPr="009E76A4" w:rsidRDefault="009E76A4" w:rsidP="009E76A4">
      <w:pPr>
        <w:numPr>
          <w:ilvl w:val="0"/>
          <w:numId w:val="12"/>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Сознающий свою национальную, этническую принадлежность, любящий свой народ,</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его</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традиции, культуру.</w:t>
      </w:r>
    </w:p>
    <w:p w:rsidR="009E76A4" w:rsidRPr="009E76A4" w:rsidRDefault="009E76A4" w:rsidP="009E76A4">
      <w:pPr>
        <w:numPr>
          <w:ilvl w:val="0"/>
          <w:numId w:val="12"/>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Проявляющий</w:t>
      </w:r>
      <w:proofErr w:type="gramEnd"/>
      <w:r w:rsidRPr="009E76A4">
        <w:rPr>
          <w:rFonts w:ascii="Times New Roman" w:eastAsia="Calibri" w:hAnsi="Times New Roman" w:cs="Times New Roman"/>
          <w:sz w:val="24"/>
          <w:szCs w:val="24"/>
          <w:lang w:val="ru-RU"/>
        </w:rPr>
        <w:t xml:space="preserve"> уважение к историческому и культурному наследию своего и других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народов</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России,</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символам,</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праздникам,</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памятникам,</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традициям</w:t>
      </w:r>
      <w:r w:rsidRPr="009E76A4">
        <w:rPr>
          <w:rFonts w:ascii="Times New Roman" w:eastAsia="Calibri" w:hAnsi="Times New Roman" w:cs="Times New Roman"/>
          <w:spacing w:val="-5"/>
          <w:sz w:val="24"/>
          <w:szCs w:val="24"/>
          <w:lang w:val="ru-RU"/>
        </w:rPr>
        <w:t xml:space="preserve"> </w:t>
      </w:r>
      <w:r w:rsidRPr="009E76A4">
        <w:rPr>
          <w:rFonts w:ascii="Times New Roman" w:eastAsia="Calibri" w:hAnsi="Times New Roman" w:cs="Times New Roman"/>
          <w:sz w:val="24"/>
          <w:szCs w:val="24"/>
          <w:lang w:val="ru-RU"/>
        </w:rPr>
        <w:t>народов,</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проживающих</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родной стране.</w:t>
      </w:r>
    </w:p>
    <w:p w:rsidR="009E76A4" w:rsidRPr="009E76A4" w:rsidRDefault="009E76A4" w:rsidP="009E76A4">
      <w:pPr>
        <w:numPr>
          <w:ilvl w:val="0"/>
          <w:numId w:val="12"/>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Проявляющий интерес к познанию родного языка, истории и культуры своего края,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своего</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народа, других</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народов России.</w:t>
      </w:r>
    </w:p>
    <w:p w:rsidR="009E76A4" w:rsidRPr="009E76A4" w:rsidRDefault="009E76A4" w:rsidP="009E76A4">
      <w:pPr>
        <w:numPr>
          <w:ilvl w:val="0"/>
          <w:numId w:val="12"/>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lastRenderedPageBreak/>
        <w:t>Знающий 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уважающий достижения нашей Родины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 России в науке, искусстве,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спорте,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технологиях,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боевые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подвиги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трудовые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достижения,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героев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защитников</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Отечества</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прошлом и современности.</w:t>
      </w:r>
    </w:p>
    <w:p w:rsidR="009E76A4" w:rsidRPr="009E76A4" w:rsidRDefault="009E76A4" w:rsidP="009E76A4">
      <w:pPr>
        <w:numPr>
          <w:ilvl w:val="0"/>
          <w:numId w:val="12"/>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Принимающий</w:t>
      </w:r>
      <w:proofErr w:type="gramEnd"/>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участие</w:t>
      </w:r>
      <w:r w:rsidRPr="009E76A4">
        <w:rPr>
          <w:rFonts w:ascii="Times New Roman" w:eastAsia="Calibri" w:hAnsi="Times New Roman" w:cs="Times New Roman"/>
          <w:spacing w:val="-5"/>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8"/>
          <w:sz w:val="24"/>
          <w:szCs w:val="24"/>
          <w:lang w:val="ru-RU"/>
        </w:rPr>
        <w:t xml:space="preserve"> </w:t>
      </w:r>
      <w:r w:rsidRPr="009E76A4">
        <w:rPr>
          <w:rFonts w:ascii="Times New Roman" w:eastAsia="Calibri" w:hAnsi="Times New Roman" w:cs="Times New Roman"/>
          <w:sz w:val="24"/>
          <w:szCs w:val="24"/>
          <w:lang w:val="ru-RU"/>
        </w:rPr>
        <w:t>мероприятиях</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патриотической</w:t>
      </w:r>
      <w:r w:rsidRPr="009E76A4">
        <w:rPr>
          <w:rFonts w:ascii="Times New Roman" w:eastAsia="Calibri" w:hAnsi="Times New Roman" w:cs="Times New Roman"/>
          <w:spacing w:val="-6"/>
          <w:sz w:val="24"/>
          <w:szCs w:val="24"/>
          <w:lang w:val="ru-RU"/>
        </w:rPr>
        <w:t xml:space="preserve"> </w:t>
      </w:r>
      <w:r w:rsidRPr="009E76A4">
        <w:rPr>
          <w:rFonts w:ascii="Times New Roman" w:eastAsia="Calibri" w:hAnsi="Times New Roman" w:cs="Times New Roman"/>
          <w:sz w:val="24"/>
          <w:szCs w:val="24"/>
          <w:lang w:val="ru-RU"/>
        </w:rPr>
        <w:t>направленности.</w:t>
      </w:r>
    </w:p>
    <w:p w:rsidR="009E76A4" w:rsidRPr="009E76A4" w:rsidRDefault="009E76A4" w:rsidP="009E76A4">
      <w:pPr>
        <w:spacing w:after="0" w:line="240" w:lineRule="auto"/>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Духовно-нравственное</w:t>
      </w:r>
      <w:r w:rsidRPr="009E76A4">
        <w:rPr>
          <w:rFonts w:ascii="Times New Roman" w:eastAsia="Calibri" w:hAnsi="Times New Roman" w:cs="Times New Roman"/>
          <w:b/>
          <w:spacing w:val="-5"/>
          <w:sz w:val="24"/>
          <w:szCs w:val="24"/>
          <w:lang w:val="ru-RU"/>
        </w:rPr>
        <w:t xml:space="preserve"> </w:t>
      </w:r>
      <w:r w:rsidRPr="009E76A4">
        <w:rPr>
          <w:rFonts w:ascii="Times New Roman" w:eastAsia="Calibri" w:hAnsi="Times New Roman" w:cs="Times New Roman"/>
          <w:b/>
          <w:sz w:val="24"/>
          <w:szCs w:val="24"/>
          <w:lang w:val="ru-RU"/>
        </w:rPr>
        <w:t>воспитание:</w:t>
      </w:r>
    </w:p>
    <w:p w:rsidR="009E76A4" w:rsidRPr="009E76A4" w:rsidRDefault="009E76A4" w:rsidP="009E76A4">
      <w:pPr>
        <w:numPr>
          <w:ilvl w:val="0"/>
          <w:numId w:val="13"/>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Знающий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уважающий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духовно-нравственную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культуру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своего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народа,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ориентированный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духовные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ценности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нравственные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нормы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народов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российского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общества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ситуациях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нравственного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выбора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учётом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национальной,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религиозной</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принадлежности).</w:t>
      </w:r>
    </w:p>
    <w:p w:rsidR="009E76A4" w:rsidRPr="009E76A4" w:rsidRDefault="009E76A4" w:rsidP="009E76A4">
      <w:pPr>
        <w:numPr>
          <w:ilvl w:val="0"/>
          <w:numId w:val="13"/>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Выражающий</w:t>
      </w:r>
      <w:proofErr w:type="gramEnd"/>
      <w:r w:rsidRPr="009E76A4">
        <w:rPr>
          <w:rFonts w:ascii="Times New Roman" w:eastAsia="Calibri" w:hAnsi="Times New Roman" w:cs="Times New Roman"/>
          <w:sz w:val="24"/>
          <w:szCs w:val="24"/>
          <w:lang w:val="ru-RU"/>
        </w:rPr>
        <w:t xml:space="preserve"> готовность оценивать своё поведение и поступки, поведение и поступки</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других людей с позиций традиционных российских духовно-нравственных ценностей 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норм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с</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учётом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осознания последствий</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поступков.</w:t>
      </w:r>
    </w:p>
    <w:p w:rsidR="009E76A4" w:rsidRPr="009E76A4" w:rsidRDefault="009E76A4" w:rsidP="009E76A4">
      <w:pPr>
        <w:numPr>
          <w:ilvl w:val="0"/>
          <w:numId w:val="13"/>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Выражающий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неприятие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антигуманных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асоциальных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поступков,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поведения,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противоречащих</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традиционным</w:t>
      </w:r>
      <w:r w:rsidRPr="009E76A4">
        <w:rPr>
          <w:rFonts w:ascii="Times New Roman" w:eastAsia="Calibri" w:hAnsi="Times New Roman" w:cs="Times New Roman"/>
          <w:spacing w:val="-5"/>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России</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духовно-нравственным</w:t>
      </w:r>
      <w:r w:rsidRPr="009E76A4">
        <w:rPr>
          <w:rFonts w:ascii="Times New Roman" w:eastAsia="Calibri" w:hAnsi="Times New Roman" w:cs="Times New Roman"/>
          <w:spacing w:val="-5"/>
          <w:sz w:val="24"/>
          <w:szCs w:val="24"/>
          <w:lang w:val="ru-RU"/>
        </w:rPr>
        <w:t xml:space="preserve"> </w:t>
      </w:r>
      <w:r w:rsidRPr="009E76A4">
        <w:rPr>
          <w:rFonts w:ascii="Times New Roman" w:eastAsia="Calibri" w:hAnsi="Times New Roman" w:cs="Times New Roman"/>
          <w:sz w:val="24"/>
          <w:szCs w:val="24"/>
          <w:lang w:val="ru-RU"/>
        </w:rPr>
        <w:t>нормам</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ценностям.</w:t>
      </w:r>
    </w:p>
    <w:p w:rsidR="009E76A4" w:rsidRPr="009E76A4" w:rsidRDefault="009E76A4" w:rsidP="009E76A4">
      <w:pPr>
        <w:numPr>
          <w:ilvl w:val="0"/>
          <w:numId w:val="13"/>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Сознающий</w:t>
      </w:r>
      <w:proofErr w:type="gramEnd"/>
      <w:r w:rsidRPr="009E76A4">
        <w:rPr>
          <w:rFonts w:ascii="Times New Roman" w:eastAsia="Calibri" w:hAnsi="Times New Roman" w:cs="Times New Roman"/>
          <w:sz w:val="24"/>
          <w:szCs w:val="24"/>
          <w:lang w:val="ru-RU"/>
        </w:rPr>
        <w:t xml:space="preserve">  </w:t>
      </w:r>
      <w:r w:rsidRPr="009E76A4">
        <w:rPr>
          <w:rFonts w:ascii="Times New Roman" w:eastAsia="Calibri" w:hAnsi="Times New Roman" w:cs="Times New Roman"/>
          <w:spacing w:val="54"/>
          <w:sz w:val="24"/>
          <w:szCs w:val="24"/>
          <w:lang w:val="ru-RU"/>
        </w:rPr>
        <w:t xml:space="preserve"> </w:t>
      </w:r>
      <w:r w:rsidRPr="009E76A4">
        <w:rPr>
          <w:rFonts w:ascii="Times New Roman" w:eastAsia="Calibri" w:hAnsi="Times New Roman" w:cs="Times New Roman"/>
          <w:sz w:val="24"/>
          <w:szCs w:val="24"/>
          <w:lang w:val="ru-RU"/>
        </w:rPr>
        <w:t xml:space="preserve">соотношение  </w:t>
      </w:r>
      <w:r w:rsidRPr="009E76A4">
        <w:rPr>
          <w:rFonts w:ascii="Times New Roman" w:eastAsia="Calibri" w:hAnsi="Times New Roman" w:cs="Times New Roman"/>
          <w:spacing w:val="53"/>
          <w:sz w:val="24"/>
          <w:szCs w:val="24"/>
          <w:lang w:val="ru-RU"/>
        </w:rPr>
        <w:t xml:space="preserve"> </w:t>
      </w:r>
      <w:r w:rsidRPr="009E76A4">
        <w:rPr>
          <w:rFonts w:ascii="Times New Roman" w:eastAsia="Calibri" w:hAnsi="Times New Roman" w:cs="Times New Roman"/>
          <w:sz w:val="24"/>
          <w:szCs w:val="24"/>
          <w:lang w:val="ru-RU"/>
        </w:rPr>
        <w:t xml:space="preserve">свободы  </w:t>
      </w:r>
      <w:r w:rsidRPr="009E76A4">
        <w:rPr>
          <w:rFonts w:ascii="Times New Roman" w:eastAsia="Calibri" w:hAnsi="Times New Roman" w:cs="Times New Roman"/>
          <w:spacing w:val="54"/>
          <w:sz w:val="24"/>
          <w:szCs w:val="24"/>
          <w:lang w:val="ru-RU"/>
        </w:rPr>
        <w:t xml:space="preserve"> </w:t>
      </w:r>
      <w:r w:rsidRPr="009E76A4">
        <w:rPr>
          <w:rFonts w:ascii="Times New Roman" w:eastAsia="Calibri" w:hAnsi="Times New Roman" w:cs="Times New Roman"/>
          <w:sz w:val="24"/>
          <w:szCs w:val="24"/>
          <w:lang w:val="ru-RU"/>
        </w:rPr>
        <w:t xml:space="preserve">и  </w:t>
      </w:r>
      <w:r w:rsidRPr="009E76A4">
        <w:rPr>
          <w:rFonts w:ascii="Times New Roman" w:eastAsia="Calibri" w:hAnsi="Times New Roman" w:cs="Times New Roman"/>
          <w:spacing w:val="54"/>
          <w:sz w:val="24"/>
          <w:szCs w:val="24"/>
          <w:lang w:val="ru-RU"/>
        </w:rPr>
        <w:t xml:space="preserve"> </w:t>
      </w:r>
      <w:r w:rsidRPr="009E76A4">
        <w:rPr>
          <w:rFonts w:ascii="Times New Roman" w:eastAsia="Calibri" w:hAnsi="Times New Roman" w:cs="Times New Roman"/>
          <w:sz w:val="24"/>
          <w:szCs w:val="24"/>
          <w:lang w:val="ru-RU"/>
        </w:rPr>
        <w:t xml:space="preserve">ответственности  </w:t>
      </w:r>
      <w:r w:rsidRPr="009E76A4">
        <w:rPr>
          <w:rFonts w:ascii="Times New Roman" w:eastAsia="Calibri" w:hAnsi="Times New Roman" w:cs="Times New Roman"/>
          <w:spacing w:val="55"/>
          <w:sz w:val="24"/>
          <w:szCs w:val="24"/>
          <w:lang w:val="ru-RU"/>
        </w:rPr>
        <w:t xml:space="preserve"> </w:t>
      </w:r>
      <w:r w:rsidRPr="009E76A4">
        <w:rPr>
          <w:rFonts w:ascii="Times New Roman" w:eastAsia="Calibri" w:hAnsi="Times New Roman" w:cs="Times New Roman"/>
          <w:sz w:val="24"/>
          <w:szCs w:val="24"/>
          <w:lang w:val="ru-RU"/>
        </w:rPr>
        <w:t xml:space="preserve">личности  </w:t>
      </w:r>
      <w:r w:rsidRPr="009E76A4">
        <w:rPr>
          <w:rFonts w:ascii="Times New Roman" w:eastAsia="Calibri" w:hAnsi="Times New Roman" w:cs="Times New Roman"/>
          <w:spacing w:val="55"/>
          <w:sz w:val="24"/>
          <w:szCs w:val="24"/>
          <w:lang w:val="ru-RU"/>
        </w:rPr>
        <w:t xml:space="preserve"> </w:t>
      </w:r>
      <w:r w:rsidRPr="009E76A4">
        <w:rPr>
          <w:rFonts w:ascii="Times New Roman" w:eastAsia="Calibri" w:hAnsi="Times New Roman" w:cs="Times New Roman"/>
          <w:sz w:val="24"/>
          <w:szCs w:val="24"/>
          <w:lang w:val="ru-RU"/>
        </w:rPr>
        <w:t xml:space="preserve">в  </w:t>
      </w:r>
      <w:r w:rsidRPr="009E76A4">
        <w:rPr>
          <w:rFonts w:ascii="Times New Roman" w:eastAsia="Calibri" w:hAnsi="Times New Roman" w:cs="Times New Roman"/>
          <w:spacing w:val="56"/>
          <w:sz w:val="24"/>
          <w:szCs w:val="24"/>
          <w:lang w:val="ru-RU"/>
        </w:rPr>
        <w:t xml:space="preserve"> </w:t>
      </w:r>
      <w:r w:rsidRPr="009E76A4">
        <w:rPr>
          <w:rFonts w:ascii="Times New Roman" w:eastAsia="Calibri" w:hAnsi="Times New Roman" w:cs="Times New Roman"/>
          <w:sz w:val="24"/>
          <w:szCs w:val="24"/>
          <w:lang w:val="ru-RU"/>
        </w:rPr>
        <w:t>условиях индивидуального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общественного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пространства,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значение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ценность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межнационального,</w:t>
      </w:r>
      <w:r w:rsidRPr="009E76A4">
        <w:rPr>
          <w:rFonts w:ascii="Times New Roman" w:eastAsia="Calibri" w:hAnsi="Times New Roman" w:cs="Times New Roman"/>
          <w:spacing w:val="72"/>
          <w:sz w:val="24"/>
          <w:szCs w:val="24"/>
          <w:lang w:val="ru-RU"/>
        </w:rPr>
        <w:t xml:space="preserve"> </w:t>
      </w:r>
      <w:r w:rsidRPr="009E76A4">
        <w:rPr>
          <w:rFonts w:ascii="Times New Roman" w:eastAsia="Calibri" w:hAnsi="Times New Roman" w:cs="Times New Roman"/>
          <w:sz w:val="24"/>
          <w:szCs w:val="24"/>
          <w:lang w:val="ru-RU"/>
        </w:rPr>
        <w:t>межрелигиозного</w:t>
      </w:r>
      <w:r w:rsidRPr="009E76A4">
        <w:rPr>
          <w:rFonts w:ascii="Times New Roman" w:eastAsia="Calibri" w:hAnsi="Times New Roman" w:cs="Times New Roman"/>
          <w:spacing w:val="74"/>
          <w:sz w:val="24"/>
          <w:szCs w:val="24"/>
          <w:lang w:val="ru-RU"/>
        </w:rPr>
        <w:t xml:space="preserve"> </w:t>
      </w:r>
      <w:r w:rsidRPr="009E76A4">
        <w:rPr>
          <w:rFonts w:ascii="Times New Roman" w:eastAsia="Calibri" w:hAnsi="Times New Roman" w:cs="Times New Roman"/>
          <w:sz w:val="24"/>
          <w:szCs w:val="24"/>
          <w:lang w:val="ru-RU"/>
        </w:rPr>
        <w:t>согласия</w:t>
      </w:r>
      <w:r w:rsidRPr="009E76A4">
        <w:rPr>
          <w:rFonts w:ascii="Times New Roman" w:eastAsia="Calibri" w:hAnsi="Times New Roman" w:cs="Times New Roman"/>
          <w:spacing w:val="74"/>
          <w:sz w:val="24"/>
          <w:szCs w:val="24"/>
          <w:lang w:val="ru-RU"/>
        </w:rPr>
        <w:t xml:space="preserve"> </w:t>
      </w:r>
      <w:r w:rsidRPr="009E76A4">
        <w:rPr>
          <w:rFonts w:ascii="Times New Roman" w:eastAsia="Calibri" w:hAnsi="Times New Roman" w:cs="Times New Roman"/>
          <w:sz w:val="24"/>
          <w:szCs w:val="24"/>
          <w:lang w:val="ru-RU"/>
        </w:rPr>
        <w:t>людей,</w:t>
      </w:r>
      <w:r w:rsidRPr="009E76A4">
        <w:rPr>
          <w:rFonts w:ascii="Times New Roman" w:eastAsia="Calibri" w:hAnsi="Times New Roman" w:cs="Times New Roman"/>
          <w:spacing w:val="72"/>
          <w:sz w:val="24"/>
          <w:szCs w:val="24"/>
          <w:lang w:val="ru-RU"/>
        </w:rPr>
        <w:t xml:space="preserve"> </w:t>
      </w:r>
      <w:r w:rsidRPr="009E76A4">
        <w:rPr>
          <w:rFonts w:ascii="Times New Roman" w:eastAsia="Calibri" w:hAnsi="Times New Roman" w:cs="Times New Roman"/>
          <w:sz w:val="24"/>
          <w:szCs w:val="24"/>
          <w:lang w:val="ru-RU"/>
        </w:rPr>
        <w:t>народов</w:t>
      </w:r>
      <w:r w:rsidRPr="009E76A4">
        <w:rPr>
          <w:rFonts w:ascii="Times New Roman" w:eastAsia="Calibri" w:hAnsi="Times New Roman" w:cs="Times New Roman"/>
          <w:spacing w:val="74"/>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72"/>
          <w:sz w:val="24"/>
          <w:szCs w:val="24"/>
          <w:lang w:val="ru-RU"/>
        </w:rPr>
        <w:t xml:space="preserve"> </w:t>
      </w:r>
      <w:r w:rsidRPr="009E76A4">
        <w:rPr>
          <w:rFonts w:ascii="Times New Roman" w:eastAsia="Calibri" w:hAnsi="Times New Roman" w:cs="Times New Roman"/>
          <w:sz w:val="24"/>
          <w:szCs w:val="24"/>
          <w:lang w:val="ru-RU"/>
        </w:rPr>
        <w:t>России,</w:t>
      </w:r>
      <w:r w:rsidRPr="009E76A4">
        <w:rPr>
          <w:rFonts w:ascii="Times New Roman" w:eastAsia="Calibri" w:hAnsi="Times New Roman" w:cs="Times New Roman"/>
          <w:spacing w:val="77"/>
          <w:sz w:val="24"/>
          <w:szCs w:val="24"/>
          <w:lang w:val="ru-RU"/>
        </w:rPr>
        <w:t xml:space="preserve"> </w:t>
      </w:r>
      <w:r w:rsidRPr="009E76A4">
        <w:rPr>
          <w:rFonts w:ascii="Times New Roman" w:eastAsia="Calibri" w:hAnsi="Times New Roman" w:cs="Times New Roman"/>
          <w:sz w:val="24"/>
          <w:szCs w:val="24"/>
          <w:lang w:val="ru-RU"/>
        </w:rPr>
        <w:t>умеющий общаться</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с</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людьми</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разных</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народов,</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вероисповеданий.</w:t>
      </w:r>
    </w:p>
    <w:p w:rsidR="009E76A4" w:rsidRPr="009E76A4" w:rsidRDefault="009E76A4" w:rsidP="009E76A4">
      <w:pPr>
        <w:numPr>
          <w:ilvl w:val="0"/>
          <w:numId w:val="13"/>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Проявляющий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уважение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старшим,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российским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традиционным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семейным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ценностям,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институту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брака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как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союзу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мужчины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женщины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для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создания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семьи,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рождения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 воспитания</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детей.</w:t>
      </w:r>
    </w:p>
    <w:p w:rsidR="009E76A4" w:rsidRPr="009E76A4" w:rsidRDefault="009E76A4" w:rsidP="009E76A4">
      <w:pPr>
        <w:numPr>
          <w:ilvl w:val="0"/>
          <w:numId w:val="13"/>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Проявляющий</w:t>
      </w:r>
      <w:r w:rsidRPr="009E76A4">
        <w:rPr>
          <w:rFonts w:ascii="Times New Roman" w:eastAsia="Calibri" w:hAnsi="Times New Roman" w:cs="Times New Roman"/>
          <w:spacing w:val="20"/>
          <w:sz w:val="24"/>
          <w:szCs w:val="24"/>
          <w:lang w:val="ru-RU"/>
        </w:rPr>
        <w:t xml:space="preserve"> </w:t>
      </w:r>
      <w:r w:rsidRPr="009E76A4">
        <w:rPr>
          <w:rFonts w:ascii="Times New Roman" w:eastAsia="Calibri" w:hAnsi="Times New Roman" w:cs="Times New Roman"/>
          <w:sz w:val="24"/>
          <w:szCs w:val="24"/>
          <w:lang w:val="ru-RU"/>
        </w:rPr>
        <w:t>интерес</w:t>
      </w:r>
      <w:r w:rsidRPr="009E76A4">
        <w:rPr>
          <w:rFonts w:ascii="Times New Roman" w:eastAsia="Calibri" w:hAnsi="Times New Roman" w:cs="Times New Roman"/>
          <w:spacing w:val="19"/>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20"/>
          <w:sz w:val="24"/>
          <w:szCs w:val="24"/>
          <w:lang w:val="ru-RU"/>
        </w:rPr>
        <w:t xml:space="preserve"> </w:t>
      </w:r>
      <w:r w:rsidRPr="009E76A4">
        <w:rPr>
          <w:rFonts w:ascii="Times New Roman" w:eastAsia="Calibri" w:hAnsi="Times New Roman" w:cs="Times New Roman"/>
          <w:sz w:val="24"/>
          <w:szCs w:val="24"/>
          <w:lang w:val="ru-RU"/>
        </w:rPr>
        <w:t>чтению,</w:t>
      </w:r>
      <w:r w:rsidRPr="009E76A4">
        <w:rPr>
          <w:rFonts w:ascii="Times New Roman" w:eastAsia="Calibri" w:hAnsi="Times New Roman" w:cs="Times New Roman"/>
          <w:spacing w:val="17"/>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20"/>
          <w:sz w:val="24"/>
          <w:szCs w:val="24"/>
          <w:lang w:val="ru-RU"/>
        </w:rPr>
        <w:t xml:space="preserve"> </w:t>
      </w:r>
      <w:r w:rsidRPr="009E76A4">
        <w:rPr>
          <w:rFonts w:ascii="Times New Roman" w:eastAsia="Calibri" w:hAnsi="Times New Roman" w:cs="Times New Roman"/>
          <w:sz w:val="24"/>
          <w:szCs w:val="24"/>
          <w:lang w:val="ru-RU"/>
        </w:rPr>
        <w:t>родному</w:t>
      </w:r>
      <w:r w:rsidRPr="009E76A4">
        <w:rPr>
          <w:rFonts w:ascii="Times New Roman" w:eastAsia="Calibri" w:hAnsi="Times New Roman" w:cs="Times New Roman"/>
          <w:spacing w:val="13"/>
          <w:sz w:val="24"/>
          <w:szCs w:val="24"/>
          <w:lang w:val="ru-RU"/>
        </w:rPr>
        <w:t xml:space="preserve"> </w:t>
      </w:r>
      <w:r w:rsidRPr="009E76A4">
        <w:rPr>
          <w:rFonts w:ascii="Times New Roman" w:eastAsia="Calibri" w:hAnsi="Times New Roman" w:cs="Times New Roman"/>
          <w:sz w:val="24"/>
          <w:szCs w:val="24"/>
          <w:lang w:val="ru-RU"/>
        </w:rPr>
        <w:t>языку,</w:t>
      </w:r>
      <w:r w:rsidRPr="009E76A4">
        <w:rPr>
          <w:rFonts w:ascii="Times New Roman" w:eastAsia="Calibri" w:hAnsi="Times New Roman" w:cs="Times New Roman"/>
          <w:spacing w:val="20"/>
          <w:sz w:val="24"/>
          <w:szCs w:val="24"/>
          <w:lang w:val="ru-RU"/>
        </w:rPr>
        <w:t xml:space="preserve"> </w:t>
      </w:r>
      <w:r w:rsidRPr="009E76A4">
        <w:rPr>
          <w:rFonts w:ascii="Times New Roman" w:eastAsia="Calibri" w:hAnsi="Times New Roman" w:cs="Times New Roman"/>
          <w:sz w:val="24"/>
          <w:szCs w:val="24"/>
          <w:lang w:val="ru-RU"/>
        </w:rPr>
        <w:t>русскому</w:t>
      </w:r>
      <w:r w:rsidRPr="009E76A4">
        <w:rPr>
          <w:rFonts w:ascii="Times New Roman" w:eastAsia="Calibri" w:hAnsi="Times New Roman" w:cs="Times New Roman"/>
          <w:spacing w:val="14"/>
          <w:sz w:val="24"/>
          <w:szCs w:val="24"/>
          <w:lang w:val="ru-RU"/>
        </w:rPr>
        <w:t xml:space="preserve"> </w:t>
      </w:r>
      <w:r w:rsidRPr="009E76A4">
        <w:rPr>
          <w:rFonts w:ascii="Times New Roman" w:eastAsia="Calibri" w:hAnsi="Times New Roman" w:cs="Times New Roman"/>
          <w:sz w:val="24"/>
          <w:szCs w:val="24"/>
          <w:lang w:val="ru-RU"/>
        </w:rPr>
        <w:t>языку</w:t>
      </w:r>
      <w:r w:rsidRPr="009E76A4">
        <w:rPr>
          <w:rFonts w:ascii="Times New Roman" w:eastAsia="Calibri" w:hAnsi="Times New Roman" w:cs="Times New Roman"/>
          <w:spacing w:val="17"/>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20"/>
          <w:sz w:val="24"/>
          <w:szCs w:val="24"/>
          <w:lang w:val="ru-RU"/>
        </w:rPr>
        <w:t xml:space="preserve"> </w:t>
      </w:r>
      <w:r w:rsidRPr="009E76A4">
        <w:rPr>
          <w:rFonts w:ascii="Times New Roman" w:eastAsia="Calibri" w:hAnsi="Times New Roman" w:cs="Times New Roman"/>
          <w:sz w:val="24"/>
          <w:szCs w:val="24"/>
          <w:lang w:val="ru-RU"/>
        </w:rPr>
        <w:t>литературе</w:t>
      </w:r>
      <w:r w:rsidRPr="009E76A4">
        <w:rPr>
          <w:rFonts w:ascii="Times New Roman" w:eastAsia="Calibri" w:hAnsi="Times New Roman" w:cs="Times New Roman"/>
          <w:spacing w:val="19"/>
          <w:sz w:val="24"/>
          <w:szCs w:val="24"/>
          <w:lang w:val="ru-RU"/>
        </w:rPr>
        <w:t xml:space="preserve"> </w:t>
      </w:r>
      <w:r w:rsidRPr="009E76A4">
        <w:rPr>
          <w:rFonts w:ascii="Times New Roman" w:eastAsia="Calibri" w:hAnsi="Times New Roman" w:cs="Times New Roman"/>
          <w:sz w:val="24"/>
          <w:szCs w:val="24"/>
          <w:lang w:val="ru-RU"/>
        </w:rPr>
        <w:t>как части</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духовной</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культуры</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своего</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народа,</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российского</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общества.</w:t>
      </w:r>
    </w:p>
    <w:p w:rsidR="009E76A4" w:rsidRPr="009E76A4" w:rsidRDefault="009E76A4" w:rsidP="009E76A4">
      <w:pPr>
        <w:spacing w:after="0" w:line="240" w:lineRule="auto"/>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Эстетическое</w:t>
      </w:r>
      <w:r w:rsidRPr="009E76A4">
        <w:rPr>
          <w:rFonts w:ascii="Times New Roman" w:eastAsia="Calibri" w:hAnsi="Times New Roman" w:cs="Times New Roman"/>
          <w:b/>
          <w:spacing w:val="-5"/>
          <w:sz w:val="24"/>
          <w:szCs w:val="24"/>
          <w:lang w:val="ru-RU"/>
        </w:rPr>
        <w:t xml:space="preserve"> </w:t>
      </w:r>
      <w:r w:rsidRPr="009E76A4">
        <w:rPr>
          <w:rFonts w:ascii="Times New Roman" w:eastAsia="Calibri" w:hAnsi="Times New Roman" w:cs="Times New Roman"/>
          <w:b/>
          <w:sz w:val="24"/>
          <w:szCs w:val="24"/>
          <w:lang w:val="ru-RU"/>
        </w:rPr>
        <w:t>воспитание:</w:t>
      </w:r>
    </w:p>
    <w:p w:rsidR="009E76A4" w:rsidRPr="009E76A4" w:rsidRDefault="009E76A4" w:rsidP="009E76A4">
      <w:pPr>
        <w:numPr>
          <w:ilvl w:val="0"/>
          <w:numId w:val="14"/>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Выражающий</w:t>
      </w:r>
      <w:proofErr w:type="gramEnd"/>
      <w:r w:rsidRPr="009E76A4">
        <w:rPr>
          <w:rFonts w:ascii="Times New Roman" w:eastAsia="Calibri" w:hAnsi="Times New Roman" w:cs="Times New Roman"/>
          <w:sz w:val="24"/>
          <w:szCs w:val="24"/>
          <w:lang w:val="ru-RU"/>
        </w:rPr>
        <w:t xml:space="preserve"> понимание ценности отечественного и мирового искусства, народных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традиций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народного творчества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искусстве.</w:t>
      </w:r>
    </w:p>
    <w:p w:rsidR="009E76A4" w:rsidRPr="009E76A4" w:rsidRDefault="009E76A4" w:rsidP="009E76A4">
      <w:pPr>
        <w:numPr>
          <w:ilvl w:val="0"/>
          <w:numId w:val="14"/>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Проявляющий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эмоционально-чувственную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восприимчивость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разным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видам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искусства, традициям и творчеству своего и других народов, понимание их влияния на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поведение</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людей.</w:t>
      </w:r>
    </w:p>
    <w:p w:rsidR="009E76A4" w:rsidRPr="009E76A4" w:rsidRDefault="009E76A4" w:rsidP="009E76A4">
      <w:pPr>
        <w:numPr>
          <w:ilvl w:val="0"/>
          <w:numId w:val="14"/>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Сознающий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роль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художественной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культуры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как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средства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коммуникации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самовыражения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современном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обществе,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значение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нравственных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норм,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ценностей,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традиций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искусстве.</w:t>
      </w:r>
    </w:p>
    <w:p w:rsidR="009E76A4" w:rsidRPr="009E76A4" w:rsidRDefault="009E76A4" w:rsidP="009E76A4">
      <w:pPr>
        <w:numPr>
          <w:ilvl w:val="0"/>
          <w:numId w:val="14"/>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Ориентированный</w:t>
      </w:r>
      <w:proofErr w:type="gramEnd"/>
      <w:r w:rsidRPr="009E76A4">
        <w:rPr>
          <w:rFonts w:ascii="Times New Roman" w:eastAsia="Calibri" w:hAnsi="Times New Roman" w:cs="Times New Roman"/>
          <w:spacing w:val="48"/>
          <w:sz w:val="24"/>
          <w:szCs w:val="24"/>
          <w:lang w:val="ru-RU"/>
        </w:rPr>
        <w:t xml:space="preserve"> </w:t>
      </w:r>
      <w:r w:rsidRPr="009E76A4">
        <w:rPr>
          <w:rFonts w:ascii="Times New Roman" w:eastAsia="Calibri" w:hAnsi="Times New Roman" w:cs="Times New Roman"/>
          <w:sz w:val="24"/>
          <w:szCs w:val="24"/>
          <w:lang w:val="ru-RU"/>
        </w:rPr>
        <w:t>на</w:t>
      </w:r>
      <w:r w:rsidRPr="009E76A4">
        <w:rPr>
          <w:rFonts w:ascii="Times New Roman" w:eastAsia="Calibri" w:hAnsi="Times New Roman" w:cs="Times New Roman"/>
          <w:spacing w:val="43"/>
          <w:sz w:val="24"/>
          <w:szCs w:val="24"/>
          <w:lang w:val="ru-RU"/>
        </w:rPr>
        <w:t xml:space="preserve"> </w:t>
      </w:r>
      <w:r w:rsidRPr="009E76A4">
        <w:rPr>
          <w:rFonts w:ascii="Times New Roman" w:eastAsia="Calibri" w:hAnsi="Times New Roman" w:cs="Times New Roman"/>
          <w:sz w:val="24"/>
          <w:szCs w:val="24"/>
          <w:lang w:val="ru-RU"/>
        </w:rPr>
        <w:t>самовыражение</w:t>
      </w:r>
      <w:r w:rsidRPr="009E76A4">
        <w:rPr>
          <w:rFonts w:ascii="Times New Roman" w:eastAsia="Calibri" w:hAnsi="Times New Roman" w:cs="Times New Roman"/>
          <w:spacing w:val="46"/>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46"/>
          <w:sz w:val="24"/>
          <w:szCs w:val="24"/>
          <w:lang w:val="ru-RU"/>
        </w:rPr>
        <w:t xml:space="preserve"> </w:t>
      </w:r>
      <w:r w:rsidRPr="009E76A4">
        <w:rPr>
          <w:rFonts w:ascii="Times New Roman" w:eastAsia="Calibri" w:hAnsi="Times New Roman" w:cs="Times New Roman"/>
          <w:sz w:val="24"/>
          <w:szCs w:val="24"/>
          <w:lang w:val="ru-RU"/>
        </w:rPr>
        <w:t>разных</w:t>
      </w:r>
      <w:r w:rsidRPr="009E76A4">
        <w:rPr>
          <w:rFonts w:ascii="Times New Roman" w:eastAsia="Calibri" w:hAnsi="Times New Roman" w:cs="Times New Roman"/>
          <w:spacing w:val="48"/>
          <w:sz w:val="24"/>
          <w:szCs w:val="24"/>
          <w:lang w:val="ru-RU"/>
        </w:rPr>
        <w:t xml:space="preserve"> </w:t>
      </w:r>
      <w:r w:rsidRPr="009E76A4">
        <w:rPr>
          <w:rFonts w:ascii="Times New Roman" w:eastAsia="Calibri" w:hAnsi="Times New Roman" w:cs="Times New Roman"/>
          <w:sz w:val="24"/>
          <w:szCs w:val="24"/>
          <w:lang w:val="ru-RU"/>
        </w:rPr>
        <w:t>видах</w:t>
      </w:r>
      <w:r w:rsidRPr="009E76A4">
        <w:rPr>
          <w:rFonts w:ascii="Times New Roman" w:eastAsia="Calibri" w:hAnsi="Times New Roman" w:cs="Times New Roman"/>
          <w:spacing w:val="46"/>
          <w:sz w:val="24"/>
          <w:szCs w:val="24"/>
          <w:lang w:val="ru-RU"/>
        </w:rPr>
        <w:t xml:space="preserve"> </w:t>
      </w:r>
      <w:r w:rsidRPr="009E76A4">
        <w:rPr>
          <w:rFonts w:ascii="Times New Roman" w:eastAsia="Calibri" w:hAnsi="Times New Roman" w:cs="Times New Roman"/>
          <w:sz w:val="24"/>
          <w:szCs w:val="24"/>
          <w:lang w:val="ru-RU"/>
        </w:rPr>
        <w:t>искусства,</w:t>
      </w:r>
      <w:r w:rsidRPr="009E76A4">
        <w:rPr>
          <w:rFonts w:ascii="Times New Roman" w:eastAsia="Calibri" w:hAnsi="Times New Roman" w:cs="Times New Roman"/>
          <w:spacing w:val="48"/>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48"/>
          <w:sz w:val="24"/>
          <w:szCs w:val="24"/>
          <w:lang w:val="ru-RU"/>
        </w:rPr>
        <w:t xml:space="preserve"> </w:t>
      </w:r>
      <w:r w:rsidRPr="009E76A4">
        <w:rPr>
          <w:rFonts w:ascii="Times New Roman" w:eastAsia="Calibri" w:hAnsi="Times New Roman" w:cs="Times New Roman"/>
          <w:sz w:val="24"/>
          <w:szCs w:val="24"/>
          <w:lang w:val="ru-RU"/>
        </w:rPr>
        <w:t>художественном творчестве.</w:t>
      </w:r>
    </w:p>
    <w:p w:rsidR="009E76A4" w:rsidRPr="009E76A4" w:rsidRDefault="009E76A4" w:rsidP="009E76A4">
      <w:pPr>
        <w:spacing w:after="0" w:line="240" w:lineRule="auto"/>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Физическое</w:t>
      </w:r>
      <w:r w:rsidRPr="009E76A4">
        <w:rPr>
          <w:rFonts w:ascii="Times New Roman" w:eastAsia="Calibri" w:hAnsi="Times New Roman" w:cs="Times New Roman"/>
          <w:b/>
          <w:spacing w:val="4"/>
          <w:sz w:val="24"/>
          <w:szCs w:val="24"/>
          <w:lang w:val="ru-RU"/>
        </w:rPr>
        <w:t xml:space="preserve"> </w:t>
      </w:r>
      <w:r w:rsidRPr="009E76A4">
        <w:rPr>
          <w:rFonts w:ascii="Times New Roman" w:eastAsia="Calibri" w:hAnsi="Times New Roman" w:cs="Times New Roman"/>
          <w:b/>
          <w:sz w:val="24"/>
          <w:szCs w:val="24"/>
          <w:lang w:val="ru-RU"/>
        </w:rPr>
        <w:t>воспитание,</w:t>
      </w:r>
      <w:r w:rsidRPr="009E76A4">
        <w:rPr>
          <w:rFonts w:ascii="Times New Roman" w:eastAsia="Calibri" w:hAnsi="Times New Roman" w:cs="Times New Roman"/>
          <w:b/>
          <w:spacing w:val="62"/>
          <w:sz w:val="24"/>
          <w:szCs w:val="24"/>
          <w:lang w:val="ru-RU"/>
        </w:rPr>
        <w:t xml:space="preserve"> </w:t>
      </w:r>
      <w:r w:rsidRPr="009E76A4">
        <w:rPr>
          <w:rFonts w:ascii="Times New Roman" w:eastAsia="Calibri" w:hAnsi="Times New Roman" w:cs="Times New Roman"/>
          <w:b/>
          <w:sz w:val="24"/>
          <w:szCs w:val="24"/>
          <w:lang w:val="ru-RU"/>
        </w:rPr>
        <w:t>формирование</w:t>
      </w:r>
      <w:r w:rsidRPr="009E76A4">
        <w:rPr>
          <w:rFonts w:ascii="Times New Roman" w:eastAsia="Calibri" w:hAnsi="Times New Roman" w:cs="Times New Roman"/>
          <w:b/>
          <w:spacing w:val="63"/>
          <w:sz w:val="24"/>
          <w:szCs w:val="24"/>
          <w:lang w:val="ru-RU"/>
        </w:rPr>
        <w:t xml:space="preserve"> </w:t>
      </w:r>
      <w:r w:rsidRPr="009E76A4">
        <w:rPr>
          <w:rFonts w:ascii="Times New Roman" w:eastAsia="Calibri" w:hAnsi="Times New Roman" w:cs="Times New Roman"/>
          <w:b/>
          <w:sz w:val="24"/>
          <w:szCs w:val="24"/>
          <w:lang w:val="ru-RU"/>
        </w:rPr>
        <w:t>культуры</w:t>
      </w:r>
      <w:r w:rsidRPr="009E76A4">
        <w:rPr>
          <w:rFonts w:ascii="Times New Roman" w:eastAsia="Calibri" w:hAnsi="Times New Roman" w:cs="Times New Roman"/>
          <w:b/>
          <w:spacing w:val="63"/>
          <w:sz w:val="24"/>
          <w:szCs w:val="24"/>
          <w:lang w:val="ru-RU"/>
        </w:rPr>
        <w:t xml:space="preserve"> </w:t>
      </w:r>
      <w:r w:rsidRPr="009E76A4">
        <w:rPr>
          <w:rFonts w:ascii="Times New Roman" w:eastAsia="Calibri" w:hAnsi="Times New Roman" w:cs="Times New Roman"/>
          <w:b/>
          <w:sz w:val="24"/>
          <w:szCs w:val="24"/>
          <w:lang w:val="ru-RU"/>
        </w:rPr>
        <w:t>здоровья</w:t>
      </w:r>
      <w:r w:rsidRPr="009E76A4">
        <w:rPr>
          <w:rFonts w:ascii="Times New Roman" w:eastAsia="Calibri" w:hAnsi="Times New Roman" w:cs="Times New Roman"/>
          <w:b/>
          <w:spacing w:val="63"/>
          <w:sz w:val="24"/>
          <w:szCs w:val="24"/>
          <w:lang w:val="ru-RU"/>
        </w:rPr>
        <w:t xml:space="preserve"> </w:t>
      </w:r>
      <w:r w:rsidRPr="009E76A4">
        <w:rPr>
          <w:rFonts w:ascii="Times New Roman" w:eastAsia="Calibri" w:hAnsi="Times New Roman" w:cs="Times New Roman"/>
          <w:b/>
          <w:sz w:val="24"/>
          <w:szCs w:val="24"/>
          <w:lang w:val="ru-RU"/>
        </w:rPr>
        <w:t>и</w:t>
      </w:r>
      <w:r w:rsidRPr="009E76A4">
        <w:rPr>
          <w:rFonts w:ascii="Times New Roman" w:eastAsia="Calibri" w:hAnsi="Times New Roman" w:cs="Times New Roman"/>
          <w:b/>
          <w:spacing w:val="64"/>
          <w:sz w:val="24"/>
          <w:szCs w:val="24"/>
          <w:lang w:val="ru-RU"/>
        </w:rPr>
        <w:t xml:space="preserve"> </w:t>
      </w:r>
      <w:r w:rsidRPr="009E76A4">
        <w:rPr>
          <w:rFonts w:ascii="Times New Roman" w:eastAsia="Calibri" w:hAnsi="Times New Roman" w:cs="Times New Roman"/>
          <w:b/>
          <w:sz w:val="24"/>
          <w:szCs w:val="24"/>
          <w:lang w:val="ru-RU"/>
        </w:rPr>
        <w:t>эмоционального благополучия:</w:t>
      </w:r>
    </w:p>
    <w:p w:rsidR="009E76A4" w:rsidRPr="009E76A4" w:rsidRDefault="009E76A4" w:rsidP="009E76A4">
      <w:pPr>
        <w:numPr>
          <w:ilvl w:val="0"/>
          <w:numId w:val="15"/>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Понимающий ценность жизни, здоровья и безопасности, значение личных усилий 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сохранении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здоровья,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соблюдающий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правила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безопасности,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безопасного</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поведения,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том числе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информационной среде.</w:t>
      </w:r>
      <w:proofErr w:type="gramEnd"/>
    </w:p>
    <w:p w:rsidR="009E76A4" w:rsidRPr="009E76A4" w:rsidRDefault="009E76A4" w:rsidP="009E76A4">
      <w:pPr>
        <w:numPr>
          <w:ilvl w:val="0"/>
          <w:numId w:val="15"/>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Выражающий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установку на здоровый образ жизни (здоровое питание, соблюдение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гигиенических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правил,</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сбалансированный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режим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занятий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отдыха,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регулярную</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физическую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активность).</w:t>
      </w:r>
    </w:p>
    <w:p w:rsidR="009E76A4" w:rsidRPr="009E76A4" w:rsidRDefault="009E76A4" w:rsidP="009E76A4">
      <w:pPr>
        <w:numPr>
          <w:ilvl w:val="0"/>
          <w:numId w:val="15"/>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Проявляющий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неприятие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вредных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привычек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(курения,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употребления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алкоголя,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наркотиков, игровой и иных форм зависимостей), понимание их последствий, вреда для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физического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 психического здоровья.</w:t>
      </w:r>
    </w:p>
    <w:p w:rsidR="009E76A4" w:rsidRPr="009E76A4" w:rsidRDefault="009E76A4" w:rsidP="009E76A4">
      <w:pPr>
        <w:numPr>
          <w:ilvl w:val="0"/>
          <w:numId w:val="15"/>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Умеющий</w:t>
      </w:r>
      <w:proofErr w:type="gramEnd"/>
      <w:r w:rsidRPr="009E76A4">
        <w:rPr>
          <w:rFonts w:ascii="Times New Roman" w:eastAsia="Calibri" w:hAnsi="Times New Roman" w:cs="Times New Roman"/>
          <w:sz w:val="24"/>
          <w:szCs w:val="24"/>
          <w:lang w:val="ru-RU"/>
        </w:rPr>
        <w:t xml:space="preserve"> осознавать физическое и эмоциональное состояние (своё и других людей),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стремящийся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управлять</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собственным</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эмоциональным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состоянием.</w:t>
      </w:r>
    </w:p>
    <w:p w:rsidR="009E76A4" w:rsidRPr="009E76A4" w:rsidRDefault="009E76A4" w:rsidP="009E76A4">
      <w:pPr>
        <w:numPr>
          <w:ilvl w:val="0"/>
          <w:numId w:val="15"/>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Способный</w:t>
      </w:r>
      <w:proofErr w:type="gramEnd"/>
      <w:r w:rsidRPr="009E76A4">
        <w:rPr>
          <w:rFonts w:ascii="Times New Roman" w:eastAsia="Calibri" w:hAnsi="Times New Roman" w:cs="Times New Roman"/>
          <w:sz w:val="24"/>
          <w:szCs w:val="24"/>
          <w:lang w:val="ru-RU"/>
        </w:rPr>
        <w:t xml:space="preserve"> адаптироваться к меняющимся социальным, информационным  </w:t>
      </w:r>
      <w:r w:rsidRPr="009E76A4">
        <w:rPr>
          <w:rFonts w:ascii="Times New Roman" w:eastAsia="Calibri" w:hAnsi="Times New Roman" w:cs="Times New Roman"/>
          <w:spacing w:val="48"/>
          <w:sz w:val="24"/>
          <w:szCs w:val="24"/>
          <w:lang w:val="ru-RU"/>
        </w:rPr>
        <w:t xml:space="preserve"> </w:t>
      </w:r>
      <w:r w:rsidRPr="009E76A4">
        <w:rPr>
          <w:rFonts w:ascii="Times New Roman" w:eastAsia="Calibri" w:hAnsi="Times New Roman" w:cs="Times New Roman"/>
          <w:sz w:val="24"/>
          <w:szCs w:val="24"/>
          <w:lang w:val="ru-RU"/>
        </w:rPr>
        <w:t>и природным</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условиям,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стрессовым</w:t>
      </w:r>
      <w:r w:rsidRPr="009E76A4">
        <w:rPr>
          <w:rFonts w:ascii="Times New Roman" w:eastAsia="Calibri" w:hAnsi="Times New Roman" w:cs="Times New Roman"/>
          <w:spacing w:val="-5"/>
          <w:sz w:val="24"/>
          <w:szCs w:val="24"/>
          <w:lang w:val="ru-RU"/>
        </w:rPr>
        <w:t xml:space="preserve"> </w:t>
      </w:r>
      <w:r w:rsidRPr="009E76A4">
        <w:rPr>
          <w:rFonts w:ascii="Times New Roman" w:eastAsia="Calibri" w:hAnsi="Times New Roman" w:cs="Times New Roman"/>
          <w:sz w:val="24"/>
          <w:szCs w:val="24"/>
          <w:lang w:val="ru-RU"/>
        </w:rPr>
        <w:t>ситуациям.</w:t>
      </w:r>
    </w:p>
    <w:p w:rsidR="009E76A4" w:rsidRPr="009E76A4" w:rsidRDefault="009E76A4" w:rsidP="009E76A4">
      <w:pPr>
        <w:spacing w:after="0" w:line="240" w:lineRule="auto"/>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Трудовое</w:t>
      </w:r>
      <w:r w:rsidRPr="009E76A4">
        <w:rPr>
          <w:rFonts w:ascii="Times New Roman" w:eastAsia="Calibri" w:hAnsi="Times New Roman" w:cs="Times New Roman"/>
          <w:b/>
          <w:spacing w:val="-3"/>
          <w:sz w:val="24"/>
          <w:szCs w:val="24"/>
          <w:lang w:val="ru-RU"/>
        </w:rPr>
        <w:t xml:space="preserve"> </w:t>
      </w:r>
      <w:r w:rsidRPr="009E76A4">
        <w:rPr>
          <w:rFonts w:ascii="Times New Roman" w:eastAsia="Calibri" w:hAnsi="Times New Roman" w:cs="Times New Roman"/>
          <w:b/>
          <w:sz w:val="24"/>
          <w:szCs w:val="24"/>
          <w:lang w:val="ru-RU"/>
        </w:rPr>
        <w:t>воспитание:</w:t>
      </w:r>
    </w:p>
    <w:p w:rsidR="009E76A4" w:rsidRPr="009E76A4" w:rsidRDefault="009E76A4" w:rsidP="009E76A4">
      <w:pPr>
        <w:numPr>
          <w:ilvl w:val="0"/>
          <w:numId w:val="16"/>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Уважающий</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труд,</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результаты</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своего</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труда,</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труда</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других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людей.</w:t>
      </w:r>
    </w:p>
    <w:p w:rsidR="009E76A4" w:rsidRPr="009E76A4" w:rsidRDefault="009E76A4" w:rsidP="009E76A4">
      <w:pPr>
        <w:numPr>
          <w:ilvl w:val="0"/>
          <w:numId w:val="16"/>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Проявляющий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интерес</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практическому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изучению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профессий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труда</w:t>
      </w:r>
      <w:r w:rsidRPr="009E76A4">
        <w:rPr>
          <w:rFonts w:ascii="Times New Roman" w:eastAsia="Calibri" w:hAnsi="Times New Roman" w:cs="Times New Roman"/>
          <w:spacing w:val="60"/>
          <w:sz w:val="24"/>
          <w:szCs w:val="24"/>
          <w:lang w:val="ru-RU"/>
        </w:rPr>
        <w:t xml:space="preserve"> </w:t>
      </w:r>
      <w:r w:rsidRPr="009E76A4">
        <w:rPr>
          <w:rFonts w:ascii="Times New Roman" w:eastAsia="Calibri" w:hAnsi="Times New Roman" w:cs="Times New Roman"/>
          <w:sz w:val="24"/>
          <w:szCs w:val="24"/>
          <w:lang w:val="ru-RU"/>
        </w:rPr>
        <w:t>различного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рода,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том числе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основе</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применения</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предметных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знаний.</w:t>
      </w:r>
    </w:p>
    <w:p w:rsidR="009E76A4" w:rsidRPr="009E76A4" w:rsidRDefault="009E76A4" w:rsidP="009E76A4">
      <w:pPr>
        <w:numPr>
          <w:ilvl w:val="0"/>
          <w:numId w:val="16"/>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Сознающий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важность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трудолюбия,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обучения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труду,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накопления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навыков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трудовой</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деятельности на протяжении жизни для успешной профессиональной самореализации 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российском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обществе.</w:t>
      </w:r>
    </w:p>
    <w:p w:rsidR="009E76A4" w:rsidRPr="009E76A4" w:rsidRDefault="009E76A4" w:rsidP="009E76A4">
      <w:pPr>
        <w:numPr>
          <w:ilvl w:val="0"/>
          <w:numId w:val="16"/>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lastRenderedPageBreak/>
        <w:t>Участвующий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решении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практических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трудовых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дел,</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задач</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семье,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общеобразовательной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организации,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своей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местности)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технологической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социальной</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направленности, способный инициировать, планировать и самостоятельно выполнять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такого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рода деятельность.</w:t>
      </w:r>
    </w:p>
    <w:p w:rsidR="009E76A4" w:rsidRPr="009E76A4" w:rsidRDefault="009E76A4" w:rsidP="009E76A4">
      <w:pPr>
        <w:numPr>
          <w:ilvl w:val="0"/>
          <w:numId w:val="16"/>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Выражающий</w:t>
      </w:r>
      <w:proofErr w:type="gramEnd"/>
      <w:r w:rsidRPr="009E76A4">
        <w:rPr>
          <w:rFonts w:ascii="Times New Roman" w:eastAsia="Calibri" w:hAnsi="Times New Roman" w:cs="Times New Roman"/>
          <w:spacing w:val="97"/>
          <w:sz w:val="24"/>
          <w:szCs w:val="24"/>
          <w:lang w:val="ru-RU"/>
        </w:rPr>
        <w:t xml:space="preserve"> </w:t>
      </w:r>
      <w:r w:rsidRPr="009E76A4">
        <w:rPr>
          <w:rFonts w:ascii="Times New Roman" w:eastAsia="Calibri" w:hAnsi="Times New Roman" w:cs="Times New Roman"/>
          <w:sz w:val="24"/>
          <w:szCs w:val="24"/>
          <w:lang w:val="ru-RU"/>
        </w:rPr>
        <w:t>готовность</w:t>
      </w:r>
      <w:r w:rsidRPr="009E76A4">
        <w:rPr>
          <w:rFonts w:ascii="Times New Roman" w:eastAsia="Calibri" w:hAnsi="Times New Roman" w:cs="Times New Roman"/>
          <w:spacing w:val="98"/>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97"/>
          <w:sz w:val="24"/>
          <w:szCs w:val="24"/>
          <w:lang w:val="ru-RU"/>
        </w:rPr>
        <w:t xml:space="preserve"> </w:t>
      </w:r>
      <w:r w:rsidRPr="009E76A4">
        <w:rPr>
          <w:rFonts w:ascii="Times New Roman" w:eastAsia="Calibri" w:hAnsi="Times New Roman" w:cs="Times New Roman"/>
          <w:sz w:val="24"/>
          <w:szCs w:val="24"/>
          <w:lang w:val="ru-RU"/>
        </w:rPr>
        <w:t>осознанному</w:t>
      </w:r>
      <w:r w:rsidRPr="009E76A4">
        <w:rPr>
          <w:rFonts w:ascii="Times New Roman" w:eastAsia="Calibri" w:hAnsi="Times New Roman" w:cs="Times New Roman"/>
          <w:spacing w:val="90"/>
          <w:sz w:val="24"/>
          <w:szCs w:val="24"/>
          <w:lang w:val="ru-RU"/>
        </w:rPr>
        <w:t xml:space="preserve"> </w:t>
      </w:r>
      <w:r w:rsidRPr="009E76A4">
        <w:rPr>
          <w:rFonts w:ascii="Times New Roman" w:eastAsia="Calibri" w:hAnsi="Times New Roman" w:cs="Times New Roman"/>
          <w:sz w:val="24"/>
          <w:szCs w:val="24"/>
          <w:lang w:val="ru-RU"/>
        </w:rPr>
        <w:t>выбору</w:t>
      </w:r>
      <w:r w:rsidRPr="009E76A4">
        <w:rPr>
          <w:rFonts w:ascii="Times New Roman" w:eastAsia="Calibri" w:hAnsi="Times New Roman" w:cs="Times New Roman"/>
          <w:spacing w:val="9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98"/>
          <w:sz w:val="24"/>
          <w:szCs w:val="24"/>
          <w:lang w:val="ru-RU"/>
        </w:rPr>
        <w:t xml:space="preserve"> </w:t>
      </w:r>
      <w:r w:rsidRPr="009E76A4">
        <w:rPr>
          <w:rFonts w:ascii="Times New Roman" w:eastAsia="Calibri" w:hAnsi="Times New Roman" w:cs="Times New Roman"/>
          <w:sz w:val="24"/>
          <w:szCs w:val="24"/>
          <w:lang w:val="ru-RU"/>
        </w:rPr>
        <w:t>построению</w:t>
      </w:r>
      <w:r w:rsidRPr="009E76A4">
        <w:rPr>
          <w:rFonts w:ascii="Times New Roman" w:eastAsia="Calibri" w:hAnsi="Times New Roman" w:cs="Times New Roman"/>
          <w:spacing w:val="95"/>
          <w:sz w:val="24"/>
          <w:szCs w:val="24"/>
          <w:lang w:val="ru-RU"/>
        </w:rPr>
        <w:t xml:space="preserve"> </w:t>
      </w:r>
      <w:r w:rsidRPr="009E76A4">
        <w:rPr>
          <w:rFonts w:ascii="Times New Roman" w:eastAsia="Calibri" w:hAnsi="Times New Roman" w:cs="Times New Roman"/>
          <w:sz w:val="24"/>
          <w:szCs w:val="24"/>
          <w:lang w:val="ru-RU"/>
        </w:rPr>
        <w:t>индивидуальной траектории</w:t>
      </w:r>
      <w:r w:rsidRPr="009E76A4">
        <w:rPr>
          <w:rFonts w:ascii="Times New Roman" w:eastAsia="Calibri" w:hAnsi="Times New Roman" w:cs="Times New Roman"/>
          <w:spacing w:val="99"/>
          <w:sz w:val="24"/>
          <w:szCs w:val="24"/>
          <w:lang w:val="ru-RU"/>
        </w:rPr>
        <w:t xml:space="preserve"> </w:t>
      </w:r>
      <w:r w:rsidRPr="009E76A4">
        <w:rPr>
          <w:rFonts w:ascii="Times New Roman" w:eastAsia="Calibri" w:hAnsi="Times New Roman" w:cs="Times New Roman"/>
          <w:sz w:val="24"/>
          <w:szCs w:val="24"/>
          <w:lang w:val="ru-RU"/>
        </w:rPr>
        <w:t>образования</w:t>
      </w:r>
      <w:r w:rsidRPr="009E76A4">
        <w:rPr>
          <w:rFonts w:ascii="Times New Roman" w:eastAsia="Calibri" w:hAnsi="Times New Roman" w:cs="Times New Roman"/>
          <w:spacing w:val="98"/>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00"/>
          <w:sz w:val="24"/>
          <w:szCs w:val="24"/>
          <w:lang w:val="ru-RU"/>
        </w:rPr>
        <w:t xml:space="preserve"> </w:t>
      </w:r>
      <w:r w:rsidRPr="009E76A4">
        <w:rPr>
          <w:rFonts w:ascii="Times New Roman" w:eastAsia="Calibri" w:hAnsi="Times New Roman" w:cs="Times New Roman"/>
          <w:sz w:val="24"/>
          <w:szCs w:val="24"/>
          <w:lang w:val="ru-RU"/>
        </w:rPr>
        <w:t>жизненных</w:t>
      </w:r>
      <w:r w:rsidRPr="009E76A4">
        <w:rPr>
          <w:rFonts w:ascii="Times New Roman" w:eastAsia="Calibri" w:hAnsi="Times New Roman" w:cs="Times New Roman"/>
          <w:spacing w:val="98"/>
          <w:sz w:val="24"/>
          <w:szCs w:val="24"/>
          <w:lang w:val="ru-RU"/>
        </w:rPr>
        <w:t xml:space="preserve"> </w:t>
      </w:r>
      <w:r w:rsidRPr="009E76A4">
        <w:rPr>
          <w:rFonts w:ascii="Times New Roman" w:eastAsia="Calibri" w:hAnsi="Times New Roman" w:cs="Times New Roman"/>
          <w:sz w:val="24"/>
          <w:szCs w:val="24"/>
          <w:lang w:val="ru-RU"/>
        </w:rPr>
        <w:t>планов</w:t>
      </w:r>
      <w:r w:rsidRPr="009E76A4">
        <w:rPr>
          <w:rFonts w:ascii="Times New Roman" w:eastAsia="Calibri" w:hAnsi="Times New Roman" w:cs="Times New Roman"/>
          <w:spacing w:val="98"/>
          <w:sz w:val="24"/>
          <w:szCs w:val="24"/>
          <w:lang w:val="ru-RU"/>
        </w:rPr>
        <w:t xml:space="preserve"> </w:t>
      </w:r>
      <w:r w:rsidRPr="009E76A4">
        <w:rPr>
          <w:rFonts w:ascii="Times New Roman" w:eastAsia="Calibri" w:hAnsi="Times New Roman" w:cs="Times New Roman"/>
          <w:sz w:val="24"/>
          <w:szCs w:val="24"/>
          <w:lang w:val="ru-RU"/>
        </w:rPr>
        <w:t>с</w:t>
      </w:r>
      <w:r w:rsidRPr="009E76A4">
        <w:rPr>
          <w:rFonts w:ascii="Times New Roman" w:eastAsia="Calibri" w:hAnsi="Times New Roman" w:cs="Times New Roman"/>
          <w:spacing w:val="100"/>
          <w:sz w:val="24"/>
          <w:szCs w:val="24"/>
          <w:lang w:val="ru-RU"/>
        </w:rPr>
        <w:t xml:space="preserve"> </w:t>
      </w:r>
      <w:r w:rsidRPr="009E76A4">
        <w:rPr>
          <w:rFonts w:ascii="Times New Roman" w:eastAsia="Calibri" w:hAnsi="Times New Roman" w:cs="Times New Roman"/>
          <w:sz w:val="24"/>
          <w:szCs w:val="24"/>
          <w:lang w:val="ru-RU"/>
        </w:rPr>
        <w:t>учётом</w:t>
      </w:r>
      <w:r w:rsidRPr="009E76A4">
        <w:rPr>
          <w:rFonts w:ascii="Times New Roman" w:eastAsia="Calibri" w:hAnsi="Times New Roman" w:cs="Times New Roman"/>
          <w:spacing w:val="99"/>
          <w:sz w:val="24"/>
          <w:szCs w:val="24"/>
          <w:lang w:val="ru-RU"/>
        </w:rPr>
        <w:t xml:space="preserve"> </w:t>
      </w:r>
      <w:r w:rsidRPr="009E76A4">
        <w:rPr>
          <w:rFonts w:ascii="Times New Roman" w:eastAsia="Calibri" w:hAnsi="Times New Roman" w:cs="Times New Roman"/>
          <w:sz w:val="24"/>
          <w:szCs w:val="24"/>
          <w:lang w:val="ru-RU"/>
        </w:rPr>
        <w:t>личных</w:t>
      </w:r>
      <w:r w:rsidRPr="009E76A4">
        <w:rPr>
          <w:rFonts w:ascii="Times New Roman" w:eastAsia="Calibri" w:hAnsi="Times New Roman" w:cs="Times New Roman"/>
          <w:spacing w:val="98"/>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00"/>
          <w:sz w:val="24"/>
          <w:szCs w:val="24"/>
          <w:lang w:val="ru-RU"/>
        </w:rPr>
        <w:t xml:space="preserve"> </w:t>
      </w:r>
      <w:r w:rsidRPr="009E76A4">
        <w:rPr>
          <w:rFonts w:ascii="Times New Roman" w:eastAsia="Calibri" w:hAnsi="Times New Roman" w:cs="Times New Roman"/>
          <w:sz w:val="24"/>
          <w:szCs w:val="24"/>
          <w:lang w:val="ru-RU"/>
        </w:rPr>
        <w:t>общественных интересов,</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потребностей.</w:t>
      </w:r>
    </w:p>
    <w:p w:rsidR="009E76A4" w:rsidRPr="009E76A4" w:rsidRDefault="009E76A4" w:rsidP="009E76A4">
      <w:pPr>
        <w:spacing w:after="0" w:line="240" w:lineRule="auto"/>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Экологическое</w:t>
      </w:r>
      <w:r w:rsidRPr="009E76A4">
        <w:rPr>
          <w:rFonts w:ascii="Times New Roman" w:eastAsia="Calibri" w:hAnsi="Times New Roman" w:cs="Times New Roman"/>
          <w:b/>
          <w:spacing w:val="-4"/>
          <w:sz w:val="24"/>
          <w:szCs w:val="24"/>
          <w:lang w:val="ru-RU"/>
        </w:rPr>
        <w:t xml:space="preserve"> </w:t>
      </w:r>
      <w:r w:rsidRPr="009E76A4">
        <w:rPr>
          <w:rFonts w:ascii="Times New Roman" w:eastAsia="Calibri" w:hAnsi="Times New Roman" w:cs="Times New Roman"/>
          <w:b/>
          <w:sz w:val="24"/>
          <w:szCs w:val="24"/>
          <w:lang w:val="ru-RU"/>
        </w:rPr>
        <w:t>воспитание:</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Понимающий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значение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глобальный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характер</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экологических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проблем,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путей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решения,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значение</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экологической культуры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человека, общества.</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Сознающий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свою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ответственность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как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гражданина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потребителя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условиях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взаимосвязи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природной, технологической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 социальной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сред.</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Выражающий</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активное</w:t>
      </w:r>
      <w:r w:rsidRPr="009E76A4">
        <w:rPr>
          <w:rFonts w:ascii="Times New Roman" w:eastAsia="Calibri" w:hAnsi="Times New Roman" w:cs="Times New Roman"/>
          <w:spacing w:val="-5"/>
          <w:sz w:val="24"/>
          <w:szCs w:val="24"/>
          <w:lang w:val="ru-RU"/>
        </w:rPr>
        <w:t xml:space="preserve"> </w:t>
      </w:r>
      <w:r w:rsidRPr="009E76A4">
        <w:rPr>
          <w:rFonts w:ascii="Times New Roman" w:eastAsia="Calibri" w:hAnsi="Times New Roman" w:cs="Times New Roman"/>
          <w:sz w:val="24"/>
          <w:szCs w:val="24"/>
          <w:lang w:val="ru-RU"/>
        </w:rPr>
        <w:t>неприятие</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действий,</w:t>
      </w:r>
      <w:r w:rsidRPr="009E76A4">
        <w:rPr>
          <w:rFonts w:ascii="Times New Roman" w:eastAsia="Calibri" w:hAnsi="Times New Roman" w:cs="Times New Roman"/>
          <w:spacing w:val="-6"/>
          <w:sz w:val="24"/>
          <w:szCs w:val="24"/>
          <w:lang w:val="ru-RU"/>
        </w:rPr>
        <w:t xml:space="preserve"> </w:t>
      </w:r>
      <w:r w:rsidRPr="009E76A4">
        <w:rPr>
          <w:rFonts w:ascii="Times New Roman" w:eastAsia="Calibri" w:hAnsi="Times New Roman" w:cs="Times New Roman"/>
          <w:sz w:val="24"/>
          <w:szCs w:val="24"/>
          <w:lang w:val="ru-RU"/>
        </w:rPr>
        <w:t>приносящих</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вред</w:t>
      </w:r>
      <w:r w:rsidRPr="009E76A4">
        <w:rPr>
          <w:rFonts w:ascii="Times New Roman" w:eastAsia="Calibri" w:hAnsi="Times New Roman" w:cs="Times New Roman"/>
          <w:spacing w:val="-4"/>
          <w:sz w:val="24"/>
          <w:szCs w:val="24"/>
          <w:lang w:val="ru-RU"/>
        </w:rPr>
        <w:t xml:space="preserve"> </w:t>
      </w:r>
      <w:r w:rsidRPr="009E76A4">
        <w:rPr>
          <w:rFonts w:ascii="Times New Roman" w:eastAsia="Calibri" w:hAnsi="Times New Roman" w:cs="Times New Roman"/>
          <w:sz w:val="24"/>
          <w:szCs w:val="24"/>
          <w:lang w:val="ru-RU"/>
        </w:rPr>
        <w:t>природе.</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Ориентированный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применение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знаний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естественных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социальных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наук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для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решения задач в области охраны природы, планирования своих поступков и оценки 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возможных</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последствий для окружающей среды.</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Участвующий</w:t>
      </w:r>
      <w:r w:rsidRPr="009E76A4">
        <w:rPr>
          <w:rFonts w:ascii="Times New Roman" w:eastAsia="Calibri" w:hAnsi="Times New Roman" w:cs="Times New Roman"/>
          <w:spacing w:val="119"/>
          <w:sz w:val="24"/>
          <w:szCs w:val="24"/>
          <w:lang w:val="ru-RU"/>
        </w:rPr>
        <w:t xml:space="preserve"> </w:t>
      </w:r>
      <w:r w:rsidRPr="009E76A4">
        <w:rPr>
          <w:rFonts w:ascii="Times New Roman" w:eastAsia="Calibri" w:hAnsi="Times New Roman" w:cs="Times New Roman"/>
          <w:sz w:val="24"/>
          <w:szCs w:val="24"/>
          <w:lang w:val="ru-RU"/>
        </w:rPr>
        <w:t xml:space="preserve">в  </w:t>
      </w:r>
      <w:r w:rsidRPr="009E76A4">
        <w:rPr>
          <w:rFonts w:ascii="Times New Roman" w:eastAsia="Calibri" w:hAnsi="Times New Roman" w:cs="Times New Roman"/>
          <w:spacing w:val="58"/>
          <w:sz w:val="24"/>
          <w:szCs w:val="24"/>
          <w:lang w:val="ru-RU"/>
        </w:rPr>
        <w:t xml:space="preserve"> </w:t>
      </w:r>
      <w:r w:rsidRPr="009E76A4">
        <w:rPr>
          <w:rFonts w:ascii="Times New Roman" w:eastAsia="Calibri" w:hAnsi="Times New Roman" w:cs="Times New Roman"/>
          <w:sz w:val="24"/>
          <w:szCs w:val="24"/>
          <w:lang w:val="ru-RU"/>
        </w:rPr>
        <w:t xml:space="preserve">практической  </w:t>
      </w:r>
      <w:r w:rsidRPr="009E76A4">
        <w:rPr>
          <w:rFonts w:ascii="Times New Roman" w:eastAsia="Calibri" w:hAnsi="Times New Roman" w:cs="Times New Roman"/>
          <w:spacing w:val="58"/>
          <w:sz w:val="24"/>
          <w:szCs w:val="24"/>
          <w:lang w:val="ru-RU"/>
        </w:rPr>
        <w:t xml:space="preserve"> </w:t>
      </w:r>
      <w:r w:rsidRPr="009E76A4">
        <w:rPr>
          <w:rFonts w:ascii="Times New Roman" w:eastAsia="Calibri" w:hAnsi="Times New Roman" w:cs="Times New Roman"/>
          <w:sz w:val="24"/>
          <w:szCs w:val="24"/>
          <w:lang w:val="ru-RU"/>
        </w:rPr>
        <w:t xml:space="preserve">деятельности  </w:t>
      </w:r>
      <w:r w:rsidRPr="009E76A4">
        <w:rPr>
          <w:rFonts w:ascii="Times New Roman" w:eastAsia="Calibri" w:hAnsi="Times New Roman" w:cs="Times New Roman"/>
          <w:spacing w:val="59"/>
          <w:sz w:val="24"/>
          <w:szCs w:val="24"/>
          <w:lang w:val="ru-RU"/>
        </w:rPr>
        <w:t xml:space="preserve"> </w:t>
      </w:r>
      <w:r w:rsidRPr="009E76A4">
        <w:rPr>
          <w:rFonts w:ascii="Times New Roman" w:eastAsia="Calibri" w:hAnsi="Times New Roman" w:cs="Times New Roman"/>
          <w:sz w:val="24"/>
          <w:szCs w:val="24"/>
          <w:lang w:val="ru-RU"/>
        </w:rPr>
        <w:t>экологической, природоохранной направленности.</w:t>
      </w:r>
    </w:p>
    <w:p w:rsidR="009E76A4" w:rsidRPr="009E76A4" w:rsidRDefault="009E76A4" w:rsidP="009E76A4">
      <w:pPr>
        <w:spacing w:after="0" w:line="240" w:lineRule="auto"/>
        <w:ind w:left="360"/>
        <w:jc w:val="both"/>
        <w:rPr>
          <w:rFonts w:ascii="Times New Roman" w:eastAsia="Calibri" w:hAnsi="Times New Roman" w:cs="Times New Roman"/>
          <w:b/>
          <w:sz w:val="24"/>
          <w:szCs w:val="24"/>
          <w:lang w:val="ru-RU"/>
        </w:rPr>
      </w:pPr>
      <w:r w:rsidRPr="009E76A4">
        <w:rPr>
          <w:rFonts w:ascii="Times New Roman" w:eastAsia="Calibri" w:hAnsi="Times New Roman" w:cs="Times New Roman"/>
          <w:b/>
          <w:sz w:val="24"/>
          <w:szCs w:val="24"/>
          <w:lang w:val="ru-RU"/>
        </w:rPr>
        <w:t>Ценности</w:t>
      </w:r>
      <w:r w:rsidRPr="009E76A4">
        <w:rPr>
          <w:rFonts w:ascii="Times New Roman" w:eastAsia="Calibri" w:hAnsi="Times New Roman" w:cs="Times New Roman"/>
          <w:b/>
          <w:spacing w:val="-3"/>
          <w:sz w:val="24"/>
          <w:szCs w:val="24"/>
          <w:lang w:val="ru-RU"/>
        </w:rPr>
        <w:t xml:space="preserve"> </w:t>
      </w:r>
      <w:r w:rsidRPr="009E76A4">
        <w:rPr>
          <w:rFonts w:ascii="Times New Roman" w:eastAsia="Calibri" w:hAnsi="Times New Roman" w:cs="Times New Roman"/>
          <w:b/>
          <w:sz w:val="24"/>
          <w:szCs w:val="24"/>
          <w:lang w:val="ru-RU"/>
        </w:rPr>
        <w:t>научного</w:t>
      </w:r>
      <w:r w:rsidRPr="009E76A4">
        <w:rPr>
          <w:rFonts w:ascii="Times New Roman" w:eastAsia="Calibri" w:hAnsi="Times New Roman" w:cs="Times New Roman"/>
          <w:b/>
          <w:spacing w:val="-1"/>
          <w:sz w:val="24"/>
          <w:szCs w:val="24"/>
          <w:lang w:val="ru-RU"/>
        </w:rPr>
        <w:t xml:space="preserve"> </w:t>
      </w:r>
      <w:r w:rsidRPr="009E76A4">
        <w:rPr>
          <w:rFonts w:ascii="Times New Roman" w:eastAsia="Calibri" w:hAnsi="Times New Roman" w:cs="Times New Roman"/>
          <w:b/>
          <w:sz w:val="24"/>
          <w:szCs w:val="24"/>
          <w:lang w:val="ru-RU"/>
        </w:rPr>
        <w:t>познания:</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Выражающий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познавательные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интересы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разных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предметных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областях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учётом</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индивидуальных интересов, способностей,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достижений.</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Ориентированный</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деятельности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систему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научных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представлений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закономерностях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развития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человека,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природы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общества,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взаимосвязях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человека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природной</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и социальной средой.</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Развивающий</w:t>
      </w:r>
      <w:proofErr w:type="gramEnd"/>
      <w:r w:rsidRPr="009E76A4">
        <w:rPr>
          <w:rFonts w:ascii="Times New Roman" w:eastAsia="Calibri" w:hAnsi="Times New Roman" w:cs="Times New Roman"/>
          <w:sz w:val="24"/>
          <w:szCs w:val="24"/>
          <w:lang w:val="ru-RU"/>
        </w:rPr>
        <w:t xml:space="preserve"> навыки использования различных средств познания, накопления знаний</w:t>
      </w:r>
      <w:r w:rsidRPr="009E76A4">
        <w:rPr>
          <w:rFonts w:ascii="Times New Roman" w:eastAsia="Calibri" w:hAnsi="Times New Roman" w:cs="Times New Roman"/>
          <w:spacing w:val="-57"/>
          <w:sz w:val="24"/>
          <w:szCs w:val="24"/>
          <w:lang w:val="ru-RU"/>
        </w:rPr>
        <w:t xml:space="preserve"> </w:t>
      </w:r>
      <w:r w:rsidRPr="009E76A4">
        <w:rPr>
          <w:rFonts w:ascii="Times New Roman" w:eastAsia="Calibri" w:hAnsi="Times New Roman" w:cs="Times New Roman"/>
          <w:sz w:val="24"/>
          <w:szCs w:val="24"/>
          <w:lang w:val="ru-RU"/>
        </w:rPr>
        <w:t>о мире (языковая, читательская культура, деятельность в информационной, цифровой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среде).</w:t>
      </w:r>
    </w:p>
    <w:p w:rsidR="009E76A4" w:rsidRPr="009E76A4" w:rsidRDefault="009E76A4" w:rsidP="009E76A4">
      <w:pPr>
        <w:numPr>
          <w:ilvl w:val="0"/>
          <w:numId w:val="17"/>
        </w:numPr>
        <w:spacing w:after="0" w:line="240" w:lineRule="auto"/>
        <w:jc w:val="both"/>
        <w:rPr>
          <w:rFonts w:ascii="Times New Roman" w:eastAsia="Calibri" w:hAnsi="Times New Roman" w:cs="Times New Roman"/>
          <w:sz w:val="24"/>
          <w:szCs w:val="24"/>
          <w:lang w:val="ru-RU"/>
        </w:rPr>
      </w:pPr>
      <w:proofErr w:type="gramStart"/>
      <w:r w:rsidRPr="009E76A4">
        <w:rPr>
          <w:rFonts w:ascii="Times New Roman" w:eastAsia="Calibri" w:hAnsi="Times New Roman" w:cs="Times New Roman"/>
          <w:sz w:val="24"/>
          <w:szCs w:val="24"/>
          <w:lang w:val="ru-RU"/>
        </w:rPr>
        <w:t>Демонстрирующий</w:t>
      </w:r>
      <w:proofErr w:type="gramEnd"/>
      <w:r w:rsidRPr="009E76A4">
        <w:rPr>
          <w:rFonts w:ascii="Times New Roman" w:eastAsia="Calibri" w:hAnsi="Times New Roman" w:cs="Times New Roman"/>
          <w:spacing w:val="13"/>
          <w:sz w:val="24"/>
          <w:szCs w:val="24"/>
          <w:lang w:val="ru-RU"/>
        </w:rPr>
        <w:t xml:space="preserve"> </w:t>
      </w:r>
      <w:r w:rsidRPr="009E76A4">
        <w:rPr>
          <w:rFonts w:ascii="Times New Roman" w:eastAsia="Calibri" w:hAnsi="Times New Roman" w:cs="Times New Roman"/>
          <w:sz w:val="24"/>
          <w:szCs w:val="24"/>
          <w:lang w:val="ru-RU"/>
        </w:rPr>
        <w:t>навыки</w:t>
      </w:r>
      <w:r w:rsidRPr="009E76A4">
        <w:rPr>
          <w:rFonts w:ascii="Times New Roman" w:eastAsia="Calibri" w:hAnsi="Times New Roman" w:cs="Times New Roman"/>
          <w:spacing w:val="71"/>
          <w:sz w:val="24"/>
          <w:szCs w:val="24"/>
          <w:lang w:val="ru-RU"/>
        </w:rPr>
        <w:t xml:space="preserve"> </w:t>
      </w:r>
      <w:r w:rsidRPr="009E76A4">
        <w:rPr>
          <w:rFonts w:ascii="Times New Roman" w:eastAsia="Calibri" w:hAnsi="Times New Roman" w:cs="Times New Roman"/>
          <w:sz w:val="24"/>
          <w:szCs w:val="24"/>
          <w:lang w:val="ru-RU"/>
        </w:rPr>
        <w:t>наблюдений,</w:t>
      </w:r>
      <w:r w:rsidRPr="009E76A4">
        <w:rPr>
          <w:rFonts w:ascii="Times New Roman" w:eastAsia="Calibri" w:hAnsi="Times New Roman" w:cs="Times New Roman"/>
          <w:spacing w:val="68"/>
          <w:sz w:val="24"/>
          <w:szCs w:val="24"/>
          <w:lang w:val="ru-RU"/>
        </w:rPr>
        <w:t xml:space="preserve"> </w:t>
      </w:r>
      <w:r w:rsidRPr="009E76A4">
        <w:rPr>
          <w:rFonts w:ascii="Times New Roman" w:eastAsia="Calibri" w:hAnsi="Times New Roman" w:cs="Times New Roman"/>
          <w:sz w:val="24"/>
          <w:szCs w:val="24"/>
          <w:lang w:val="ru-RU"/>
        </w:rPr>
        <w:t>накопления</w:t>
      </w:r>
      <w:r w:rsidRPr="009E76A4">
        <w:rPr>
          <w:rFonts w:ascii="Times New Roman" w:eastAsia="Calibri" w:hAnsi="Times New Roman" w:cs="Times New Roman"/>
          <w:spacing w:val="71"/>
          <w:sz w:val="24"/>
          <w:szCs w:val="24"/>
          <w:lang w:val="ru-RU"/>
        </w:rPr>
        <w:t xml:space="preserve"> </w:t>
      </w:r>
      <w:r w:rsidRPr="009E76A4">
        <w:rPr>
          <w:rFonts w:ascii="Times New Roman" w:eastAsia="Calibri" w:hAnsi="Times New Roman" w:cs="Times New Roman"/>
          <w:sz w:val="24"/>
          <w:szCs w:val="24"/>
          <w:lang w:val="ru-RU"/>
        </w:rPr>
        <w:t>фактов,</w:t>
      </w:r>
      <w:r w:rsidRPr="009E76A4">
        <w:rPr>
          <w:rFonts w:ascii="Times New Roman" w:eastAsia="Calibri" w:hAnsi="Times New Roman" w:cs="Times New Roman"/>
          <w:spacing w:val="70"/>
          <w:sz w:val="24"/>
          <w:szCs w:val="24"/>
          <w:lang w:val="ru-RU"/>
        </w:rPr>
        <w:t xml:space="preserve"> </w:t>
      </w:r>
      <w:r w:rsidRPr="009E76A4">
        <w:rPr>
          <w:rFonts w:ascii="Times New Roman" w:eastAsia="Calibri" w:hAnsi="Times New Roman" w:cs="Times New Roman"/>
          <w:sz w:val="24"/>
          <w:szCs w:val="24"/>
          <w:lang w:val="ru-RU"/>
        </w:rPr>
        <w:t>осмысления</w:t>
      </w:r>
      <w:r w:rsidRPr="009E76A4">
        <w:rPr>
          <w:rFonts w:ascii="Times New Roman" w:eastAsia="Calibri" w:hAnsi="Times New Roman" w:cs="Times New Roman"/>
          <w:spacing w:val="71"/>
          <w:sz w:val="24"/>
          <w:szCs w:val="24"/>
          <w:lang w:val="ru-RU"/>
        </w:rPr>
        <w:t xml:space="preserve"> </w:t>
      </w:r>
      <w:r w:rsidRPr="009E76A4">
        <w:rPr>
          <w:rFonts w:ascii="Times New Roman" w:eastAsia="Calibri" w:hAnsi="Times New Roman" w:cs="Times New Roman"/>
          <w:sz w:val="24"/>
          <w:szCs w:val="24"/>
          <w:lang w:val="ru-RU"/>
        </w:rPr>
        <w:t>опыта</w:t>
      </w:r>
      <w:r w:rsidRPr="009E76A4">
        <w:rPr>
          <w:rFonts w:ascii="Times New Roman" w:eastAsia="Calibri" w:hAnsi="Times New Roman" w:cs="Times New Roman"/>
          <w:spacing w:val="70"/>
          <w:sz w:val="24"/>
          <w:szCs w:val="24"/>
          <w:lang w:val="ru-RU"/>
        </w:rPr>
        <w:t xml:space="preserve"> </w:t>
      </w:r>
      <w:r w:rsidRPr="009E76A4">
        <w:rPr>
          <w:rFonts w:ascii="Times New Roman" w:eastAsia="Calibri" w:hAnsi="Times New Roman" w:cs="Times New Roman"/>
          <w:sz w:val="24"/>
          <w:szCs w:val="24"/>
          <w:lang w:val="ru-RU"/>
        </w:rPr>
        <w:t>в естественнонаучной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гуманитарной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областях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познания,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исследовательской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деятельности.</w:t>
      </w:r>
    </w:p>
    <w:p w:rsidR="009E76A4" w:rsidRPr="009E76A4" w:rsidRDefault="009E76A4" w:rsidP="009E76A4">
      <w:pPr>
        <w:spacing w:after="0" w:line="240" w:lineRule="auto"/>
        <w:jc w:val="both"/>
        <w:rPr>
          <w:rFonts w:ascii="Times New Roman" w:eastAsia="Calibri" w:hAnsi="Times New Roman" w:cs="Times New Roman"/>
          <w:sz w:val="24"/>
          <w:szCs w:val="24"/>
          <w:lang w:val="ru-RU"/>
        </w:rPr>
      </w:pPr>
    </w:p>
    <w:p w:rsidR="009E76A4" w:rsidRPr="009E76A4" w:rsidRDefault="009E76A4" w:rsidP="009E76A4">
      <w:pPr>
        <w:spacing w:after="0" w:line="240" w:lineRule="auto"/>
        <w:jc w:val="both"/>
        <w:rPr>
          <w:rFonts w:ascii="Times New Roman" w:eastAsia="Calibri" w:hAnsi="Times New Roman" w:cs="Times New Roman"/>
          <w:b/>
          <w:bCs/>
          <w:sz w:val="24"/>
          <w:szCs w:val="24"/>
          <w:lang w:val="ru-RU"/>
        </w:rPr>
      </w:pPr>
      <w:r w:rsidRPr="009E76A4">
        <w:rPr>
          <w:rFonts w:ascii="Times New Roman" w:eastAsia="Calibri" w:hAnsi="Times New Roman" w:cs="Times New Roman"/>
          <w:b/>
          <w:bCs/>
          <w:sz w:val="24"/>
          <w:szCs w:val="24"/>
          <w:lang w:val="ru-RU"/>
        </w:rPr>
        <w:t>Урочная</w:t>
      </w:r>
      <w:r w:rsidRPr="009E76A4">
        <w:rPr>
          <w:rFonts w:ascii="Times New Roman" w:eastAsia="Calibri" w:hAnsi="Times New Roman" w:cs="Times New Roman"/>
          <w:b/>
          <w:bCs/>
          <w:spacing w:val="-5"/>
          <w:sz w:val="24"/>
          <w:szCs w:val="24"/>
          <w:lang w:val="ru-RU"/>
        </w:rPr>
        <w:t xml:space="preserve"> </w:t>
      </w:r>
      <w:r w:rsidRPr="009E76A4">
        <w:rPr>
          <w:rFonts w:ascii="Times New Roman" w:eastAsia="Calibri" w:hAnsi="Times New Roman" w:cs="Times New Roman"/>
          <w:b/>
          <w:bCs/>
          <w:sz w:val="24"/>
          <w:szCs w:val="24"/>
          <w:lang w:val="ru-RU"/>
        </w:rPr>
        <w:t>деятельность</w:t>
      </w:r>
    </w:p>
    <w:p w:rsidR="009E76A4" w:rsidRPr="009E76A4" w:rsidRDefault="009E76A4" w:rsidP="009E76A4">
      <w:pPr>
        <w:spacing w:after="0" w:line="240" w:lineRule="auto"/>
        <w:jc w:val="both"/>
        <w:rPr>
          <w:rFonts w:ascii="Times New Roman" w:eastAsia="№Е" w:hAnsi="Times New Roman" w:cs="Times New Roman"/>
          <w:b/>
          <w:i/>
          <w:sz w:val="24"/>
          <w:szCs w:val="24"/>
          <w:lang w:val="ru-RU"/>
        </w:rPr>
      </w:pPr>
      <w:r w:rsidRPr="009E76A4">
        <w:rPr>
          <w:rFonts w:ascii="Times New Roman" w:eastAsia="№Е" w:hAnsi="Times New Roman" w:cs="Times New Roman"/>
          <w:b/>
          <w:i/>
          <w:sz w:val="24"/>
          <w:szCs w:val="24"/>
          <w:lang w:val="ru-RU"/>
        </w:rPr>
        <w:t xml:space="preserve">Воспитательный потенциал урока предполагает ориентацию на </w:t>
      </w:r>
      <w:r w:rsidRPr="009E76A4">
        <w:rPr>
          <w:rFonts w:ascii="Times New Roman" w:eastAsia="Calibri" w:hAnsi="Times New Roman" w:cs="Times New Roman"/>
          <w:b/>
          <w:i/>
          <w:sz w:val="24"/>
          <w:szCs w:val="24"/>
          <w:lang w:val="ru-RU"/>
        </w:rPr>
        <w:t xml:space="preserve">целевые приоритеты, связанные с возрастными особенностями учащихся </w:t>
      </w:r>
      <w:r w:rsidRPr="009E76A4">
        <w:rPr>
          <w:rFonts w:ascii="Times New Roman" w:eastAsia="№Е" w:hAnsi="Times New Roman" w:cs="Times New Roman"/>
          <w:b/>
          <w:i/>
          <w:sz w:val="24"/>
          <w:szCs w:val="24"/>
          <w:lang w:val="ru-RU"/>
        </w:rPr>
        <w:t>и обеспечивает:</w:t>
      </w:r>
    </w:p>
    <w:p w:rsidR="009E76A4" w:rsidRPr="009E76A4" w:rsidRDefault="009E76A4" w:rsidP="009E76A4">
      <w:pPr>
        <w:numPr>
          <w:ilvl w:val="0"/>
          <w:numId w:val="18"/>
        </w:numPr>
        <w:spacing w:after="0" w:line="240" w:lineRule="auto"/>
        <w:jc w:val="both"/>
        <w:rPr>
          <w:rFonts w:ascii="Times New Roman" w:eastAsia="№Е" w:hAnsi="Times New Roman" w:cs="Times New Roman"/>
          <w:sz w:val="24"/>
          <w:szCs w:val="24"/>
          <w:u w:val="single"/>
          <w:lang w:val="ru-RU"/>
        </w:rPr>
      </w:pPr>
      <w:r w:rsidRPr="009E76A4">
        <w:rPr>
          <w:rFonts w:ascii="Times New Roman" w:eastAsia="№Е" w:hAnsi="Times New Roman" w:cs="Times New Roman"/>
          <w:i/>
          <w:sz w:val="24"/>
          <w:szCs w:val="24"/>
          <w:u w:val="single"/>
          <w:lang w:val="ru-RU"/>
        </w:rPr>
        <w:t xml:space="preserve">установление </w:t>
      </w:r>
      <w:proofErr w:type="gramStart"/>
      <w:r w:rsidRPr="009E76A4">
        <w:rPr>
          <w:rFonts w:ascii="Times New Roman" w:eastAsia="№Е" w:hAnsi="Times New Roman" w:cs="Times New Roman"/>
          <w:i/>
          <w:sz w:val="24"/>
          <w:szCs w:val="24"/>
          <w:u w:val="single"/>
          <w:lang w:val="ru-RU"/>
        </w:rPr>
        <w:t>субъект-субъектных</w:t>
      </w:r>
      <w:proofErr w:type="gramEnd"/>
      <w:r w:rsidRPr="009E76A4">
        <w:rPr>
          <w:rFonts w:ascii="Times New Roman" w:eastAsia="№Е" w:hAnsi="Times New Roman" w:cs="Times New Roman"/>
          <w:i/>
          <w:sz w:val="24"/>
          <w:szCs w:val="24"/>
          <w:u w:val="single"/>
          <w:lang w:val="ru-RU"/>
        </w:rPr>
        <w:t xml:space="preserve"> отношений в процессе учебной деятельности через </w:t>
      </w:r>
      <w:r w:rsidRPr="009E76A4">
        <w:rPr>
          <w:rFonts w:ascii="Times New Roman" w:eastAsia="Calibri" w:hAnsi="Times New Roman" w:cs="Times New Roman"/>
          <w:sz w:val="24"/>
          <w:szCs w:val="24"/>
          <w:lang w:val="ru-RU"/>
        </w:rPr>
        <w:t xml:space="preserve">делегирование учащимся ряда учительских, в том числе и дидактических полномочий; проявление доверия к детям со стороны педагогов, уважения к их достоинству и чести; акцентирование внимания на индивидуальных особенностях, интересах, увлечениях, привычках </w:t>
      </w:r>
      <w:r w:rsidRPr="009E76A4">
        <w:rPr>
          <w:rFonts w:ascii="Times New Roman" w:eastAsia="Calibri" w:hAnsi="Times New Roman" w:cs="Times New Roman"/>
          <w:spacing w:val="-4"/>
          <w:sz w:val="24"/>
          <w:szCs w:val="24"/>
          <w:lang w:val="ru-RU"/>
        </w:rPr>
        <w:t xml:space="preserve">того </w:t>
      </w:r>
      <w:r w:rsidRPr="009E76A4">
        <w:rPr>
          <w:rFonts w:ascii="Times New Roman" w:eastAsia="Calibri" w:hAnsi="Times New Roman" w:cs="Times New Roman"/>
          <w:sz w:val="24"/>
          <w:szCs w:val="24"/>
          <w:lang w:val="ru-RU"/>
        </w:rPr>
        <w:t>или иного ученика;</w:t>
      </w:r>
    </w:p>
    <w:p w:rsidR="009E76A4" w:rsidRPr="009E76A4" w:rsidRDefault="009E76A4" w:rsidP="009E76A4">
      <w:pPr>
        <w:numPr>
          <w:ilvl w:val="0"/>
          <w:numId w:val="18"/>
        </w:numPr>
        <w:spacing w:after="0" w:line="240" w:lineRule="auto"/>
        <w:jc w:val="both"/>
        <w:rPr>
          <w:rFonts w:ascii="Times New Roman" w:eastAsia="№Е" w:hAnsi="Times New Roman" w:cs="Times New Roman"/>
          <w:sz w:val="24"/>
          <w:szCs w:val="24"/>
          <w:u w:val="single"/>
          <w:lang w:val="ru-RU"/>
        </w:rPr>
      </w:pPr>
      <w:r w:rsidRPr="009E76A4">
        <w:rPr>
          <w:rFonts w:ascii="Times New Roman" w:eastAsia="№Е" w:hAnsi="Times New Roman" w:cs="Times New Roman"/>
          <w:i/>
          <w:sz w:val="24"/>
          <w:szCs w:val="24"/>
          <w:u w:val="single"/>
          <w:lang w:val="ru-RU"/>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9E76A4" w:rsidRPr="009E76A4" w:rsidRDefault="009E76A4" w:rsidP="009E76A4">
      <w:pPr>
        <w:numPr>
          <w:ilvl w:val="0"/>
          <w:numId w:val="18"/>
        </w:numPr>
        <w:spacing w:after="0" w:line="240" w:lineRule="auto"/>
        <w:jc w:val="both"/>
        <w:rPr>
          <w:rFonts w:ascii="Times New Roman" w:eastAsia="№Е" w:hAnsi="Times New Roman" w:cs="Times New Roman"/>
          <w:sz w:val="24"/>
          <w:szCs w:val="24"/>
          <w:u w:val="single"/>
          <w:lang w:val="ru-RU"/>
        </w:rPr>
      </w:pPr>
      <w:r w:rsidRPr="009E76A4">
        <w:rPr>
          <w:rFonts w:ascii="Times New Roman" w:eastAsia="№Е" w:hAnsi="Times New Roman" w:cs="Times New Roman"/>
          <w:i/>
          <w:sz w:val="24"/>
          <w:szCs w:val="24"/>
          <w:u w:val="single"/>
          <w:lang w:val="ru-RU"/>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9E76A4">
        <w:rPr>
          <w:rFonts w:ascii="Times New Roman" w:eastAsia="Calibri" w:hAnsi="Times New Roman" w:cs="Times New Roman"/>
          <w:sz w:val="24"/>
          <w:szCs w:val="24"/>
          <w:lang w:val="ru-RU"/>
        </w:rPr>
        <w:t>мотивирующего потенциала юмора, обращение к личному опыту учащихся, проявление внимания к ученикам, требующим такого внимания;</w:t>
      </w:r>
    </w:p>
    <w:p w:rsidR="009E76A4" w:rsidRPr="009E76A4" w:rsidRDefault="009E76A4" w:rsidP="009E76A4">
      <w:pPr>
        <w:numPr>
          <w:ilvl w:val="0"/>
          <w:numId w:val="18"/>
        </w:numPr>
        <w:spacing w:after="0" w:line="240" w:lineRule="auto"/>
        <w:jc w:val="both"/>
        <w:rPr>
          <w:rFonts w:ascii="Times New Roman" w:eastAsia="№Е" w:hAnsi="Times New Roman" w:cs="Times New Roman"/>
          <w:sz w:val="24"/>
          <w:szCs w:val="24"/>
          <w:u w:val="single"/>
          <w:lang w:val="ru-RU"/>
        </w:rPr>
      </w:pPr>
      <w:r w:rsidRPr="009E76A4">
        <w:rPr>
          <w:rFonts w:ascii="Times New Roman" w:eastAsia="Calibri" w:hAnsi="Times New Roman" w:cs="Times New Roman"/>
          <w:sz w:val="24"/>
          <w:szCs w:val="24"/>
          <w:lang w:val="ru-RU"/>
        </w:rPr>
        <w:t>побуждение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обучающихся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соблюдать</w:t>
      </w:r>
      <w:r w:rsidRPr="009E76A4">
        <w:rPr>
          <w:rFonts w:ascii="Times New Roman" w:eastAsia="Calibri" w:hAnsi="Times New Roman" w:cs="Times New Roman"/>
          <w:spacing w:val="1"/>
          <w:sz w:val="24"/>
          <w:szCs w:val="24"/>
          <w:lang w:val="ru-RU"/>
        </w:rPr>
        <w:t xml:space="preserve"> </w:t>
      </w:r>
      <w:r w:rsidRPr="009E76A4">
        <w:rPr>
          <w:rFonts w:ascii="Times New Roman" w:eastAsia="№Е" w:hAnsi="Times New Roman" w:cs="Times New Roman"/>
          <w:i/>
          <w:sz w:val="24"/>
          <w:szCs w:val="24"/>
          <w:u w:val="single"/>
          <w:lang w:val="ru-RU"/>
        </w:rPr>
        <w:t xml:space="preserve">правила внутреннего распорядка, </w:t>
      </w:r>
      <w:r w:rsidRPr="009E76A4">
        <w:rPr>
          <w:rFonts w:ascii="Times New Roman" w:eastAsia="Calibri" w:hAnsi="Times New Roman" w:cs="Times New Roman"/>
          <w:sz w:val="24"/>
          <w:szCs w:val="24"/>
          <w:lang w:val="ru-RU"/>
        </w:rPr>
        <w:t>нормы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поведения,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правила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общения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сверстниками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педагогами,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соответствующие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укладу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Школы,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установление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поддержку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доброжелательной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 xml:space="preserve">атмосферы </w:t>
      </w:r>
      <w:r w:rsidRPr="009E76A4">
        <w:rPr>
          <w:rFonts w:ascii="Times New Roman" w:eastAsia="№Е" w:hAnsi="Times New Roman" w:cs="Times New Roman"/>
          <w:i/>
          <w:sz w:val="24"/>
          <w:szCs w:val="24"/>
          <w:u w:val="single"/>
          <w:lang w:val="ru-RU"/>
        </w:rPr>
        <w:t>через закрепление за каждым учащимся своего места, использование привлекательных для детей традиций, демонстрацию собственного примера;</w:t>
      </w:r>
    </w:p>
    <w:p w:rsidR="009E76A4" w:rsidRPr="009E76A4" w:rsidRDefault="009E76A4" w:rsidP="009E76A4">
      <w:pPr>
        <w:numPr>
          <w:ilvl w:val="0"/>
          <w:numId w:val="18"/>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организацию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шефства</w:t>
      </w:r>
      <w:r w:rsidRPr="009E76A4">
        <w:rPr>
          <w:rFonts w:ascii="Times New Roman" w:eastAsia="Calibri" w:hAnsi="Times New Roman" w:cs="Times New Roman"/>
          <w:spacing w:val="1"/>
          <w:sz w:val="24"/>
          <w:szCs w:val="24"/>
          <w:lang w:val="ru-RU"/>
        </w:rPr>
        <w:t xml:space="preserve"> </w:t>
      </w:r>
      <w:proofErr w:type="gramStart"/>
      <w:r w:rsidRPr="009E76A4">
        <w:rPr>
          <w:rFonts w:ascii="Times New Roman" w:eastAsia="Calibri" w:hAnsi="Times New Roman" w:cs="Times New Roman"/>
          <w:sz w:val="24"/>
          <w:szCs w:val="24"/>
          <w:lang w:val="ru-RU"/>
        </w:rPr>
        <w:t>мотивированных</w:t>
      </w:r>
      <w:proofErr w:type="gramEnd"/>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эрудированных</w:t>
      </w:r>
      <w:r w:rsidRPr="009E76A4">
        <w:rPr>
          <w:rFonts w:ascii="Times New Roman" w:eastAsia="Calibri" w:hAnsi="Times New Roman" w:cs="Times New Roman"/>
          <w:spacing w:val="-67"/>
          <w:sz w:val="24"/>
          <w:szCs w:val="24"/>
          <w:lang w:val="ru-RU"/>
        </w:rPr>
        <w:t xml:space="preserve"> </w:t>
      </w:r>
      <w:r w:rsidRPr="009E76A4">
        <w:rPr>
          <w:rFonts w:ascii="Times New Roman" w:eastAsia="Calibri" w:hAnsi="Times New Roman" w:cs="Times New Roman"/>
          <w:sz w:val="24"/>
          <w:szCs w:val="24"/>
          <w:lang w:val="ru-RU"/>
        </w:rPr>
        <w:t>обучающихся над неуспевающими одноклассниками, в том числе с особыми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образовательными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потребностями,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дающего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обучающимся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социально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значимый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опыт</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сотрудничества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взаимной помощи;</w:t>
      </w:r>
    </w:p>
    <w:p w:rsidR="009E76A4" w:rsidRPr="009E76A4" w:rsidRDefault="009E76A4" w:rsidP="009E76A4">
      <w:pPr>
        <w:numPr>
          <w:ilvl w:val="0"/>
          <w:numId w:val="18"/>
        </w:numPr>
        <w:spacing w:after="0" w:line="240" w:lineRule="auto"/>
        <w:jc w:val="both"/>
        <w:rPr>
          <w:rFonts w:ascii="Times New Roman" w:eastAsia="№Е" w:hAnsi="Times New Roman" w:cs="Times New Roman"/>
          <w:sz w:val="24"/>
          <w:szCs w:val="24"/>
          <w:u w:val="single"/>
          <w:lang w:val="ru-RU"/>
        </w:rPr>
      </w:pPr>
      <w:r w:rsidRPr="009E76A4">
        <w:rPr>
          <w:rFonts w:ascii="Times New Roman" w:eastAsia="Calibri" w:hAnsi="Times New Roman" w:cs="Times New Roman"/>
          <w:sz w:val="24"/>
          <w:szCs w:val="24"/>
          <w:lang w:val="ru-RU"/>
        </w:rPr>
        <w:lastRenderedPageBreak/>
        <w:t>инициирование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поддержку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исследовательской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деятельности</w:t>
      </w:r>
      <w:r w:rsidRPr="009E76A4">
        <w:rPr>
          <w:rFonts w:ascii="Times New Roman" w:eastAsia="Calibri" w:hAnsi="Times New Roman" w:cs="Times New Roman"/>
          <w:spacing w:val="-67"/>
          <w:sz w:val="24"/>
          <w:szCs w:val="24"/>
          <w:lang w:val="ru-RU"/>
        </w:rPr>
        <w:t xml:space="preserve"> </w:t>
      </w:r>
      <w:r w:rsidRPr="009E76A4">
        <w:rPr>
          <w:rFonts w:ascii="Times New Roman" w:eastAsia="Calibri" w:hAnsi="Times New Roman" w:cs="Times New Roman"/>
          <w:sz w:val="24"/>
          <w:szCs w:val="24"/>
          <w:lang w:val="ru-RU"/>
        </w:rPr>
        <w:t>обучающихся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w:t>
      </w:r>
      <w:r w:rsidRPr="009E76A4">
        <w:rPr>
          <w:rFonts w:ascii="Times New Roman" w:eastAsia="Calibri" w:hAnsi="Times New Roman" w:cs="Times New Roman"/>
          <w:spacing w:val="-3"/>
          <w:sz w:val="24"/>
          <w:szCs w:val="24"/>
          <w:lang w:val="ru-RU"/>
        </w:rPr>
        <w:t xml:space="preserve"> </w:t>
      </w:r>
      <w:r w:rsidRPr="009E76A4">
        <w:rPr>
          <w:rFonts w:ascii="Times New Roman" w:eastAsia="Calibri" w:hAnsi="Times New Roman" w:cs="Times New Roman"/>
          <w:sz w:val="24"/>
          <w:szCs w:val="24"/>
          <w:lang w:val="ru-RU"/>
        </w:rPr>
        <w:t>форме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индивидуальных</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групповых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проектов</w:t>
      </w:r>
      <w:r w:rsidRPr="009E76A4">
        <w:rPr>
          <w:rFonts w:ascii="Times New Roman" w:eastAsia="№Е" w:hAnsi="Times New Roman" w:cs="Times New Roman"/>
          <w:i/>
          <w:sz w:val="24"/>
          <w:szCs w:val="24"/>
          <w:u w:val="single"/>
          <w:lang w:val="ru-RU"/>
        </w:rPr>
        <w:t>;</w:t>
      </w:r>
    </w:p>
    <w:p w:rsidR="009E76A4" w:rsidRPr="009E76A4" w:rsidRDefault="009E76A4" w:rsidP="009E76A4">
      <w:pPr>
        <w:numPr>
          <w:ilvl w:val="0"/>
          <w:numId w:val="18"/>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привлечение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внимания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обучающихся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ценностному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аспекту</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изучаемых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на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уроках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предметов,</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явлений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событий,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инициирование</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обсуждений, высказываний своего мнения, выработки своего личностного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отношения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 изучаемым событиям,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явлениям,</w:t>
      </w:r>
      <w:r w:rsidRPr="009E76A4">
        <w:rPr>
          <w:rFonts w:ascii="Times New Roman" w:eastAsia="Calibri" w:hAnsi="Times New Roman" w:cs="Times New Roman"/>
          <w:spacing w:val="-2"/>
          <w:sz w:val="24"/>
          <w:szCs w:val="24"/>
          <w:lang w:val="ru-RU"/>
        </w:rPr>
        <w:t xml:space="preserve"> </w:t>
      </w:r>
      <w:r w:rsidRPr="009E76A4">
        <w:rPr>
          <w:rFonts w:ascii="Times New Roman" w:eastAsia="Calibri" w:hAnsi="Times New Roman" w:cs="Times New Roman"/>
          <w:sz w:val="24"/>
          <w:szCs w:val="24"/>
          <w:lang w:val="ru-RU"/>
        </w:rPr>
        <w:t>лицам;</w:t>
      </w:r>
    </w:p>
    <w:p w:rsidR="009E76A4" w:rsidRPr="009E76A4" w:rsidRDefault="009E76A4" w:rsidP="009E76A4">
      <w:pPr>
        <w:numPr>
          <w:ilvl w:val="0"/>
          <w:numId w:val="18"/>
        </w:numPr>
        <w:spacing w:after="0" w:line="240" w:lineRule="auto"/>
        <w:jc w:val="both"/>
        <w:rPr>
          <w:rFonts w:ascii="Times New Roman" w:eastAsia="Calibri" w:hAnsi="Times New Roman" w:cs="Times New Roman"/>
          <w:sz w:val="24"/>
          <w:szCs w:val="24"/>
          <w:lang w:val="ru-RU"/>
        </w:rPr>
      </w:pPr>
      <w:r w:rsidRPr="009E76A4">
        <w:rPr>
          <w:rFonts w:ascii="Times New Roman" w:eastAsia="Calibri" w:hAnsi="Times New Roman" w:cs="Times New Roman"/>
          <w:sz w:val="24"/>
          <w:szCs w:val="24"/>
          <w:lang w:val="ru-RU"/>
        </w:rPr>
        <w:t xml:space="preserve">применение    </w:t>
      </w:r>
      <w:r w:rsidRPr="009E76A4">
        <w:rPr>
          <w:rFonts w:ascii="Times New Roman" w:eastAsia="Calibri" w:hAnsi="Times New Roman" w:cs="Times New Roman"/>
          <w:spacing w:val="50"/>
          <w:sz w:val="24"/>
          <w:szCs w:val="24"/>
          <w:lang w:val="ru-RU"/>
        </w:rPr>
        <w:t xml:space="preserve"> </w:t>
      </w:r>
      <w:r w:rsidRPr="009E76A4">
        <w:rPr>
          <w:rFonts w:ascii="Times New Roman" w:eastAsia="Calibri" w:hAnsi="Times New Roman" w:cs="Times New Roman"/>
          <w:sz w:val="24"/>
          <w:szCs w:val="24"/>
          <w:lang w:val="ru-RU"/>
        </w:rPr>
        <w:t xml:space="preserve">интерактивных     </w:t>
      </w:r>
      <w:r w:rsidRPr="009E76A4">
        <w:rPr>
          <w:rFonts w:ascii="Times New Roman" w:eastAsia="Calibri" w:hAnsi="Times New Roman" w:cs="Times New Roman"/>
          <w:spacing w:val="49"/>
          <w:sz w:val="24"/>
          <w:szCs w:val="24"/>
          <w:lang w:val="ru-RU"/>
        </w:rPr>
        <w:t xml:space="preserve"> </w:t>
      </w:r>
      <w:r w:rsidRPr="009E76A4">
        <w:rPr>
          <w:rFonts w:ascii="Times New Roman" w:eastAsia="Calibri" w:hAnsi="Times New Roman" w:cs="Times New Roman"/>
          <w:sz w:val="24"/>
          <w:szCs w:val="24"/>
          <w:lang w:val="ru-RU"/>
        </w:rPr>
        <w:t xml:space="preserve">форм     </w:t>
      </w:r>
      <w:r w:rsidRPr="009E76A4">
        <w:rPr>
          <w:rFonts w:ascii="Times New Roman" w:eastAsia="Calibri" w:hAnsi="Times New Roman" w:cs="Times New Roman"/>
          <w:spacing w:val="48"/>
          <w:sz w:val="24"/>
          <w:szCs w:val="24"/>
          <w:lang w:val="ru-RU"/>
        </w:rPr>
        <w:t xml:space="preserve"> </w:t>
      </w:r>
      <w:r w:rsidRPr="009E76A4">
        <w:rPr>
          <w:rFonts w:ascii="Times New Roman" w:eastAsia="Calibri" w:hAnsi="Times New Roman" w:cs="Times New Roman"/>
          <w:sz w:val="24"/>
          <w:szCs w:val="24"/>
          <w:lang w:val="ru-RU"/>
        </w:rPr>
        <w:t xml:space="preserve">учебной     </w:t>
      </w:r>
      <w:r w:rsidRPr="009E76A4">
        <w:rPr>
          <w:rFonts w:ascii="Times New Roman" w:eastAsia="Calibri" w:hAnsi="Times New Roman" w:cs="Times New Roman"/>
          <w:spacing w:val="50"/>
          <w:sz w:val="24"/>
          <w:szCs w:val="24"/>
          <w:lang w:val="ru-RU"/>
        </w:rPr>
        <w:t xml:space="preserve"> </w:t>
      </w:r>
      <w:r w:rsidRPr="009E76A4">
        <w:rPr>
          <w:rFonts w:ascii="Times New Roman" w:eastAsia="Calibri" w:hAnsi="Times New Roman" w:cs="Times New Roman"/>
          <w:sz w:val="24"/>
          <w:szCs w:val="24"/>
          <w:lang w:val="ru-RU"/>
        </w:rPr>
        <w:t>работы – интеллектуальных,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стимулирующих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познавательную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мотивацию,</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игровых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методик,</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дискуссий,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дающих</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возможность</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приобрести</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опыт</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ведения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конструктивного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диалога;</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групповой</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работы,</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которая</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учит</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строить</w:t>
      </w:r>
      <w:r w:rsidRPr="009E76A4">
        <w:rPr>
          <w:rFonts w:ascii="Times New Roman" w:eastAsia="Calibri" w:hAnsi="Times New Roman" w:cs="Times New Roman"/>
          <w:spacing w:val="-67"/>
          <w:sz w:val="24"/>
          <w:szCs w:val="24"/>
          <w:lang w:val="ru-RU"/>
        </w:rPr>
        <w:t xml:space="preserve"> </w:t>
      </w:r>
      <w:r w:rsidRPr="009E76A4">
        <w:rPr>
          <w:rFonts w:ascii="Times New Roman" w:eastAsia="Calibri" w:hAnsi="Times New Roman" w:cs="Times New Roman"/>
          <w:sz w:val="24"/>
          <w:szCs w:val="24"/>
          <w:lang w:val="ru-RU"/>
        </w:rPr>
        <w:t>отношения и действовать в команде, способствует развитию критического</w:t>
      </w:r>
      <w:r w:rsidRPr="009E76A4">
        <w:rPr>
          <w:rFonts w:ascii="Times New Roman" w:eastAsia="Calibri" w:hAnsi="Times New Roman" w:cs="Times New Roman"/>
          <w:spacing w:val="1"/>
          <w:sz w:val="24"/>
          <w:szCs w:val="24"/>
          <w:lang w:val="ru-RU"/>
        </w:rPr>
        <w:t xml:space="preserve"> </w:t>
      </w:r>
      <w:r w:rsidRPr="009E76A4">
        <w:rPr>
          <w:rFonts w:ascii="Times New Roman" w:eastAsia="Calibri" w:hAnsi="Times New Roman" w:cs="Times New Roman"/>
          <w:sz w:val="24"/>
          <w:szCs w:val="24"/>
          <w:lang w:val="ru-RU"/>
        </w:rPr>
        <w:t>мышления.</w:t>
      </w:r>
    </w:p>
    <w:p w:rsidR="009E76A4" w:rsidRPr="009E76A4" w:rsidRDefault="009E76A4" w:rsidP="009E76A4">
      <w:pPr>
        <w:spacing w:after="0" w:line="240" w:lineRule="auto"/>
        <w:jc w:val="both"/>
        <w:rPr>
          <w:rFonts w:ascii="Times New Roman" w:eastAsia="Calibri" w:hAnsi="Times New Roman" w:cs="Times New Roman"/>
          <w:sz w:val="24"/>
          <w:szCs w:val="24"/>
          <w:lang w:val="ru-RU" w:eastAsia="ru-RU"/>
        </w:rPr>
      </w:pPr>
    </w:p>
    <w:p w:rsidR="00BD1D13" w:rsidRPr="009E76A4" w:rsidRDefault="00BD1D13">
      <w:pPr>
        <w:rPr>
          <w:lang w:val="ru-RU"/>
        </w:rPr>
      </w:pPr>
    </w:p>
    <w:p w:rsidR="009E76A4" w:rsidRPr="009E76A4" w:rsidRDefault="009E76A4">
      <w:pPr>
        <w:rPr>
          <w:lang w:val="ru-RU"/>
        </w:rPr>
      </w:pPr>
    </w:p>
    <w:p w:rsidR="009E76A4" w:rsidRPr="009E76A4" w:rsidRDefault="009E76A4">
      <w:pPr>
        <w:rPr>
          <w:lang w:val="ru-RU"/>
        </w:rPr>
      </w:pPr>
    </w:p>
    <w:p w:rsidR="009E76A4" w:rsidRPr="009E76A4" w:rsidRDefault="009E76A4">
      <w:pPr>
        <w:rPr>
          <w:lang w:val="ru-RU"/>
        </w:rPr>
      </w:pPr>
    </w:p>
    <w:p w:rsidR="009E76A4" w:rsidRPr="009E76A4" w:rsidRDefault="009E76A4">
      <w:pPr>
        <w:rPr>
          <w:lang w:val="ru-RU"/>
        </w:rPr>
      </w:pPr>
    </w:p>
    <w:p w:rsidR="009E76A4" w:rsidRPr="009E76A4" w:rsidRDefault="009E76A4">
      <w:pPr>
        <w:rPr>
          <w:lang w:val="ru-RU"/>
        </w:rPr>
      </w:pPr>
    </w:p>
    <w:p w:rsidR="009E76A4" w:rsidRPr="009E76A4" w:rsidRDefault="009E76A4">
      <w:pPr>
        <w:rPr>
          <w:lang w:val="ru-RU"/>
        </w:rPr>
      </w:pPr>
    </w:p>
    <w:p w:rsidR="009E76A4" w:rsidRPr="009E76A4" w:rsidRDefault="009E76A4">
      <w:pPr>
        <w:rPr>
          <w:lang w:val="ru-RU"/>
        </w:rPr>
        <w:sectPr w:rsidR="009E76A4" w:rsidRPr="009E76A4">
          <w:pgSz w:w="11900" w:h="16840"/>
          <w:pgMar w:top="316" w:right="740" w:bottom="1440" w:left="666" w:header="720" w:footer="720" w:gutter="0"/>
          <w:cols w:space="720" w:equalWidth="0">
            <w:col w:w="10494" w:space="0"/>
          </w:cols>
          <w:docGrid w:linePitch="360"/>
        </w:sectPr>
      </w:pPr>
    </w:p>
    <w:p w:rsidR="00BD1D13" w:rsidRPr="0092023E" w:rsidRDefault="00BD1D13">
      <w:pPr>
        <w:autoSpaceDE w:val="0"/>
        <w:autoSpaceDN w:val="0"/>
        <w:spacing w:after="78" w:line="220" w:lineRule="exact"/>
        <w:rPr>
          <w:lang w:val="ru-RU"/>
        </w:rPr>
      </w:pPr>
    </w:p>
    <w:p w:rsidR="00BD1D13" w:rsidRPr="0092023E" w:rsidRDefault="009E76A4" w:rsidP="009E76A4">
      <w:pPr>
        <w:autoSpaceDE w:val="0"/>
        <w:autoSpaceDN w:val="0"/>
        <w:spacing w:after="0" w:line="230" w:lineRule="auto"/>
        <w:jc w:val="center"/>
        <w:rPr>
          <w:lang w:val="ru-RU"/>
        </w:rPr>
      </w:pPr>
      <w:r>
        <w:rPr>
          <w:rFonts w:ascii="Times New Roman" w:eastAsia="Times New Roman" w:hAnsi="Times New Roman"/>
          <w:b/>
          <w:color w:val="000000"/>
          <w:sz w:val="24"/>
        </w:rPr>
        <w:t>II</w:t>
      </w:r>
      <w:r w:rsidRPr="00C83776">
        <w:rPr>
          <w:rFonts w:ascii="Times New Roman" w:eastAsia="Times New Roman" w:hAnsi="Times New Roman"/>
          <w:b/>
          <w:color w:val="000000"/>
          <w:sz w:val="24"/>
          <w:lang w:val="ru-RU"/>
        </w:rPr>
        <w:t xml:space="preserve">. </w:t>
      </w:r>
      <w:r w:rsidR="00FC3B1F" w:rsidRPr="0092023E">
        <w:rPr>
          <w:rFonts w:ascii="Times New Roman" w:eastAsia="Times New Roman" w:hAnsi="Times New Roman"/>
          <w:b/>
          <w:color w:val="000000"/>
          <w:sz w:val="24"/>
          <w:lang w:val="ru-RU"/>
        </w:rPr>
        <w:t>СОДЕРЖАНИЕ УЧЕБНОГО ПРЕДМЕТА</w:t>
      </w:r>
    </w:p>
    <w:p w:rsidR="00BD1D13" w:rsidRPr="0092023E" w:rsidRDefault="00FC3B1F">
      <w:pPr>
        <w:autoSpaceDE w:val="0"/>
        <w:autoSpaceDN w:val="0"/>
        <w:spacing w:before="346" w:after="0" w:line="230" w:lineRule="auto"/>
        <w:rPr>
          <w:lang w:val="ru-RU"/>
        </w:rPr>
      </w:pPr>
      <w:r w:rsidRPr="0092023E">
        <w:rPr>
          <w:rFonts w:ascii="Times New Roman" w:eastAsia="Times New Roman" w:hAnsi="Times New Roman"/>
          <w:b/>
          <w:color w:val="000000"/>
          <w:sz w:val="24"/>
          <w:lang w:val="ru-RU"/>
        </w:rPr>
        <w:t>6 КЛАСС</w:t>
      </w:r>
    </w:p>
    <w:p w:rsidR="00BD1D13" w:rsidRPr="0092023E" w:rsidRDefault="00FC3B1F">
      <w:pPr>
        <w:tabs>
          <w:tab w:val="left" w:pos="180"/>
        </w:tabs>
        <w:autoSpaceDE w:val="0"/>
        <w:autoSpaceDN w:val="0"/>
        <w:spacing w:before="166" w:after="0" w:line="271" w:lineRule="auto"/>
        <w:ind w:right="1008"/>
        <w:rPr>
          <w:lang w:val="ru-RU"/>
        </w:rPr>
      </w:pPr>
      <w:r w:rsidRPr="0092023E">
        <w:rPr>
          <w:lang w:val="ru-RU"/>
        </w:rPr>
        <w:tab/>
      </w:r>
      <w:r w:rsidRPr="0092023E">
        <w:rPr>
          <w:rFonts w:ascii="Times New Roman" w:eastAsia="Times New Roman" w:hAnsi="Times New Roman"/>
          <w:b/>
          <w:color w:val="000000"/>
          <w:sz w:val="24"/>
          <w:lang w:val="ru-RU"/>
        </w:rPr>
        <w:t xml:space="preserve">Человек и его социальное окружение </w:t>
      </w:r>
      <w:r w:rsidRPr="0092023E">
        <w:rPr>
          <w:lang w:val="ru-RU"/>
        </w:rPr>
        <w:br/>
      </w:r>
      <w:r w:rsidRPr="0092023E">
        <w:rPr>
          <w:lang w:val="ru-RU"/>
        </w:rPr>
        <w:tab/>
      </w:r>
      <w:r w:rsidRPr="0092023E">
        <w:rPr>
          <w:rFonts w:ascii="Times New Roman" w:eastAsia="Times New Roman" w:hAnsi="Times New Roman"/>
          <w:color w:val="000000"/>
          <w:sz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BD1D13" w:rsidRPr="0092023E" w:rsidRDefault="00FC3B1F">
      <w:pPr>
        <w:tabs>
          <w:tab w:val="left" w:pos="180"/>
        </w:tabs>
        <w:autoSpaceDE w:val="0"/>
        <w:autoSpaceDN w:val="0"/>
        <w:spacing w:before="70" w:after="0" w:line="262" w:lineRule="auto"/>
        <w:ind w:right="720"/>
        <w:rPr>
          <w:lang w:val="ru-RU"/>
        </w:rPr>
      </w:pPr>
      <w:r w:rsidRPr="0092023E">
        <w:rPr>
          <w:lang w:val="ru-RU"/>
        </w:rPr>
        <w:tab/>
      </w:r>
      <w:r w:rsidRPr="0092023E">
        <w:rPr>
          <w:rFonts w:ascii="Times New Roman" w:eastAsia="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BD1D13" w:rsidRPr="0092023E" w:rsidRDefault="00FC3B1F">
      <w:pPr>
        <w:tabs>
          <w:tab w:val="left" w:pos="180"/>
        </w:tabs>
        <w:autoSpaceDE w:val="0"/>
        <w:autoSpaceDN w:val="0"/>
        <w:spacing w:before="70" w:after="0" w:line="271" w:lineRule="auto"/>
        <w:ind w:right="144"/>
        <w:rPr>
          <w:lang w:val="ru-RU"/>
        </w:rPr>
      </w:pPr>
      <w:r w:rsidRPr="0092023E">
        <w:rPr>
          <w:lang w:val="ru-RU"/>
        </w:rPr>
        <w:tab/>
      </w:r>
      <w:r w:rsidRPr="0092023E">
        <w:rPr>
          <w:rFonts w:ascii="Times New Roman" w:eastAsia="Times New Roman" w:hAnsi="Times New Roman"/>
          <w:color w:val="000000"/>
          <w:sz w:val="24"/>
          <w:lang w:val="ru-RU"/>
        </w:rPr>
        <w:t xml:space="preserve">Люди с ограниченными возможностями здоровья, их особые потребности и социальная позиция. </w:t>
      </w:r>
      <w:r w:rsidRPr="0092023E">
        <w:rPr>
          <w:lang w:val="ru-RU"/>
        </w:rPr>
        <w:tab/>
      </w:r>
      <w:r w:rsidRPr="0092023E">
        <w:rPr>
          <w:rFonts w:ascii="Times New Roman" w:eastAsia="Times New Roman" w:hAnsi="Times New Roman"/>
          <w:color w:val="000000"/>
          <w:sz w:val="24"/>
          <w:lang w:val="ru-RU"/>
        </w:rPr>
        <w:t>Цели и мотивы деятельности. Виды деятельности (игра, труд, учение). Познание человеком мира и самого себя как вид деятельности.</w:t>
      </w:r>
    </w:p>
    <w:p w:rsidR="00BD1D13" w:rsidRPr="0092023E" w:rsidRDefault="00FC3B1F">
      <w:pPr>
        <w:autoSpaceDE w:val="0"/>
        <w:autoSpaceDN w:val="0"/>
        <w:spacing w:before="72" w:after="0" w:line="230" w:lineRule="auto"/>
        <w:ind w:left="180"/>
        <w:rPr>
          <w:lang w:val="ru-RU"/>
        </w:rPr>
      </w:pPr>
      <w:r w:rsidRPr="0092023E">
        <w:rPr>
          <w:rFonts w:ascii="Times New Roman" w:eastAsia="Times New Roman" w:hAnsi="Times New Roman"/>
          <w:color w:val="000000"/>
          <w:sz w:val="24"/>
          <w:lang w:val="ru-RU"/>
        </w:rPr>
        <w:t>Право человека на образование. Школьное образование. Права и обязанности учащегося.</w:t>
      </w:r>
    </w:p>
    <w:p w:rsidR="00BD1D13" w:rsidRPr="0092023E" w:rsidRDefault="00FC3B1F">
      <w:pPr>
        <w:tabs>
          <w:tab w:val="left" w:pos="180"/>
        </w:tabs>
        <w:autoSpaceDE w:val="0"/>
        <w:autoSpaceDN w:val="0"/>
        <w:spacing w:before="70" w:after="0" w:line="262" w:lineRule="auto"/>
        <w:ind w:right="288"/>
        <w:rPr>
          <w:lang w:val="ru-RU"/>
        </w:rPr>
      </w:pPr>
      <w:r w:rsidRPr="0092023E">
        <w:rPr>
          <w:lang w:val="ru-RU"/>
        </w:rPr>
        <w:tab/>
      </w:r>
      <w:r w:rsidRPr="0092023E">
        <w:rPr>
          <w:rFonts w:ascii="Times New Roman" w:eastAsia="Times New Roman" w:hAnsi="Times New Roman"/>
          <w:color w:val="000000"/>
          <w:sz w:val="24"/>
          <w:lang w:val="ru-RU"/>
        </w:rPr>
        <w:t>Общение. Цели и средства общения. Особенности общения подростков. Общение в современных условиях.</w:t>
      </w:r>
    </w:p>
    <w:p w:rsidR="00BD1D13" w:rsidRPr="0092023E" w:rsidRDefault="00FC3B1F">
      <w:pPr>
        <w:tabs>
          <w:tab w:val="left" w:pos="180"/>
        </w:tabs>
        <w:autoSpaceDE w:val="0"/>
        <w:autoSpaceDN w:val="0"/>
        <w:spacing w:before="70" w:after="0" w:line="262" w:lineRule="auto"/>
        <w:ind w:right="288"/>
        <w:rPr>
          <w:lang w:val="ru-RU"/>
        </w:rPr>
      </w:pPr>
      <w:r w:rsidRPr="0092023E">
        <w:rPr>
          <w:lang w:val="ru-RU"/>
        </w:rPr>
        <w:tab/>
      </w:r>
      <w:r w:rsidRPr="0092023E">
        <w:rPr>
          <w:rFonts w:ascii="Times New Roman" w:eastAsia="Times New Roman" w:hAnsi="Times New Roman"/>
          <w:color w:val="000000"/>
          <w:sz w:val="24"/>
          <w:lang w:val="ru-RU"/>
        </w:rPr>
        <w:t>Отношения в малых группах. Групповые нормы и правила. Лидерство в группе. Межличностные отношения (деловые, личные).</w:t>
      </w:r>
    </w:p>
    <w:p w:rsidR="00BD1D13" w:rsidRPr="0092023E" w:rsidRDefault="00FC3B1F">
      <w:pPr>
        <w:tabs>
          <w:tab w:val="left" w:pos="180"/>
        </w:tabs>
        <w:autoSpaceDE w:val="0"/>
        <w:autoSpaceDN w:val="0"/>
        <w:spacing w:before="70" w:after="0" w:line="262" w:lineRule="auto"/>
        <w:rPr>
          <w:lang w:val="ru-RU"/>
        </w:rPr>
      </w:pPr>
      <w:r w:rsidRPr="0092023E">
        <w:rPr>
          <w:lang w:val="ru-RU"/>
        </w:rPr>
        <w:tab/>
      </w:r>
      <w:r w:rsidRPr="0092023E">
        <w:rPr>
          <w:rFonts w:ascii="Times New Roman" w:eastAsia="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Отношения с друзьями и сверстниками. Конфликты в межличностных отношениях.</w:t>
      </w:r>
    </w:p>
    <w:p w:rsidR="00BD1D13" w:rsidRPr="0092023E" w:rsidRDefault="00FC3B1F">
      <w:pPr>
        <w:tabs>
          <w:tab w:val="left" w:pos="180"/>
        </w:tabs>
        <w:autoSpaceDE w:val="0"/>
        <w:autoSpaceDN w:val="0"/>
        <w:spacing w:before="190" w:after="0" w:line="271" w:lineRule="auto"/>
        <w:rPr>
          <w:lang w:val="ru-RU"/>
        </w:rPr>
      </w:pPr>
      <w:r w:rsidRPr="0092023E">
        <w:rPr>
          <w:lang w:val="ru-RU"/>
        </w:rPr>
        <w:tab/>
      </w:r>
      <w:r w:rsidRPr="0092023E">
        <w:rPr>
          <w:rFonts w:ascii="Times New Roman" w:eastAsia="Times New Roman" w:hAnsi="Times New Roman"/>
          <w:b/>
          <w:color w:val="000000"/>
          <w:sz w:val="24"/>
          <w:lang w:val="ru-RU"/>
        </w:rPr>
        <w:t xml:space="preserve">Общество, в котором мы </w:t>
      </w:r>
      <w:proofErr w:type="gramStart"/>
      <w:r w:rsidRPr="0092023E">
        <w:rPr>
          <w:rFonts w:ascii="Times New Roman" w:eastAsia="Times New Roman" w:hAnsi="Times New Roman"/>
          <w:b/>
          <w:color w:val="000000"/>
          <w:sz w:val="24"/>
          <w:lang w:val="ru-RU"/>
        </w:rPr>
        <w:t>живём</w:t>
      </w:r>
      <w:proofErr w:type="gramEnd"/>
      <w:r w:rsidRPr="0092023E">
        <w:rPr>
          <w:rFonts w:ascii="Times New Roman" w:eastAsia="Times New Roman" w:hAnsi="Times New Roman"/>
          <w:b/>
          <w:color w:val="000000"/>
          <w:sz w:val="24"/>
          <w:lang w:val="ru-RU"/>
        </w:rPr>
        <w:t xml:space="preserve"> </w:t>
      </w:r>
      <w:r w:rsidRPr="0092023E">
        <w:rPr>
          <w:lang w:val="ru-RU"/>
        </w:rPr>
        <w:br/>
      </w:r>
      <w:r w:rsidRPr="0092023E">
        <w:rPr>
          <w:lang w:val="ru-RU"/>
        </w:rPr>
        <w:tab/>
      </w:r>
      <w:r w:rsidRPr="0092023E">
        <w:rPr>
          <w:rFonts w:ascii="Times New Roman" w:eastAsia="Times New Roman" w:hAnsi="Times New Roman"/>
          <w:color w:val="000000"/>
          <w:sz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Социальные общности и группы. Положение человека в обществе.</w:t>
      </w:r>
    </w:p>
    <w:p w:rsidR="00BD1D13" w:rsidRPr="0092023E" w:rsidRDefault="00FC3B1F">
      <w:pPr>
        <w:tabs>
          <w:tab w:val="left" w:pos="180"/>
        </w:tabs>
        <w:autoSpaceDE w:val="0"/>
        <w:autoSpaceDN w:val="0"/>
        <w:spacing w:before="70" w:after="0" w:line="262" w:lineRule="auto"/>
        <w:ind w:right="1152"/>
        <w:rPr>
          <w:lang w:val="ru-RU"/>
        </w:rPr>
      </w:pPr>
      <w:r w:rsidRPr="0092023E">
        <w:rPr>
          <w:lang w:val="ru-RU"/>
        </w:rPr>
        <w:tab/>
      </w:r>
      <w:r w:rsidRPr="0092023E">
        <w:rPr>
          <w:rFonts w:ascii="Times New Roman" w:eastAsia="Times New Roman" w:hAnsi="Times New Roman"/>
          <w:color w:val="000000"/>
          <w:sz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BD1D13" w:rsidRPr="0092023E" w:rsidRDefault="00FC3B1F">
      <w:pPr>
        <w:tabs>
          <w:tab w:val="left" w:pos="180"/>
        </w:tabs>
        <w:autoSpaceDE w:val="0"/>
        <w:autoSpaceDN w:val="0"/>
        <w:spacing w:before="70" w:after="0"/>
        <w:ind w:right="144"/>
        <w:rPr>
          <w:lang w:val="ru-RU"/>
        </w:rPr>
      </w:pPr>
      <w:r w:rsidRPr="0092023E">
        <w:rPr>
          <w:lang w:val="ru-RU"/>
        </w:rPr>
        <w:tab/>
      </w:r>
      <w:r w:rsidRPr="0092023E">
        <w:rPr>
          <w:rFonts w:ascii="Times New Roman" w:eastAsia="Times New Roman" w:hAnsi="Times New Roman"/>
          <w:color w:val="000000"/>
          <w:sz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eastAsia="Times New Roman" w:hAnsi="Times New Roman"/>
          <w:color w:val="000000"/>
          <w:sz w:val="24"/>
        </w:rPr>
        <w:t>XXI</w:t>
      </w:r>
      <w:r w:rsidRPr="0092023E">
        <w:rPr>
          <w:rFonts w:ascii="Times New Roman" w:eastAsia="Times New Roman" w:hAnsi="Times New Roman"/>
          <w:color w:val="000000"/>
          <w:sz w:val="24"/>
          <w:lang w:val="ru-RU"/>
        </w:rPr>
        <w:t xml:space="preserve"> века. Место нашей Родины среди современных государств. </w:t>
      </w:r>
      <w:r w:rsidRPr="0092023E">
        <w:rPr>
          <w:lang w:val="ru-RU"/>
        </w:rPr>
        <w:tab/>
      </w:r>
      <w:r w:rsidRPr="0092023E">
        <w:rPr>
          <w:rFonts w:ascii="Times New Roman" w:eastAsia="Times New Roman" w:hAnsi="Times New Roman"/>
          <w:color w:val="000000"/>
          <w:sz w:val="24"/>
          <w:lang w:val="ru-RU"/>
        </w:rPr>
        <w:t>Культурная жизнь. Духовные ценности, традиционные ценности российского народа.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Развитие общества. Усиление взаимосвязей стран и народов в условиях современного общества.</w:t>
      </w:r>
    </w:p>
    <w:p w:rsidR="00BD1D13" w:rsidRPr="0092023E" w:rsidRDefault="00FC3B1F">
      <w:pPr>
        <w:tabs>
          <w:tab w:val="left" w:pos="180"/>
        </w:tabs>
        <w:autoSpaceDE w:val="0"/>
        <w:autoSpaceDN w:val="0"/>
        <w:spacing w:before="70" w:after="0" w:line="262" w:lineRule="auto"/>
        <w:ind w:right="720"/>
        <w:rPr>
          <w:lang w:val="ru-RU"/>
        </w:rPr>
      </w:pPr>
      <w:r w:rsidRPr="0092023E">
        <w:rPr>
          <w:lang w:val="ru-RU"/>
        </w:rPr>
        <w:tab/>
      </w:r>
      <w:r w:rsidRPr="0092023E">
        <w:rPr>
          <w:rFonts w:ascii="Times New Roman" w:eastAsia="Times New Roman" w:hAnsi="Times New Roman"/>
          <w:color w:val="000000"/>
          <w:sz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BD1D13" w:rsidRPr="0092023E" w:rsidRDefault="00FC3B1F">
      <w:pPr>
        <w:autoSpaceDE w:val="0"/>
        <w:autoSpaceDN w:val="0"/>
        <w:spacing w:before="264" w:after="0" w:line="230" w:lineRule="auto"/>
        <w:rPr>
          <w:lang w:val="ru-RU"/>
        </w:rPr>
      </w:pPr>
      <w:r w:rsidRPr="0092023E">
        <w:rPr>
          <w:rFonts w:ascii="Times New Roman" w:eastAsia="Times New Roman" w:hAnsi="Times New Roman"/>
          <w:b/>
          <w:color w:val="000000"/>
          <w:sz w:val="24"/>
          <w:lang w:val="ru-RU"/>
        </w:rPr>
        <w:t>7 КЛАСС</w:t>
      </w:r>
    </w:p>
    <w:p w:rsidR="00BD1D13" w:rsidRPr="0092023E" w:rsidRDefault="00FC3B1F">
      <w:pPr>
        <w:tabs>
          <w:tab w:val="left" w:pos="180"/>
        </w:tabs>
        <w:autoSpaceDE w:val="0"/>
        <w:autoSpaceDN w:val="0"/>
        <w:spacing w:before="166" w:after="0" w:line="271" w:lineRule="auto"/>
        <w:rPr>
          <w:lang w:val="ru-RU"/>
        </w:rPr>
      </w:pPr>
      <w:r w:rsidRPr="0092023E">
        <w:rPr>
          <w:lang w:val="ru-RU"/>
        </w:rPr>
        <w:tab/>
      </w:r>
      <w:r w:rsidRPr="0092023E">
        <w:rPr>
          <w:rFonts w:ascii="Times New Roman" w:eastAsia="Times New Roman" w:hAnsi="Times New Roman"/>
          <w:b/>
          <w:color w:val="000000"/>
          <w:sz w:val="24"/>
          <w:lang w:val="ru-RU"/>
        </w:rPr>
        <w:t xml:space="preserve">Социальные ценности и нормы </w:t>
      </w:r>
      <w:r w:rsidRPr="0092023E">
        <w:rPr>
          <w:lang w:val="ru-RU"/>
        </w:rPr>
        <w:br/>
      </w:r>
      <w:r w:rsidRPr="0092023E">
        <w:rPr>
          <w:lang w:val="ru-RU"/>
        </w:rPr>
        <w:tab/>
      </w:r>
      <w:r w:rsidRPr="0092023E">
        <w:rPr>
          <w:rFonts w:ascii="Times New Roman" w:eastAsia="Times New Roman" w:hAnsi="Times New Roman"/>
          <w:color w:val="000000"/>
          <w:sz w:val="24"/>
          <w:lang w:val="ru-RU"/>
        </w:rPr>
        <w:t>Общественные ценности. Свобода и ответственность гражданина. Гражданственность и патриотизм. Гуманизм.</w:t>
      </w:r>
    </w:p>
    <w:p w:rsidR="00BD1D13" w:rsidRPr="0092023E" w:rsidRDefault="00FC3B1F">
      <w:pPr>
        <w:tabs>
          <w:tab w:val="left" w:pos="180"/>
        </w:tabs>
        <w:autoSpaceDE w:val="0"/>
        <w:autoSpaceDN w:val="0"/>
        <w:spacing w:before="70" w:after="0" w:line="262" w:lineRule="auto"/>
        <w:ind w:right="288"/>
        <w:rPr>
          <w:lang w:val="ru-RU"/>
        </w:rPr>
      </w:pPr>
      <w:r w:rsidRPr="0092023E">
        <w:rPr>
          <w:lang w:val="ru-RU"/>
        </w:rPr>
        <w:tab/>
      </w:r>
      <w:r w:rsidRPr="0092023E">
        <w:rPr>
          <w:rFonts w:ascii="Times New Roman" w:eastAsia="Times New Roman" w:hAnsi="Times New Roman"/>
          <w:color w:val="000000"/>
          <w:sz w:val="24"/>
          <w:lang w:val="ru-RU"/>
        </w:rPr>
        <w:t>Социальные нормы как регуляторы общественной жизни и поведения человека в обществе. Виды социальных норм. Традиции и обычаи.</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Принципы и нормы морали. Добро и зло. Нравственные чувства человека. Совесть и стыд.</w:t>
      </w:r>
    </w:p>
    <w:p w:rsidR="00BD1D13" w:rsidRPr="0092023E" w:rsidRDefault="00FC3B1F">
      <w:pPr>
        <w:tabs>
          <w:tab w:val="left" w:pos="180"/>
        </w:tabs>
        <w:autoSpaceDE w:val="0"/>
        <w:autoSpaceDN w:val="0"/>
        <w:spacing w:before="70" w:after="0" w:line="262" w:lineRule="auto"/>
        <w:ind w:right="864"/>
        <w:rPr>
          <w:lang w:val="ru-RU"/>
        </w:rPr>
      </w:pPr>
      <w:r w:rsidRPr="0092023E">
        <w:rPr>
          <w:lang w:val="ru-RU"/>
        </w:rPr>
        <w:tab/>
      </w:r>
      <w:r w:rsidRPr="0092023E">
        <w:rPr>
          <w:rFonts w:ascii="Times New Roman" w:eastAsia="Times New Roman" w:hAnsi="Times New Roman"/>
          <w:color w:val="000000"/>
          <w:sz w:val="24"/>
          <w:lang w:val="ru-RU"/>
        </w:rPr>
        <w:t>Моральный выбор. Моральная оценка поведения людей и собственного поведения. Влияние моральных норм на общество и человека.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Право и его роль в жизни общества. Право и мораль.</w:t>
      </w:r>
    </w:p>
    <w:p w:rsidR="00BD1D13" w:rsidRPr="0092023E" w:rsidRDefault="00FC3B1F">
      <w:pPr>
        <w:tabs>
          <w:tab w:val="left" w:pos="180"/>
        </w:tabs>
        <w:autoSpaceDE w:val="0"/>
        <w:autoSpaceDN w:val="0"/>
        <w:spacing w:before="190" w:after="0" w:line="271" w:lineRule="auto"/>
        <w:ind w:right="1152"/>
        <w:rPr>
          <w:lang w:val="ru-RU"/>
        </w:rPr>
      </w:pPr>
      <w:r w:rsidRPr="0092023E">
        <w:rPr>
          <w:lang w:val="ru-RU"/>
        </w:rPr>
        <w:tab/>
      </w:r>
      <w:r w:rsidRPr="0092023E">
        <w:rPr>
          <w:rFonts w:ascii="Times New Roman" w:eastAsia="Times New Roman" w:hAnsi="Times New Roman"/>
          <w:b/>
          <w:color w:val="000000"/>
          <w:sz w:val="24"/>
          <w:lang w:val="ru-RU"/>
        </w:rPr>
        <w:t xml:space="preserve">Человек как участник правовых отношений </w:t>
      </w:r>
      <w:r w:rsidRPr="0092023E">
        <w:rPr>
          <w:lang w:val="ru-RU"/>
        </w:rPr>
        <w:br/>
      </w:r>
      <w:r w:rsidRPr="0092023E">
        <w:rPr>
          <w:lang w:val="ru-RU"/>
        </w:rPr>
        <w:tab/>
      </w:r>
      <w:r w:rsidRPr="0092023E">
        <w:rPr>
          <w:rFonts w:ascii="Times New Roman" w:eastAsia="Times New Roman" w:hAnsi="Times New Roman"/>
          <w:color w:val="000000"/>
          <w:sz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w:t>
      </w:r>
    </w:p>
    <w:p w:rsidR="00BD1D13" w:rsidRPr="0092023E" w:rsidRDefault="00BD1D13">
      <w:pPr>
        <w:rPr>
          <w:lang w:val="ru-RU"/>
        </w:rPr>
        <w:sectPr w:rsidR="00BD1D13" w:rsidRPr="0092023E">
          <w:pgSz w:w="11900" w:h="16840"/>
          <w:pgMar w:top="298" w:right="632" w:bottom="312" w:left="666" w:header="720" w:footer="720" w:gutter="0"/>
          <w:cols w:space="720" w:equalWidth="0">
            <w:col w:w="10602" w:space="0"/>
          </w:cols>
          <w:docGrid w:linePitch="360"/>
        </w:sectPr>
      </w:pPr>
    </w:p>
    <w:p w:rsidR="00BD1D13" w:rsidRPr="0092023E" w:rsidRDefault="00BD1D13">
      <w:pPr>
        <w:autoSpaceDE w:val="0"/>
        <w:autoSpaceDN w:val="0"/>
        <w:spacing w:after="72" w:line="220" w:lineRule="exact"/>
        <w:rPr>
          <w:lang w:val="ru-RU"/>
        </w:rPr>
      </w:pPr>
    </w:p>
    <w:p w:rsidR="00BD1D13" w:rsidRPr="0092023E" w:rsidRDefault="00FC3B1F">
      <w:pPr>
        <w:autoSpaceDE w:val="0"/>
        <w:autoSpaceDN w:val="0"/>
        <w:spacing w:after="0" w:line="230" w:lineRule="auto"/>
        <w:rPr>
          <w:lang w:val="ru-RU"/>
        </w:rPr>
      </w:pPr>
      <w:r w:rsidRPr="0092023E">
        <w:rPr>
          <w:rFonts w:ascii="Times New Roman" w:eastAsia="Times New Roman" w:hAnsi="Times New Roman"/>
          <w:color w:val="000000"/>
          <w:sz w:val="24"/>
          <w:lang w:val="ru-RU"/>
        </w:rPr>
        <w:t>Правомерное поведение. Правовая культура личности.</w:t>
      </w:r>
    </w:p>
    <w:p w:rsidR="00BD1D13" w:rsidRPr="0092023E" w:rsidRDefault="00FC3B1F">
      <w:pPr>
        <w:tabs>
          <w:tab w:val="left" w:pos="180"/>
        </w:tabs>
        <w:autoSpaceDE w:val="0"/>
        <w:autoSpaceDN w:val="0"/>
        <w:spacing w:before="70" w:after="0" w:line="262" w:lineRule="auto"/>
        <w:ind w:right="1152"/>
        <w:rPr>
          <w:lang w:val="ru-RU"/>
        </w:rPr>
      </w:pPr>
      <w:r w:rsidRPr="0092023E">
        <w:rPr>
          <w:lang w:val="ru-RU"/>
        </w:rPr>
        <w:tab/>
      </w:r>
      <w:r w:rsidRPr="0092023E">
        <w:rPr>
          <w:rFonts w:ascii="Times New Roman" w:eastAsia="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w:t>
      </w:r>
    </w:p>
    <w:p w:rsidR="00BD1D13" w:rsidRPr="0092023E" w:rsidRDefault="00FC3B1F">
      <w:pPr>
        <w:autoSpaceDE w:val="0"/>
        <w:autoSpaceDN w:val="0"/>
        <w:spacing w:before="70" w:after="0" w:line="271" w:lineRule="auto"/>
        <w:ind w:right="144" w:firstLine="180"/>
        <w:rPr>
          <w:lang w:val="ru-RU"/>
        </w:rPr>
      </w:pPr>
      <w:r w:rsidRPr="0092023E">
        <w:rPr>
          <w:rFonts w:ascii="Times New Roman" w:eastAsia="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BD1D13" w:rsidRPr="0092023E" w:rsidRDefault="00FC3B1F">
      <w:pPr>
        <w:tabs>
          <w:tab w:val="left" w:pos="180"/>
        </w:tabs>
        <w:autoSpaceDE w:val="0"/>
        <w:autoSpaceDN w:val="0"/>
        <w:spacing w:before="190" w:after="0" w:line="271" w:lineRule="auto"/>
        <w:ind w:right="576"/>
        <w:rPr>
          <w:lang w:val="ru-RU"/>
        </w:rPr>
      </w:pPr>
      <w:r w:rsidRPr="0092023E">
        <w:rPr>
          <w:lang w:val="ru-RU"/>
        </w:rPr>
        <w:tab/>
      </w:r>
      <w:r w:rsidRPr="0092023E">
        <w:rPr>
          <w:rFonts w:ascii="Times New Roman" w:eastAsia="Times New Roman" w:hAnsi="Times New Roman"/>
          <w:b/>
          <w:color w:val="000000"/>
          <w:sz w:val="24"/>
          <w:lang w:val="ru-RU"/>
        </w:rPr>
        <w:t xml:space="preserve">Основы российского права </w:t>
      </w:r>
      <w:r w:rsidRPr="0092023E">
        <w:rPr>
          <w:lang w:val="ru-RU"/>
        </w:rPr>
        <w:br/>
      </w:r>
      <w:r w:rsidRPr="0092023E">
        <w:rPr>
          <w:lang w:val="ru-RU"/>
        </w:rPr>
        <w:tab/>
      </w:r>
      <w:r w:rsidRPr="0092023E">
        <w:rPr>
          <w:rFonts w:ascii="Times New Roman" w:eastAsia="Times New Roman" w:hAnsi="Times New Roman"/>
          <w:color w:val="000000"/>
          <w:sz w:val="24"/>
          <w:lang w:val="ru-RU"/>
        </w:rPr>
        <w:t>Конституция Российской Федерации — основной закон. Законы и подзаконные акты. Отрасли права.</w:t>
      </w:r>
    </w:p>
    <w:p w:rsidR="00BD1D13" w:rsidRPr="0092023E" w:rsidRDefault="00FC3B1F">
      <w:pPr>
        <w:tabs>
          <w:tab w:val="left" w:pos="180"/>
        </w:tabs>
        <w:autoSpaceDE w:val="0"/>
        <w:autoSpaceDN w:val="0"/>
        <w:spacing w:before="72" w:after="0" w:line="262" w:lineRule="auto"/>
        <w:ind w:right="864"/>
        <w:rPr>
          <w:lang w:val="ru-RU"/>
        </w:rPr>
      </w:pPr>
      <w:r w:rsidRPr="0092023E">
        <w:rPr>
          <w:lang w:val="ru-RU"/>
        </w:rPr>
        <w:tab/>
      </w:r>
      <w:r w:rsidRPr="0092023E">
        <w:rPr>
          <w:rFonts w:ascii="Times New Roman" w:eastAsia="Times New Roman" w:hAnsi="Times New Roman"/>
          <w:color w:val="000000"/>
          <w:sz w:val="24"/>
          <w:lang w:val="ru-RU"/>
        </w:rPr>
        <w:t>Основы гражданского права. Физические и юридические лица в гражданском праве. Право собственности, защита прав собственности.</w:t>
      </w:r>
    </w:p>
    <w:p w:rsidR="00BD1D13" w:rsidRPr="0092023E" w:rsidRDefault="00FC3B1F">
      <w:pPr>
        <w:tabs>
          <w:tab w:val="left" w:pos="180"/>
        </w:tabs>
        <w:autoSpaceDE w:val="0"/>
        <w:autoSpaceDN w:val="0"/>
        <w:spacing w:before="72" w:after="0" w:line="262" w:lineRule="auto"/>
        <w:ind w:right="288"/>
        <w:rPr>
          <w:lang w:val="ru-RU"/>
        </w:rPr>
      </w:pPr>
      <w:r w:rsidRPr="0092023E">
        <w:rPr>
          <w:lang w:val="ru-RU"/>
        </w:rPr>
        <w:tab/>
      </w:r>
      <w:r w:rsidRPr="0092023E">
        <w:rPr>
          <w:rFonts w:ascii="Times New Roman" w:eastAsia="Times New Roman" w:hAnsi="Times New Roman"/>
          <w:color w:val="000000"/>
          <w:sz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BD1D13" w:rsidRPr="0092023E" w:rsidRDefault="00FC3B1F">
      <w:pPr>
        <w:autoSpaceDE w:val="0"/>
        <w:autoSpaceDN w:val="0"/>
        <w:spacing w:before="70" w:after="0" w:line="271" w:lineRule="auto"/>
        <w:ind w:right="144" w:firstLine="180"/>
        <w:rPr>
          <w:lang w:val="ru-RU"/>
        </w:rPr>
      </w:pPr>
      <w:r w:rsidRPr="0092023E">
        <w:rPr>
          <w:rFonts w:ascii="Times New Roman" w:eastAsia="Times New Roman" w:hAnsi="Times New Roman"/>
          <w:color w:val="000000"/>
          <w:sz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BD1D13" w:rsidRPr="0092023E" w:rsidRDefault="00FC3B1F">
      <w:pPr>
        <w:tabs>
          <w:tab w:val="left" w:pos="180"/>
        </w:tabs>
        <w:autoSpaceDE w:val="0"/>
        <w:autoSpaceDN w:val="0"/>
        <w:spacing w:before="70" w:after="0" w:line="262" w:lineRule="auto"/>
        <w:ind w:right="864"/>
        <w:rPr>
          <w:lang w:val="ru-RU"/>
        </w:rPr>
      </w:pPr>
      <w:r w:rsidRPr="0092023E">
        <w:rPr>
          <w:lang w:val="ru-RU"/>
        </w:rPr>
        <w:tab/>
      </w:r>
      <w:r w:rsidRPr="0092023E">
        <w:rPr>
          <w:rFonts w:ascii="Times New Roman" w:eastAsia="Times New Roman" w:hAnsi="Times New Roman"/>
          <w:color w:val="000000"/>
          <w:sz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BD1D13" w:rsidRPr="0092023E" w:rsidRDefault="00FC3B1F">
      <w:pPr>
        <w:autoSpaceDE w:val="0"/>
        <w:autoSpaceDN w:val="0"/>
        <w:spacing w:before="70" w:after="0" w:line="230" w:lineRule="auto"/>
        <w:rPr>
          <w:lang w:val="ru-RU"/>
        </w:rPr>
      </w:pPr>
      <w:r w:rsidRPr="0092023E">
        <w:rPr>
          <w:rFonts w:ascii="Times New Roman" w:eastAsia="Times New Roman" w:hAnsi="Times New Roman"/>
          <w:color w:val="000000"/>
          <w:sz w:val="24"/>
          <w:lang w:val="ru-RU"/>
        </w:rPr>
        <w:t>Особенности правового статуса несовершеннолетних при осуществлении трудовой деятельности.</w:t>
      </w:r>
    </w:p>
    <w:p w:rsidR="00BD1D13" w:rsidRPr="0092023E" w:rsidRDefault="00FC3B1F">
      <w:pPr>
        <w:tabs>
          <w:tab w:val="left" w:pos="180"/>
        </w:tabs>
        <w:autoSpaceDE w:val="0"/>
        <w:autoSpaceDN w:val="0"/>
        <w:spacing w:before="70" w:after="0" w:line="262" w:lineRule="auto"/>
        <w:ind w:right="576"/>
        <w:rPr>
          <w:lang w:val="ru-RU"/>
        </w:rPr>
      </w:pPr>
      <w:r w:rsidRPr="0092023E">
        <w:rPr>
          <w:lang w:val="ru-RU"/>
        </w:rPr>
        <w:tab/>
      </w:r>
      <w:r w:rsidRPr="0092023E">
        <w:rPr>
          <w:rFonts w:ascii="Times New Roman" w:eastAsia="Times New Roman" w:hAnsi="Times New Roman"/>
          <w:color w:val="000000"/>
          <w:sz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w:t>
      </w:r>
    </w:p>
    <w:p w:rsidR="00BD1D13" w:rsidRPr="0092023E" w:rsidRDefault="00FC3B1F">
      <w:pPr>
        <w:autoSpaceDE w:val="0"/>
        <w:autoSpaceDN w:val="0"/>
        <w:spacing w:before="70" w:after="0" w:line="262" w:lineRule="auto"/>
        <w:ind w:right="1008"/>
        <w:rPr>
          <w:lang w:val="ru-RU"/>
        </w:rPr>
      </w:pPr>
      <w:r w:rsidRPr="0092023E">
        <w:rPr>
          <w:rFonts w:ascii="Times New Roman" w:eastAsia="Times New Roman" w:hAnsi="Times New Roman"/>
          <w:color w:val="000000"/>
          <w:sz w:val="24"/>
          <w:lang w:val="ru-RU"/>
        </w:rPr>
        <w:t>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BD1D13" w:rsidRPr="0092023E" w:rsidRDefault="00FC3B1F">
      <w:pPr>
        <w:tabs>
          <w:tab w:val="left" w:pos="180"/>
        </w:tabs>
        <w:autoSpaceDE w:val="0"/>
        <w:autoSpaceDN w:val="0"/>
        <w:spacing w:before="70" w:after="0" w:line="262" w:lineRule="auto"/>
        <w:ind w:right="432"/>
        <w:rPr>
          <w:lang w:val="ru-RU"/>
        </w:rPr>
      </w:pPr>
      <w:r w:rsidRPr="0092023E">
        <w:rPr>
          <w:lang w:val="ru-RU"/>
        </w:rPr>
        <w:tab/>
      </w:r>
      <w:r w:rsidRPr="0092023E">
        <w:rPr>
          <w:rFonts w:ascii="Times New Roman" w:eastAsia="Times New Roman" w:hAnsi="Times New Roman"/>
          <w:color w:val="000000"/>
          <w:sz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BD1D13" w:rsidRPr="0092023E" w:rsidRDefault="00FC3B1F">
      <w:pPr>
        <w:autoSpaceDE w:val="0"/>
        <w:autoSpaceDN w:val="0"/>
        <w:spacing w:before="262" w:after="0" w:line="230" w:lineRule="auto"/>
        <w:rPr>
          <w:lang w:val="ru-RU"/>
        </w:rPr>
      </w:pPr>
      <w:r w:rsidRPr="0092023E">
        <w:rPr>
          <w:rFonts w:ascii="Times New Roman" w:eastAsia="Times New Roman" w:hAnsi="Times New Roman"/>
          <w:b/>
          <w:color w:val="000000"/>
          <w:sz w:val="24"/>
          <w:lang w:val="ru-RU"/>
        </w:rPr>
        <w:t>8 КЛАСС</w:t>
      </w:r>
    </w:p>
    <w:p w:rsidR="00BD1D13" w:rsidRPr="0092023E" w:rsidRDefault="00FC3B1F">
      <w:pPr>
        <w:tabs>
          <w:tab w:val="left" w:pos="180"/>
        </w:tabs>
        <w:autoSpaceDE w:val="0"/>
        <w:autoSpaceDN w:val="0"/>
        <w:spacing w:before="166" w:after="0" w:line="271" w:lineRule="auto"/>
        <w:rPr>
          <w:lang w:val="ru-RU"/>
        </w:rPr>
      </w:pPr>
      <w:r w:rsidRPr="0092023E">
        <w:rPr>
          <w:lang w:val="ru-RU"/>
        </w:rPr>
        <w:tab/>
      </w:r>
      <w:r w:rsidRPr="0092023E">
        <w:rPr>
          <w:rFonts w:ascii="Times New Roman" w:eastAsia="Times New Roman" w:hAnsi="Times New Roman"/>
          <w:b/>
          <w:color w:val="000000"/>
          <w:sz w:val="24"/>
          <w:lang w:val="ru-RU"/>
        </w:rPr>
        <w:t xml:space="preserve">Человек в экономических отношениях </w:t>
      </w:r>
      <w:r w:rsidRPr="0092023E">
        <w:rPr>
          <w:lang w:val="ru-RU"/>
        </w:rPr>
        <w:br/>
      </w:r>
      <w:r w:rsidRPr="0092023E">
        <w:rPr>
          <w:lang w:val="ru-RU"/>
        </w:rPr>
        <w:tab/>
      </w:r>
      <w:r w:rsidRPr="0092023E">
        <w:rPr>
          <w:rFonts w:ascii="Times New Roman" w:eastAsia="Times New Roman" w:hAnsi="Times New Roman"/>
          <w:color w:val="000000"/>
          <w:sz w:val="24"/>
          <w:lang w:val="ru-RU"/>
        </w:rPr>
        <w:t>Экономическая жизнь общества. Потребности и ресурсы, ограниченность ресурсов. Экономический выбор.</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Экономическая система и её функции. Собственность.</w:t>
      </w:r>
    </w:p>
    <w:p w:rsidR="00BD1D13" w:rsidRPr="0092023E" w:rsidRDefault="00FC3B1F">
      <w:pPr>
        <w:tabs>
          <w:tab w:val="left" w:pos="180"/>
        </w:tabs>
        <w:autoSpaceDE w:val="0"/>
        <w:autoSpaceDN w:val="0"/>
        <w:spacing w:before="72" w:after="0" w:line="262" w:lineRule="auto"/>
        <w:ind w:right="288"/>
        <w:rPr>
          <w:lang w:val="ru-RU"/>
        </w:rPr>
      </w:pPr>
      <w:r w:rsidRPr="0092023E">
        <w:rPr>
          <w:lang w:val="ru-RU"/>
        </w:rPr>
        <w:tab/>
      </w:r>
      <w:r w:rsidRPr="0092023E">
        <w:rPr>
          <w:rFonts w:ascii="Times New Roman" w:eastAsia="Times New Roman" w:hAnsi="Times New Roman"/>
          <w:color w:val="000000"/>
          <w:sz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Предпринимательство. Виды и формы предпринимательской деятельности.</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Обмен. Деньги и их функции. Торговля и её формы.</w:t>
      </w:r>
    </w:p>
    <w:p w:rsidR="00BD1D13" w:rsidRPr="0092023E" w:rsidRDefault="00FC3B1F">
      <w:pPr>
        <w:tabs>
          <w:tab w:val="left" w:pos="180"/>
        </w:tabs>
        <w:autoSpaceDE w:val="0"/>
        <w:autoSpaceDN w:val="0"/>
        <w:spacing w:before="70" w:after="0" w:line="262" w:lineRule="auto"/>
        <w:ind w:right="144"/>
        <w:rPr>
          <w:lang w:val="ru-RU"/>
        </w:rPr>
      </w:pPr>
      <w:r w:rsidRPr="0092023E">
        <w:rPr>
          <w:lang w:val="ru-RU"/>
        </w:rPr>
        <w:tab/>
      </w:r>
      <w:r w:rsidRPr="0092023E">
        <w:rPr>
          <w:rFonts w:ascii="Times New Roman" w:eastAsia="Times New Roman" w:hAnsi="Times New Roman"/>
          <w:color w:val="000000"/>
          <w:sz w:val="24"/>
          <w:lang w:val="ru-RU"/>
        </w:rPr>
        <w:t>Рыночная экономика. Конкуренция. Спрос и предложение. Рыночное равновесие. Невидимая рука рынка. Многообразие рынков.</w:t>
      </w:r>
    </w:p>
    <w:p w:rsidR="00BD1D13" w:rsidRPr="0092023E" w:rsidRDefault="00FC3B1F">
      <w:pPr>
        <w:tabs>
          <w:tab w:val="left" w:pos="180"/>
        </w:tabs>
        <w:autoSpaceDE w:val="0"/>
        <w:autoSpaceDN w:val="0"/>
        <w:spacing w:before="70" w:after="0" w:line="262" w:lineRule="auto"/>
        <w:ind w:right="1152"/>
        <w:rPr>
          <w:lang w:val="ru-RU"/>
        </w:rPr>
      </w:pPr>
      <w:r w:rsidRPr="0092023E">
        <w:rPr>
          <w:lang w:val="ru-RU"/>
        </w:rPr>
        <w:tab/>
      </w:r>
      <w:r w:rsidRPr="0092023E">
        <w:rPr>
          <w:rFonts w:ascii="Times New Roman" w:eastAsia="Times New Roman" w:hAnsi="Times New Roman"/>
          <w:color w:val="000000"/>
          <w:sz w:val="24"/>
          <w:lang w:val="ru-RU"/>
        </w:rPr>
        <w:t>Предприятие в экономике. Издержки, выручка и прибыль. Как повысить эффективность производства.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Заработная плата и стимулирование труда. Занятость и безработица.</w:t>
      </w:r>
    </w:p>
    <w:p w:rsidR="00BD1D13" w:rsidRPr="0092023E" w:rsidRDefault="00FC3B1F">
      <w:pPr>
        <w:tabs>
          <w:tab w:val="left" w:pos="180"/>
        </w:tabs>
        <w:autoSpaceDE w:val="0"/>
        <w:autoSpaceDN w:val="0"/>
        <w:spacing w:before="70" w:after="0" w:line="262" w:lineRule="auto"/>
        <w:ind w:right="720"/>
        <w:rPr>
          <w:lang w:val="ru-RU"/>
        </w:rPr>
      </w:pPr>
      <w:r w:rsidRPr="0092023E">
        <w:rPr>
          <w:lang w:val="ru-RU"/>
        </w:rPr>
        <w:tab/>
      </w:r>
      <w:r w:rsidRPr="0092023E">
        <w:rPr>
          <w:rFonts w:ascii="Times New Roman" w:eastAsia="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Основные типы финансовых инструментов: акции и облигации.</w:t>
      </w:r>
    </w:p>
    <w:p w:rsidR="00BD1D13" w:rsidRPr="0092023E" w:rsidRDefault="00FC3B1F">
      <w:pPr>
        <w:autoSpaceDE w:val="0"/>
        <w:autoSpaceDN w:val="0"/>
        <w:spacing w:before="70" w:after="0" w:line="271" w:lineRule="auto"/>
        <w:ind w:firstLine="180"/>
        <w:rPr>
          <w:lang w:val="ru-RU"/>
        </w:rPr>
      </w:pPr>
      <w:r w:rsidRPr="0092023E">
        <w:rPr>
          <w:rFonts w:ascii="Times New Roman" w:eastAsia="Times New Roman" w:hAnsi="Times New Roman"/>
          <w:color w:val="000000"/>
          <w:sz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BD1D13" w:rsidRPr="0092023E" w:rsidRDefault="00BD1D13">
      <w:pPr>
        <w:rPr>
          <w:lang w:val="ru-RU"/>
        </w:rPr>
        <w:sectPr w:rsidR="00BD1D13" w:rsidRPr="0092023E">
          <w:pgSz w:w="11900" w:h="16840"/>
          <w:pgMar w:top="292" w:right="714" w:bottom="398" w:left="666" w:header="720" w:footer="720" w:gutter="0"/>
          <w:cols w:space="720" w:equalWidth="0">
            <w:col w:w="10520" w:space="0"/>
          </w:cols>
          <w:docGrid w:linePitch="360"/>
        </w:sectPr>
      </w:pPr>
    </w:p>
    <w:p w:rsidR="00BD1D13" w:rsidRPr="0092023E" w:rsidRDefault="00BD1D13">
      <w:pPr>
        <w:autoSpaceDE w:val="0"/>
        <w:autoSpaceDN w:val="0"/>
        <w:spacing w:after="78" w:line="220" w:lineRule="exact"/>
        <w:rPr>
          <w:lang w:val="ru-RU"/>
        </w:rPr>
      </w:pPr>
    </w:p>
    <w:p w:rsidR="00BD1D13" w:rsidRPr="0092023E" w:rsidRDefault="00FC3B1F">
      <w:pPr>
        <w:autoSpaceDE w:val="0"/>
        <w:autoSpaceDN w:val="0"/>
        <w:spacing w:after="0" w:line="271" w:lineRule="auto"/>
        <w:ind w:firstLine="180"/>
        <w:rPr>
          <w:lang w:val="ru-RU"/>
        </w:rPr>
      </w:pPr>
      <w:r w:rsidRPr="0092023E">
        <w:rPr>
          <w:rFonts w:ascii="Times New Roman" w:eastAsia="Times New Roman" w:hAnsi="Times New Roman"/>
          <w:color w:val="000000"/>
          <w:sz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Экономические цели и функции государства. Налоги. Доходы и расходы государства.</w:t>
      </w:r>
    </w:p>
    <w:p w:rsidR="00BD1D13" w:rsidRPr="0092023E" w:rsidRDefault="00FC3B1F">
      <w:pPr>
        <w:autoSpaceDE w:val="0"/>
        <w:autoSpaceDN w:val="0"/>
        <w:spacing w:before="70" w:after="0" w:line="262" w:lineRule="auto"/>
        <w:ind w:right="144"/>
        <w:rPr>
          <w:lang w:val="ru-RU"/>
        </w:rPr>
      </w:pPr>
      <w:r w:rsidRPr="0092023E">
        <w:rPr>
          <w:rFonts w:ascii="Times New Roman" w:eastAsia="Times New Roman" w:hAnsi="Times New Roman"/>
          <w:color w:val="000000"/>
          <w:sz w:val="24"/>
          <w:lang w:val="ru-RU"/>
        </w:rPr>
        <w:t>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BD1D13" w:rsidRPr="0092023E" w:rsidRDefault="00FC3B1F">
      <w:pPr>
        <w:tabs>
          <w:tab w:val="left" w:pos="180"/>
        </w:tabs>
        <w:autoSpaceDE w:val="0"/>
        <w:autoSpaceDN w:val="0"/>
        <w:spacing w:before="190" w:after="0" w:line="271" w:lineRule="auto"/>
        <w:ind w:right="432"/>
        <w:rPr>
          <w:lang w:val="ru-RU"/>
        </w:rPr>
      </w:pPr>
      <w:r w:rsidRPr="0092023E">
        <w:rPr>
          <w:lang w:val="ru-RU"/>
        </w:rPr>
        <w:tab/>
      </w:r>
      <w:r w:rsidRPr="0092023E">
        <w:rPr>
          <w:rFonts w:ascii="Times New Roman" w:eastAsia="Times New Roman" w:hAnsi="Times New Roman"/>
          <w:b/>
          <w:color w:val="000000"/>
          <w:sz w:val="24"/>
          <w:lang w:val="ru-RU"/>
        </w:rPr>
        <w:t xml:space="preserve">Человек в мире культуры </w:t>
      </w:r>
      <w:r w:rsidRPr="0092023E">
        <w:rPr>
          <w:lang w:val="ru-RU"/>
        </w:rPr>
        <w:br/>
      </w:r>
      <w:r w:rsidRPr="0092023E">
        <w:rPr>
          <w:lang w:val="ru-RU"/>
        </w:rPr>
        <w:tab/>
      </w:r>
      <w:r w:rsidRPr="0092023E">
        <w:rPr>
          <w:rFonts w:ascii="Times New Roman" w:eastAsia="Times New Roman" w:hAnsi="Times New Roman"/>
          <w:color w:val="000000"/>
          <w:sz w:val="24"/>
          <w:lang w:val="ru-RU"/>
        </w:rPr>
        <w:t>Культура, её многообразие и формы. Влияние духовной культуры на формирование личности. Современная молодёжная культура.</w:t>
      </w:r>
    </w:p>
    <w:p w:rsidR="00BD1D13" w:rsidRPr="0092023E" w:rsidRDefault="00FC3B1F">
      <w:pPr>
        <w:autoSpaceDE w:val="0"/>
        <w:autoSpaceDN w:val="0"/>
        <w:spacing w:before="72" w:after="0" w:line="230" w:lineRule="auto"/>
        <w:ind w:left="180"/>
        <w:rPr>
          <w:lang w:val="ru-RU"/>
        </w:rPr>
      </w:pPr>
      <w:r w:rsidRPr="0092023E">
        <w:rPr>
          <w:rFonts w:ascii="Times New Roman" w:eastAsia="Times New Roman" w:hAnsi="Times New Roman"/>
          <w:color w:val="000000"/>
          <w:sz w:val="24"/>
          <w:lang w:val="ru-RU"/>
        </w:rPr>
        <w:t>Наука. Естественные и социально-гуманитарные науки. Роль науки в развитии общества.</w:t>
      </w:r>
    </w:p>
    <w:p w:rsidR="00BD1D13" w:rsidRPr="0092023E" w:rsidRDefault="00FC3B1F">
      <w:pPr>
        <w:tabs>
          <w:tab w:val="left" w:pos="180"/>
        </w:tabs>
        <w:autoSpaceDE w:val="0"/>
        <w:autoSpaceDN w:val="0"/>
        <w:spacing w:before="72" w:after="0" w:line="262" w:lineRule="auto"/>
        <w:ind w:right="576"/>
        <w:rPr>
          <w:lang w:val="ru-RU"/>
        </w:rPr>
      </w:pPr>
      <w:r w:rsidRPr="0092023E">
        <w:rPr>
          <w:lang w:val="ru-RU"/>
        </w:rPr>
        <w:tab/>
      </w:r>
      <w:r w:rsidRPr="0092023E">
        <w:rPr>
          <w:rFonts w:ascii="Times New Roman" w:eastAsia="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Политика в сфере культуры и образования в Российской Федерации.</w:t>
      </w:r>
    </w:p>
    <w:p w:rsidR="00BD1D13" w:rsidRPr="0092023E" w:rsidRDefault="00FC3B1F">
      <w:pPr>
        <w:autoSpaceDE w:val="0"/>
        <w:autoSpaceDN w:val="0"/>
        <w:spacing w:before="70" w:after="0" w:line="271" w:lineRule="auto"/>
        <w:ind w:right="864" w:firstLine="180"/>
        <w:rPr>
          <w:lang w:val="ru-RU"/>
        </w:rPr>
      </w:pPr>
      <w:r w:rsidRPr="0092023E">
        <w:rPr>
          <w:rFonts w:ascii="Times New Roman" w:eastAsia="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Что такое искусство. Виды искусств. Роль искусства в жизни человека и общества.</w:t>
      </w:r>
    </w:p>
    <w:p w:rsidR="00BD1D13" w:rsidRPr="0092023E" w:rsidRDefault="00FC3B1F">
      <w:pPr>
        <w:tabs>
          <w:tab w:val="left" w:pos="180"/>
        </w:tabs>
        <w:autoSpaceDE w:val="0"/>
        <w:autoSpaceDN w:val="0"/>
        <w:spacing w:before="70" w:after="0" w:line="262" w:lineRule="auto"/>
        <w:rPr>
          <w:lang w:val="ru-RU"/>
        </w:rPr>
      </w:pPr>
      <w:r w:rsidRPr="0092023E">
        <w:rPr>
          <w:lang w:val="ru-RU"/>
        </w:rPr>
        <w:tab/>
      </w:r>
      <w:r w:rsidRPr="0092023E">
        <w:rPr>
          <w:rFonts w:ascii="Times New Roman" w:eastAsia="Times New Roman" w:hAnsi="Times New Roman"/>
          <w:color w:val="000000"/>
          <w:sz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BD1D13" w:rsidRPr="0092023E" w:rsidRDefault="00FC3B1F">
      <w:pPr>
        <w:autoSpaceDE w:val="0"/>
        <w:autoSpaceDN w:val="0"/>
        <w:spacing w:before="262" w:after="0" w:line="230" w:lineRule="auto"/>
        <w:rPr>
          <w:lang w:val="ru-RU"/>
        </w:rPr>
      </w:pPr>
      <w:r w:rsidRPr="0092023E">
        <w:rPr>
          <w:rFonts w:ascii="Times New Roman" w:eastAsia="Times New Roman" w:hAnsi="Times New Roman"/>
          <w:b/>
          <w:color w:val="000000"/>
          <w:sz w:val="24"/>
          <w:lang w:val="ru-RU"/>
        </w:rPr>
        <w:t>9 КЛАСС</w:t>
      </w:r>
    </w:p>
    <w:p w:rsidR="00BD1D13" w:rsidRPr="0092023E" w:rsidRDefault="00FC3B1F">
      <w:pPr>
        <w:tabs>
          <w:tab w:val="left" w:pos="180"/>
        </w:tabs>
        <w:autoSpaceDE w:val="0"/>
        <w:autoSpaceDN w:val="0"/>
        <w:spacing w:before="166" w:after="0" w:line="271" w:lineRule="auto"/>
        <w:ind w:right="288"/>
        <w:rPr>
          <w:lang w:val="ru-RU"/>
        </w:rPr>
      </w:pPr>
      <w:r w:rsidRPr="0092023E">
        <w:rPr>
          <w:lang w:val="ru-RU"/>
        </w:rPr>
        <w:tab/>
      </w:r>
      <w:r w:rsidRPr="0092023E">
        <w:rPr>
          <w:rFonts w:ascii="Times New Roman" w:eastAsia="Times New Roman" w:hAnsi="Times New Roman"/>
          <w:b/>
          <w:color w:val="000000"/>
          <w:sz w:val="24"/>
          <w:lang w:val="ru-RU"/>
        </w:rPr>
        <w:t xml:space="preserve">Человек в политическом измерении </w:t>
      </w:r>
      <w:r w:rsidRPr="0092023E">
        <w:rPr>
          <w:lang w:val="ru-RU"/>
        </w:rPr>
        <w:br/>
      </w:r>
      <w:r w:rsidRPr="0092023E">
        <w:rPr>
          <w:lang w:val="ru-RU"/>
        </w:rPr>
        <w:tab/>
      </w:r>
      <w:r w:rsidRPr="0092023E">
        <w:rPr>
          <w:rFonts w:ascii="Times New Roman" w:eastAsia="Times New Roman" w:hAnsi="Times New Roman"/>
          <w:color w:val="000000"/>
          <w:sz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BD1D13" w:rsidRPr="0092023E" w:rsidRDefault="00FC3B1F">
      <w:pPr>
        <w:tabs>
          <w:tab w:val="left" w:pos="180"/>
        </w:tabs>
        <w:autoSpaceDE w:val="0"/>
        <w:autoSpaceDN w:val="0"/>
        <w:spacing w:before="70" w:after="0" w:line="262" w:lineRule="auto"/>
        <w:ind w:right="1008"/>
        <w:rPr>
          <w:lang w:val="ru-RU"/>
        </w:rPr>
      </w:pPr>
      <w:r w:rsidRPr="0092023E">
        <w:rPr>
          <w:lang w:val="ru-RU"/>
        </w:rPr>
        <w:tab/>
      </w:r>
      <w:r w:rsidRPr="0092023E">
        <w:rPr>
          <w:rFonts w:ascii="Times New Roman" w:eastAsia="Times New Roman" w:hAnsi="Times New Roman"/>
          <w:color w:val="000000"/>
          <w:sz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Политический режим и его виды.</w:t>
      </w:r>
    </w:p>
    <w:p w:rsidR="00BD1D13" w:rsidRPr="0092023E" w:rsidRDefault="00FC3B1F">
      <w:pPr>
        <w:autoSpaceDE w:val="0"/>
        <w:autoSpaceDN w:val="0"/>
        <w:spacing w:before="70" w:after="0" w:line="262" w:lineRule="auto"/>
        <w:ind w:left="180" w:right="1008"/>
        <w:rPr>
          <w:lang w:val="ru-RU"/>
        </w:rPr>
      </w:pPr>
      <w:r w:rsidRPr="0092023E">
        <w:rPr>
          <w:rFonts w:ascii="Times New Roman" w:eastAsia="Times New Roman" w:hAnsi="Times New Roman"/>
          <w:color w:val="000000"/>
          <w:sz w:val="24"/>
          <w:lang w:val="ru-RU"/>
        </w:rPr>
        <w:t>Демократия, демократические ценности. Правовое государство и гражданское общество. Участие граждан в политике. Выборы, референдум.</w:t>
      </w:r>
    </w:p>
    <w:p w:rsidR="00BD1D13" w:rsidRPr="0092023E" w:rsidRDefault="00FC3B1F">
      <w:pPr>
        <w:tabs>
          <w:tab w:val="left" w:pos="180"/>
        </w:tabs>
        <w:autoSpaceDE w:val="0"/>
        <w:autoSpaceDN w:val="0"/>
        <w:spacing w:before="70" w:after="0" w:line="262" w:lineRule="auto"/>
        <w:ind w:right="1008"/>
        <w:rPr>
          <w:lang w:val="ru-RU"/>
        </w:rPr>
      </w:pPr>
      <w:r w:rsidRPr="0092023E">
        <w:rPr>
          <w:lang w:val="ru-RU"/>
        </w:rPr>
        <w:tab/>
      </w:r>
      <w:r w:rsidRPr="0092023E">
        <w:rPr>
          <w:rFonts w:ascii="Times New Roman" w:eastAsia="Times New Roman" w:hAnsi="Times New Roman"/>
          <w:color w:val="000000"/>
          <w:sz w:val="24"/>
          <w:lang w:val="ru-RU"/>
        </w:rPr>
        <w:t>Политические партии, их роль в демократическом обществе. Общественно-политические организации.</w:t>
      </w:r>
    </w:p>
    <w:p w:rsidR="00BD1D13" w:rsidRPr="0092023E" w:rsidRDefault="00FC3B1F">
      <w:pPr>
        <w:tabs>
          <w:tab w:val="left" w:pos="180"/>
        </w:tabs>
        <w:autoSpaceDE w:val="0"/>
        <w:autoSpaceDN w:val="0"/>
        <w:spacing w:before="192" w:after="0" w:line="271" w:lineRule="auto"/>
        <w:rPr>
          <w:lang w:val="ru-RU"/>
        </w:rPr>
      </w:pPr>
      <w:r w:rsidRPr="0092023E">
        <w:rPr>
          <w:lang w:val="ru-RU"/>
        </w:rPr>
        <w:tab/>
      </w:r>
      <w:r w:rsidRPr="0092023E">
        <w:rPr>
          <w:rFonts w:ascii="Times New Roman" w:eastAsia="Times New Roman" w:hAnsi="Times New Roman"/>
          <w:b/>
          <w:color w:val="000000"/>
          <w:sz w:val="24"/>
          <w:lang w:val="ru-RU"/>
        </w:rPr>
        <w:t xml:space="preserve">Гражданин и государство </w:t>
      </w:r>
      <w:r w:rsidRPr="0092023E">
        <w:rPr>
          <w:lang w:val="ru-RU"/>
        </w:rPr>
        <w:br/>
      </w:r>
      <w:r w:rsidRPr="0092023E">
        <w:rPr>
          <w:lang w:val="ru-RU"/>
        </w:rPr>
        <w:tab/>
      </w:r>
      <w:r w:rsidRPr="0092023E">
        <w:rPr>
          <w:rFonts w:ascii="Times New Roman" w:eastAsia="Times New Roman" w:hAnsi="Times New Roman"/>
          <w:color w:val="000000"/>
          <w:sz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w:t>
      </w:r>
    </w:p>
    <w:p w:rsidR="00BD1D13" w:rsidRPr="0092023E" w:rsidRDefault="00FC3B1F">
      <w:pPr>
        <w:autoSpaceDE w:val="0"/>
        <w:autoSpaceDN w:val="0"/>
        <w:spacing w:before="70" w:after="0" w:line="262" w:lineRule="auto"/>
        <w:ind w:right="432"/>
        <w:rPr>
          <w:lang w:val="ru-RU"/>
        </w:rPr>
      </w:pPr>
      <w:r w:rsidRPr="0092023E">
        <w:rPr>
          <w:rFonts w:ascii="Times New Roman" w:eastAsia="Times New Roman" w:hAnsi="Times New Roman"/>
          <w:color w:val="000000"/>
          <w:sz w:val="24"/>
          <w:lang w:val="ru-RU"/>
        </w:rPr>
        <w:t xml:space="preserve">Основные направления и приоритеты социальной политики российского государства. Россия </w:t>
      </w:r>
      <w:proofErr w:type="gramStart"/>
      <w:r w:rsidRPr="0092023E">
        <w:rPr>
          <w:rFonts w:ascii="Times New Roman" w:eastAsia="Times New Roman" w:hAnsi="Times New Roman"/>
          <w:color w:val="000000"/>
          <w:sz w:val="24"/>
          <w:lang w:val="ru-RU"/>
        </w:rPr>
        <w:t>—с</w:t>
      </w:r>
      <w:proofErr w:type="gramEnd"/>
      <w:r w:rsidRPr="0092023E">
        <w:rPr>
          <w:rFonts w:ascii="Times New Roman" w:eastAsia="Times New Roman" w:hAnsi="Times New Roman"/>
          <w:color w:val="000000"/>
          <w:sz w:val="24"/>
          <w:lang w:val="ru-RU"/>
        </w:rPr>
        <w:t>ветское государство.</w:t>
      </w:r>
    </w:p>
    <w:p w:rsidR="00BD1D13" w:rsidRPr="0092023E" w:rsidRDefault="00FC3B1F">
      <w:pPr>
        <w:autoSpaceDE w:val="0"/>
        <w:autoSpaceDN w:val="0"/>
        <w:spacing w:before="70" w:after="0" w:line="281" w:lineRule="auto"/>
        <w:ind w:right="576" w:firstLine="180"/>
        <w:rPr>
          <w:lang w:val="ru-RU"/>
        </w:rPr>
      </w:pPr>
      <w:r w:rsidRPr="0092023E">
        <w:rPr>
          <w:rFonts w:ascii="Times New Roman" w:eastAsia="Times New Roman" w:hAnsi="Times New Roman"/>
          <w:color w:val="000000"/>
          <w:sz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Государственное управление. Противодействие коррупции в Российской Федерации.</w:t>
      </w:r>
    </w:p>
    <w:p w:rsidR="00BD1D13" w:rsidRPr="0092023E" w:rsidRDefault="00FC3B1F">
      <w:pPr>
        <w:autoSpaceDE w:val="0"/>
        <w:autoSpaceDN w:val="0"/>
        <w:spacing w:before="70" w:after="0" w:line="271" w:lineRule="auto"/>
        <w:ind w:right="720" w:firstLine="180"/>
        <w:rPr>
          <w:lang w:val="ru-RU"/>
        </w:rPr>
      </w:pPr>
      <w:r w:rsidRPr="0092023E">
        <w:rPr>
          <w:rFonts w:ascii="Times New Roman" w:eastAsia="Times New Roman" w:hAnsi="Times New Roman"/>
          <w:color w:val="000000"/>
          <w:sz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Местное самоуправление.</w:t>
      </w:r>
    </w:p>
    <w:p w:rsidR="00BD1D13" w:rsidRPr="0092023E" w:rsidRDefault="00BD1D13">
      <w:pPr>
        <w:rPr>
          <w:lang w:val="ru-RU"/>
        </w:rPr>
        <w:sectPr w:rsidR="00BD1D13" w:rsidRPr="0092023E">
          <w:pgSz w:w="11900" w:h="16840"/>
          <w:pgMar w:top="298" w:right="770" w:bottom="332" w:left="666" w:header="720" w:footer="720" w:gutter="0"/>
          <w:cols w:space="720" w:equalWidth="0">
            <w:col w:w="10464" w:space="0"/>
          </w:cols>
          <w:docGrid w:linePitch="360"/>
        </w:sectPr>
      </w:pPr>
    </w:p>
    <w:p w:rsidR="00BD1D13" w:rsidRPr="0092023E" w:rsidRDefault="00BD1D13">
      <w:pPr>
        <w:autoSpaceDE w:val="0"/>
        <w:autoSpaceDN w:val="0"/>
        <w:spacing w:after="78" w:line="220" w:lineRule="exact"/>
        <w:rPr>
          <w:lang w:val="ru-RU"/>
        </w:rPr>
      </w:pPr>
    </w:p>
    <w:p w:rsidR="00BD1D13" w:rsidRPr="0092023E" w:rsidRDefault="00FC3B1F">
      <w:pPr>
        <w:autoSpaceDE w:val="0"/>
        <w:autoSpaceDN w:val="0"/>
        <w:spacing w:after="0" w:line="271" w:lineRule="auto"/>
        <w:ind w:right="432" w:firstLine="180"/>
        <w:rPr>
          <w:lang w:val="ru-RU"/>
        </w:rPr>
      </w:pPr>
      <w:r w:rsidRPr="0092023E">
        <w:rPr>
          <w:rFonts w:ascii="Times New Roman" w:eastAsia="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BD1D13" w:rsidRPr="0092023E" w:rsidRDefault="00FC3B1F">
      <w:pPr>
        <w:autoSpaceDE w:val="0"/>
        <w:autoSpaceDN w:val="0"/>
        <w:spacing w:before="190" w:after="0" w:line="262" w:lineRule="auto"/>
        <w:ind w:left="180" w:right="2016"/>
        <w:rPr>
          <w:lang w:val="ru-RU"/>
        </w:rPr>
      </w:pPr>
      <w:r w:rsidRPr="0092023E">
        <w:rPr>
          <w:rFonts w:ascii="Times New Roman" w:eastAsia="Times New Roman" w:hAnsi="Times New Roman"/>
          <w:b/>
          <w:color w:val="000000"/>
          <w:sz w:val="24"/>
          <w:lang w:val="ru-RU"/>
        </w:rPr>
        <w:t xml:space="preserve">Человек в системе социальных отношений </w:t>
      </w:r>
      <w:r w:rsidRPr="0092023E">
        <w:rPr>
          <w:lang w:val="ru-RU"/>
        </w:rPr>
        <w:br/>
      </w:r>
      <w:r w:rsidRPr="0092023E">
        <w:rPr>
          <w:rFonts w:ascii="Times New Roman" w:eastAsia="Times New Roman" w:hAnsi="Times New Roman"/>
          <w:color w:val="000000"/>
          <w:sz w:val="24"/>
          <w:lang w:val="ru-RU"/>
        </w:rPr>
        <w:t>Социальная структура общества. Многообразие социальных общностей и групп.</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Социальная мобильность.</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Социальный статус человека в обществе. Социальные роли. Ролевой набор подростка.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Социализация личности.</w:t>
      </w:r>
    </w:p>
    <w:p w:rsidR="00BD1D13" w:rsidRPr="0092023E" w:rsidRDefault="00FC3B1F">
      <w:pPr>
        <w:tabs>
          <w:tab w:val="left" w:pos="180"/>
        </w:tabs>
        <w:autoSpaceDE w:val="0"/>
        <w:autoSpaceDN w:val="0"/>
        <w:spacing w:before="70" w:after="0" w:line="262" w:lineRule="auto"/>
        <w:rPr>
          <w:lang w:val="ru-RU"/>
        </w:rPr>
      </w:pPr>
      <w:r w:rsidRPr="0092023E">
        <w:rPr>
          <w:lang w:val="ru-RU"/>
        </w:rPr>
        <w:tab/>
      </w:r>
      <w:r w:rsidRPr="0092023E">
        <w:rPr>
          <w:rFonts w:ascii="Times New Roman" w:eastAsia="Times New Roman" w:hAnsi="Times New Roman"/>
          <w:color w:val="000000"/>
          <w:sz w:val="24"/>
          <w:lang w:val="ru-RU"/>
        </w:rPr>
        <w:t>Роль семьи в социализации личности. Функции семьи. Семейные ценности. Основные роли членов семьи.</w:t>
      </w:r>
    </w:p>
    <w:p w:rsidR="00BD1D13" w:rsidRPr="0092023E" w:rsidRDefault="00FC3B1F">
      <w:pPr>
        <w:autoSpaceDE w:val="0"/>
        <w:autoSpaceDN w:val="0"/>
        <w:spacing w:before="72" w:after="0" w:line="262" w:lineRule="auto"/>
        <w:ind w:left="180" w:right="576"/>
        <w:rPr>
          <w:lang w:val="ru-RU"/>
        </w:rPr>
      </w:pPr>
      <w:r w:rsidRPr="0092023E">
        <w:rPr>
          <w:rFonts w:ascii="Times New Roman" w:eastAsia="Times New Roman" w:hAnsi="Times New Roman"/>
          <w:color w:val="000000"/>
          <w:sz w:val="24"/>
          <w:lang w:val="ru-RU"/>
        </w:rPr>
        <w:t>Этнос и нация. Россия — многонациональное государство. Этносы и нации в диалоге культур. Социальная политика Российского государства.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Социальные конфликты и пути их разрешения.</w:t>
      </w:r>
    </w:p>
    <w:p w:rsidR="00BD1D13" w:rsidRPr="0092023E" w:rsidRDefault="00FC3B1F">
      <w:pPr>
        <w:autoSpaceDE w:val="0"/>
        <w:autoSpaceDN w:val="0"/>
        <w:spacing w:before="70" w:after="0" w:line="271" w:lineRule="auto"/>
        <w:ind w:firstLine="180"/>
        <w:rPr>
          <w:lang w:val="ru-RU"/>
        </w:rPr>
      </w:pPr>
      <w:r w:rsidRPr="0092023E">
        <w:rPr>
          <w:rFonts w:ascii="Times New Roman" w:eastAsia="Times New Roman" w:hAnsi="Times New Roman"/>
          <w:color w:val="000000"/>
          <w:sz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BD1D13" w:rsidRPr="0092023E" w:rsidRDefault="00FC3B1F">
      <w:pPr>
        <w:tabs>
          <w:tab w:val="left" w:pos="180"/>
        </w:tabs>
        <w:autoSpaceDE w:val="0"/>
        <w:autoSpaceDN w:val="0"/>
        <w:spacing w:before="190" w:after="0"/>
        <w:ind w:right="288"/>
        <w:rPr>
          <w:lang w:val="ru-RU"/>
        </w:rPr>
      </w:pPr>
      <w:r w:rsidRPr="0092023E">
        <w:rPr>
          <w:lang w:val="ru-RU"/>
        </w:rPr>
        <w:tab/>
      </w:r>
      <w:r w:rsidRPr="0092023E">
        <w:rPr>
          <w:rFonts w:ascii="Times New Roman" w:eastAsia="Times New Roman" w:hAnsi="Times New Roman"/>
          <w:b/>
          <w:color w:val="000000"/>
          <w:sz w:val="24"/>
          <w:lang w:val="ru-RU"/>
        </w:rPr>
        <w:t xml:space="preserve">Человек в современном изменяющемся мире </w:t>
      </w:r>
      <w:r w:rsidRPr="0092023E">
        <w:rPr>
          <w:lang w:val="ru-RU"/>
        </w:rPr>
        <w:br/>
      </w:r>
      <w:r w:rsidRPr="0092023E">
        <w:rPr>
          <w:lang w:val="ru-RU"/>
        </w:rPr>
        <w:tab/>
      </w:r>
      <w:r w:rsidRPr="0092023E">
        <w:rPr>
          <w:rFonts w:ascii="Times New Roman" w:eastAsia="Times New Roman" w:hAnsi="Times New Roman"/>
          <w:color w:val="000000"/>
          <w:sz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Молодёжь — активный участник общественной жизни. Волонтёрское движение.</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Профессии настоящего и будущего. Непрерывное образование и карьера.</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Здоровый образ жизни. Социальная и личная значимость здорового образа жизни. Мода и спорт.</w:t>
      </w:r>
    </w:p>
    <w:p w:rsidR="00BD1D13" w:rsidRPr="0092023E" w:rsidRDefault="00FC3B1F">
      <w:pPr>
        <w:tabs>
          <w:tab w:val="left" w:pos="180"/>
        </w:tabs>
        <w:autoSpaceDE w:val="0"/>
        <w:autoSpaceDN w:val="0"/>
        <w:spacing w:before="70" w:after="0" w:line="262" w:lineRule="auto"/>
        <w:ind w:right="720"/>
        <w:rPr>
          <w:lang w:val="ru-RU"/>
        </w:rPr>
      </w:pPr>
      <w:r w:rsidRPr="0092023E">
        <w:rPr>
          <w:lang w:val="ru-RU"/>
        </w:rPr>
        <w:tab/>
      </w:r>
      <w:r w:rsidRPr="0092023E">
        <w:rPr>
          <w:rFonts w:ascii="Times New Roman" w:eastAsia="Times New Roman" w:hAnsi="Times New Roman"/>
          <w:color w:val="000000"/>
          <w:sz w:val="24"/>
          <w:lang w:val="ru-RU"/>
        </w:rPr>
        <w:t>Современные формы связи и коммуникации: как они изменили мир. Особенности общения в виртуальном пространстве.</w:t>
      </w:r>
    </w:p>
    <w:p w:rsidR="00BD1D13" w:rsidRPr="0092023E" w:rsidRDefault="00FC3B1F">
      <w:pPr>
        <w:autoSpaceDE w:val="0"/>
        <w:autoSpaceDN w:val="0"/>
        <w:spacing w:before="70" w:after="0" w:line="230" w:lineRule="auto"/>
        <w:ind w:left="180"/>
        <w:rPr>
          <w:lang w:val="ru-RU"/>
        </w:rPr>
      </w:pPr>
      <w:r w:rsidRPr="0092023E">
        <w:rPr>
          <w:rFonts w:ascii="Times New Roman" w:eastAsia="Times New Roman" w:hAnsi="Times New Roman"/>
          <w:color w:val="000000"/>
          <w:sz w:val="24"/>
          <w:lang w:val="ru-RU"/>
        </w:rPr>
        <w:t>Перспективы развития общества.</w:t>
      </w:r>
    </w:p>
    <w:p w:rsidR="00BD1D13" w:rsidRPr="0092023E" w:rsidRDefault="00BD1D13">
      <w:pPr>
        <w:rPr>
          <w:lang w:val="ru-RU"/>
        </w:rPr>
        <w:sectPr w:rsidR="00BD1D13" w:rsidRPr="0092023E">
          <w:pgSz w:w="11900" w:h="16840"/>
          <w:pgMar w:top="298" w:right="726" w:bottom="1440" w:left="666" w:header="720" w:footer="720" w:gutter="0"/>
          <w:cols w:space="720" w:equalWidth="0">
            <w:col w:w="10508" w:space="0"/>
          </w:cols>
          <w:docGrid w:linePitch="360"/>
        </w:sectPr>
      </w:pPr>
    </w:p>
    <w:p w:rsidR="00BD1D13" w:rsidRPr="0092023E" w:rsidRDefault="00BD1D13">
      <w:pPr>
        <w:autoSpaceDE w:val="0"/>
        <w:autoSpaceDN w:val="0"/>
        <w:spacing w:after="78" w:line="220" w:lineRule="exact"/>
        <w:rPr>
          <w:lang w:val="ru-RU"/>
        </w:rPr>
      </w:pPr>
    </w:p>
    <w:p w:rsidR="00BD1D13" w:rsidRPr="0092023E" w:rsidRDefault="009E76A4" w:rsidP="009E76A4">
      <w:pPr>
        <w:autoSpaceDE w:val="0"/>
        <w:autoSpaceDN w:val="0"/>
        <w:spacing w:after="0" w:line="230" w:lineRule="auto"/>
        <w:jc w:val="center"/>
        <w:rPr>
          <w:lang w:val="ru-RU"/>
        </w:rPr>
      </w:pPr>
      <w:r>
        <w:rPr>
          <w:rFonts w:ascii="Times New Roman" w:eastAsia="Times New Roman" w:hAnsi="Times New Roman"/>
          <w:b/>
          <w:color w:val="000000"/>
          <w:sz w:val="24"/>
        </w:rPr>
        <w:t>III</w:t>
      </w:r>
      <w:r w:rsidRPr="00C83776">
        <w:rPr>
          <w:rFonts w:ascii="Times New Roman" w:eastAsia="Times New Roman" w:hAnsi="Times New Roman"/>
          <w:b/>
          <w:color w:val="000000"/>
          <w:sz w:val="24"/>
          <w:lang w:val="ru-RU"/>
        </w:rPr>
        <w:t xml:space="preserve">. </w:t>
      </w:r>
      <w:r w:rsidR="00FC3B1F" w:rsidRPr="0092023E">
        <w:rPr>
          <w:rFonts w:ascii="Times New Roman" w:eastAsia="Times New Roman" w:hAnsi="Times New Roman"/>
          <w:b/>
          <w:color w:val="000000"/>
          <w:sz w:val="24"/>
          <w:lang w:val="ru-RU"/>
        </w:rPr>
        <w:t>ПЛАНИРУЕМЫЕ ОБРАЗОВАТЕЛЬНЫЕ РЕЗУЛЬТАТЫ</w:t>
      </w:r>
    </w:p>
    <w:p w:rsidR="00BD1D13" w:rsidRPr="0092023E" w:rsidRDefault="00FC3B1F">
      <w:pPr>
        <w:tabs>
          <w:tab w:val="left" w:pos="180"/>
        </w:tabs>
        <w:autoSpaceDE w:val="0"/>
        <w:autoSpaceDN w:val="0"/>
        <w:spacing w:before="346" w:after="0" w:line="262" w:lineRule="auto"/>
        <w:ind w:right="576"/>
        <w:rPr>
          <w:lang w:val="ru-RU"/>
        </w:rPr>
      </w:pPr>
      <w:r w:rsidRPr="0092023E">
        <w:rPr>
          <w:lang w:val="ru-RU"/>
        </w:rPr>
        <w:tab/>
      </w:r>
      <w:r w:rsidRPr="0092023E">
        <w:rPr>
          <w:rFonts w:ascii="Times New Roman" w:eastAsia="Times New Roman" w:hAnsi="Times New Roman"/>
          <w:color w:val="000000"/>
          <w:sz w:val="24"/>
          <w:lang w:val="ru-RU"/>
        </w:rPr>
        <w:t xml:space="preserve">Личностные и </w:t>
      </w:r>
      <w:proofErr w:type="spellStart"/>
      <w:r w:rsidRPr="0092023E">
        <w:rPr>
          <w:rFonts w:ascii="Times New Roman" w:eastAsia="Times New Roman" w:hAnsi="Times New Roman"/>
          <w:color w:val="000000"/>
          <w:sz w:val="24"/>
          <w:lang w:val="ru-RU"/>
        </w:rPr>
        <w:t>метапредметные</w:t>
      </w:r>
      <w:proofErr w:type="spellEnd"/>
      <w:r w:rsidRPr="0092023E">
        <w:rPr>
          <w:rFonts w:ascii="Times New Roman" w:eastAsia="Times New Roman" w:hAnsi="Times New Roman"/>
          <w:color w:val="000000"/>
          <w:sz w:val="24"/>
          <w:lang w:val="ru-RU"/>
        </w:rPr>
        <w:t xml:space="preserve"> результаты представлены с учётом особенностей преподавания обществознания в основной школе.</w:t>
      </w:r>
    </w:p>
    <w:p w:rsidR="00BD1D13" w:rsidRPr="0092023E" w:rsidRDefault="00FC3B1F">
      <w:pPr>
        <w:autoSpaceDE w:val="0"/>
        <w:autoSpaceDN w:val="0"/>
        <w:spacing w:before="70" w:after="0" w:line="286" w:lineRule="auto"/>
        <w:ind w:right="144" w:firstLine="180"/>
        <w:rPr>
          <w:lang w:val="ru-RU"/>
        </w:rPr>
      </w:pPr>
      <w:r w:rsidRPr="0092023E">
        <w:rPr>
          <w:rFonts w:ascii="Times New Roman" w:eastAsia="Times New Roman" w:hAnsi="Times New Roman"/>
          <w:color w:val="000000"/>
          <w:sz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BD1D13" w:rsidRPr="0092023E" w:rsidRDefault="00FC3B1F">
      <w:pPr>
        <w:autoSpaceDE w:val="0"/>
        <w:autoSpaceDN w:val="0"/>
        <w:spacing w:before="70" w:after="0" w:line="271" w:lineRule="auto"/>
        <w:ind w:right="288" w:firstLine="180"/>
        <w:rPr>
          <w:lang w:val="ru-RU"/>
        </w:rPr>
      </w:pPr>
      <w:r w:rsidRPr="0092023E">
        <w:rPr>
          <w:rFonts w:ascii="Times New Roman" w:eastAsia="Times New Roman" w:hAnsi="Times New Roman"/>
          <w:color w:val="000000"/>
          <w:sz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BD1D13" w:rsidRPr="0092023E" w:rsidRDefault="00FC3B1F">
      <w:pPr>
        <w:autoSpaceDE w:val="0"/>
        <w:autoSpaceDN w:val="0"/>
        <w:spacing w:before="262" w:after="0" w:line="230" w:lineRule="auto"/>
        <w:rPr>
          <w:lang w:val="ru-RU"/>
        </w:rPr>
      </w:pPr>
      <w:r w:rsidRPr="0092023E">
        <w:rPr>
          <w:rFonts w:ascii="Times New Roman" w:eastAsia="Times New Roman" w:hAnsi="Times New Roman"/>
          <w:b/>
          <w:color w:val="000000"/>
          <w:sz w:val="24"/>
          <w:lang w:val="ru-RU"/>
        </w:rPr>
        <w:t>ЛИЧНОСТНЫЕ РЕЗУЛЬТАТЫ</w:t>
      </w:r>
    </w:p>
    <w:p w:rsidR="00BD1D13" w:rsidRPr="0092023E" w:rsidRDefault="00FC3B1F">
      <w:pPr>
        <w:autoSpaceDE w:val="0"/>
        <w:autoSpaceDN w:val="0"/>
        <w:spacing w:before="166" w:after="0" w:line="283" w:lineRule="auto"/>
        <w:ind w:firstLine="180"/>
        <w:rPr>
          <w:lang w:val="ru-RU"/>
        </w:rPr>
      </w:pPr>
      <w:r w:rsidRPr="0092023E">
        <w:rPr>
          <w:rFonts w:ascii="Times New Roman" w:eastAsia="Times New Roman" w:hAnsi="Times New Roman"/>
          <w:color w:val="000000"/>
          <w:sz w:val="24"/>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92023E">
        <w:rPr>
          <w:rFonts w:ascii="Times New Roman" w:eastAsia="Times New Roman" w:hAnsi="Times New Roman"/>
          <w:color w:val="000000"/>
          <w:sz w:val="24"/>
          <w:lang w:val="ru-RU"/>
        </w:rPr>
        <w:t>по</w:t>
      </w:r>
      <w:proofErr w:type="gramEnd"/>
      <w:r w:rsidRPr="0092023E">
        <w:rPr>
          <w:rFonts w:ascii="Times New Roman" w:eastAsia="Times New Roman" w:hAnsi="Times New Roman"/>
          <w:color w:val="000000"/>
          <w:sz w:val="24"/>
          <w:lang w:val="ru-RU"/>
        </w:rPr>
        <w:t xml:space="preserve"> </w:t>
      </w:r>
      <w:proofErr w:type="gramStart"/>
      <w:r w:rsidRPr="0092023E">
        <w:rPr>
          <w:rFonts w:ascii="Times New Roman" w:eastAsia="Times New Roman" w:hAnsi="Times New Roman"/>
          <w:color w:val="000000"/>
          <w:sz w:val="24"/>
          <w:lang w:val="ru-RU"/>
        </w:rPr>
        <w:t>основным</w:t>
      </w:r>
      <w:proofErr w:type="gramEnd"/>
      <w:r w:rsidRPr="0092023E">
        <w:rPr>
          <w:rFonts w:ascii="Times New Roman" w:eastAsia="Times New Roman" w:hAnsi="Times New Roman"/>
          <w:color w:val="000000"/>
          <w:sz w:val="24"/>
          <w:lang w:val="ru-RU"/>
        </w:rPr>
        <w:t xml:space="preserve"> направлениям воспитательной деятельности, в том числе в части:</w:t>
      </w:r>
    </w:p>
    <w:p w:rsidR="00BD1D13" w:rsidRPr="0092023E" w:rsidRDefault="00FC3B1F">
      <w:pPr>
        <w:tabs>
          <w:tab w:val="left" w:pos="180"/>
        </w:tabs>
        <w:autoSpaceDE w:val="0"/>
        <w:autoSpaceDN w:val="0"/>
        <w:spacing w:before="190" w:after="0" w:line="286" w:lineRule="auto"/>
        <w:rPr>
          <w:lang w:val="ru-RU"/>
        </w:rPr>
      </w:pPr>
      <w:r w:rsidRPr="0092023E">
        <w:rPr>
          <w:lang w:val="ru-RU"/>
        </w:rPr>
        <w:tab/>
      </w:r>
      <w:r w:rsidRPr="0092023E">
        <w:rPr>
          <w:rFonts w:ascii="Times New Roman" w:eastAsia="Times New Roman" w:hAnsi="Times New Roman"/>
          <w:b/>
          <w:i/>
          <w:color w:val="000000"/>
          <w:sz w:val="24"/>
          <w:lang w:val="ru-RU"/>
        </w:rPr>
        <w:t xml:space="preserve">Гражданского воспитания: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92023E">
        <w:rPr>
          <w:rFonts w:ascii="Times New Roman" w:eastAsia="Times New Roman" w:hAnsi="Times New Roman"/>
          <w:color w:val="000000"/>
          <w:sz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92023E">
        <w:rPr>
          <w:rFonts w:ascii="Times New Roman" w:eastAsia="Times New Roman" w:hAnsi="Times New Roman"/>
          <w:color w:val="000000"/>
          <w:sz w:val="24"/>
          <w:lang w:val="ru-RU"/>
        </w:rPr>
        <w:t>волонтёрство</w:t>
      </w:r>
      <w:proofErr w:type="spellEnd"/>
      <w:r w:rsidRPr="0092023E">
        <w:rPr>
          <w:rFonts w:ascii="Times New Roman" w:eastAsia="Times New Roman" w:hAnsi="Times New Roman"/>
          <w:color w:val="000000"/>
          <w:sz w:val="24"/>
          <w:lang w:val="ru-RU"/>
        </w:rPr>
        <w:t>, помощь людям, нуждающимся в ней).</w:t>
      </w:r>
      <w:proofErr w:type="gramEnd"/>
    </w:p>
    <w:p w:rsidR="00BD1D13" w:rsidRPr="0092023E" w:rsidRDefault="00FC3B1F">
      <w:pPr>
        <w:tabs>
          <w:tab w:val="left" w:pos="180"/>
        </w:tabs>
        <w:autoSpaceDE w:val="0"/>
        <w:autoSpaceDN w:val="0"/>
        <w:spacing w:before="70" w:after="0" w:line="283" w:lineRule="auto"/>
        <w:rPr>
          <w:lang w:val="ru-RU"/>
        </w:rPr>
      </w:pPr>
      <w:r w:rsidRPr="0092023E">
        <w:rPr>
          <w:lang w:val="ru-RU"/>
        </w:rPr>
        <w:tab/>
      </w:r>
      <w:r w:rsidRPr="0092023E">
        <w:rPr>
          <w:rFonts w:ascii="Times New Roman" w:eastAsia="Times New Roman" w:hAnsi="Times New Roman"/>
          <w:b/>
          <w:i/>
          <w:color w:val="000000"/>
          <w:sz w:val="24"/>
          <w:lang w:val="ru-RU"/>
        </w:rPr>
        <w:t xml:space="preserve">Патриотического воспитания: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w:t>
      </w:r>
      <w:r w:rsidRPr="0092023E">
        <w:rPr>
          <w:lang w:val="ru-RU"/>
        </w:rPr>
        <w:br/>
      </w:r>
      <w:r w:rsidRPr="0092023E">
        <w:rPr>
          <w:rFonts w:ascii="Times New Roman" w:eastAsia="Times New Roman" w:hAnsi="Times New Roman"/>
          <w:color w:val="000000"/>
          <w:sz w:val="24"/>
          <w:lang w:val="ru-RU"/>
        </w:rPr>
        <w:t xml:space="preserve">Федерации, своего края, народов России; ценностное отношение к достижениям своей Родины </w:t>
      </w:r>
      <w:proofErr w:type="gramStart"/>
      <w:r w:rsidRPr="0092023E">
        <w:rPr>
          <w:rFonts w:ascii="Times New Roman" w:eastAsia="Times New Roman" w:hAnsi="Times New Roman"/>
          <w:color w:val="000000"/>
          <w:sz w:val="24"/>
          <w:lang w:val="ru-RU"/>
        </w:rPr>
        <w:t>—Р</w:t>
      </w:r>
      <w:proofErr w:type="gramEnd"/>
      <w:r w:rsidRPr="0092023E">
        <w:rPr>
          <w:rFonts w:ascii="Times New Roman" w:eastAsia="Times New Roman" w:hAnsi="Times New Roman"/>
          <w:color w:val="000000"/>
          <w:sz w:val="24"/>
          <w:lang w:val="ru-RU"/>
        </w:rPr>
        <w:t>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BD1D13" w:rsidRPr="0092023E" w:rsidRDefault="00FC3B1F">
      <w:pPr>
        <w:tabs>
          <w:tab w:val="left" w:pos="180"/>
        </w:tabs>
        <w:autoSpaceDE w:val="0"/>
        <w:autoSpaceDN w:val="0"/>
        <w:spacing w:before="70" w:after="0" w:line="281" w:lineRule="auto"/>
        <w:rPr>
          <w:lang w:val="ru-RU"/>
        </w:rPr>
      </w:pPr>
      <w:r w:rsidRPr="0092023E">
        <w:rPr>
          <w:lang w:val="ru-RU"/>
        </w:rPr>
        <w:tab/>
      </w:r>
      <w:r w:rsidRPr="0092023E">
        <w:rPr>
          <w:rFonts w:ascii="Times New Roman" w:eastAsia="Times New Roman" w:hAnsi="Times New Roman"/>
          <w:b/>
          <w:i/>
          <w:color w:val="000000"/>
          <w:sz w:val="24"/>
          <w:lang w:val="ru-RU"/>
        </w:rPr>
        <w:t xml:space="preserve">Духовно-нравственного воспитания: </w:t>
      </w:r>
      <w:r w:rsidRPr="0092023E">
        <w:rPr>
          <w:lang w:val="ru-RU"/>
        </w:rPr>
        <w:br/>
      </w:r>
      <w:r w:rsidRPr="0092023E">
        <w:rPr>
          <w:lang w:val="ru-RU"/>
        </w:rPr>
        <w:tab/>
      </w:r>
      <w:r w:rsidRPr="0092023E">
        <w:rPr>
          <w:rFonts w:ascii="Times New Roman" w:eastAsia="Times New Roman" w:hAnsi="Times New Roman"/>
          <w:color w:val="000000"/>
          <w:sz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w:t>
      </w:r>
    </w:p>
    <w:p w:rsidR="00BD1D13" w:rsidRPr="0092023E" w:rsidRDefault="00BD1D13">
      <w:pPr>
        <w:rPr>
          <w:lang w:val="ru-RU"/>
        </w:rPr>
        <w:sectPr w:rsidR="00BD1D13" w:rsidRPr="0092023E">
          <w:pgSz w:w="11900" w:h="16840"/>
          <w:pgMar w:top="298" w:right="650" w:bottom="420" w:left="666" w:header="720" w:footer="720" w:gutter="0"/>
          <w:cols w:space="720" w:equalWidth="0">
            <w:col w:w="10584"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line="230" w:lineRule="auto"/>
        <w:rPr>
          <w:lang w:val="ru-RU"/>
        </w:rPr>
      </w:pPr>
      <w:r w:rsidRPr="0092023E">
        <w:rPr>
          <w:rFonts w:ascii="Times New Roman" w:eastAsia="Times New Roman" w:hAnsi="Times New Roman"/>
          <w:color w:val="000000"/>
          <w:sz w:val="24"/>
          <w:lang w:val="ru-RU"/>
        </w:rPr>
        <w:t>пространства.</w:t>
      </w:r>
    </w:p>
    <w:p w:rsidR="00BD1D13" w:rsidRPr="0092023E" w:rsidRDefault="00FC3B1F">
      <w:pPr>
        <w:tabs>
          <w:tab w:val="left" w:pos="180"/>
        </w:tabs>
        <w:autoSpaceDE w:val="0"/>
        <w:autoSpaceDN w:val="0"/>
        <w:spacing w:before="70" w:after="0" w:line="286" w:lineRule="auto"/>
        <w:ind w:right="144"/>
        <w:rPr>
          <w:lang w:val="ru-RU"/>
        </w:rPr>
      </w:pPr>
      <w:r w:rsidRPr="0092023E">
        <w:rPr>
          <w:lang w:val="ru-RU"/>
        </w:rPr>
        <w:tab/>
      </w:r>
      <w:proofErr w:type="gramStart"/>
      <w:r w:rsidRPr="0092023E">
        <w:rPr>
          <w:rFonts w:ascii="Times New Roman" w:eastAsia="Times New Roman" w:hAnsi="Times New Roman"/>
          <w:b/>
          <w:i/>
          <w:color w:val="000000"/>
          <w:sz w:val="24"/>
          <w:lang w:val="ru-RU"/>
        </w:rPr>
        <w:t xml:space="preserve">Физического воспитания, формирования культуры здоровья и эмоционального благополучия: </w:t>
      </w:r>
      <w:r w:rsidRPr="0092023E">
        <w:rPr>
          <w:lang w:val="ru-RU"/>
        </w:rPr>
        <w:tab/>
      </w:r>
      <w:r w:rsidRPr="0092023E">
        <w:rPr>
          <w:rFonts w:ascii="Times New Roman" w:eastAsia="Times New Roman" w:hAnsi="Times New Roman"/>
          <w:color w:val="000000"/>
          <w:sz w:val="24"/>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roofErr w:type="gramEnd"/>
      <w:r w:rsidRPr="0092023E">
        <w:rPr>
          <w:rFonts w:ascii="Times New Roman" w:eastAsia="Times New Roman" w:hAnsi="Times New Roman"/>
          <w:color w:val="000000"/>
          <w:sz w:val="24"/>
          <w:lang w:val="ru-RU"/>
        </w:rPr>
        <w:t xml:space="preserve">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способность адаптироваться к стрессовым ситуациям и меняющимся социальным, </w:t>
      </w:r>
      <w:r w:rsidRPr="0092023E">
        <w:rPr>
          <w:lang w:val="ru-RU"/>
        </w:rPr>
        <w:br/>
      </w:r>
      <w:r w:rsidRPr="0092023E">
        <w:rPr>
          <w:rFonts w:ascii="Times New Roman" w:eastAsia="Times New Roman" w:hAnsi="Times New Roman"/>
          <w:color w:val="000000"/>
          <w:sz w:val="24"/>
          <w:lang w:val="ru-RU"/>
        </w:rPr>
        <w:t xml:space="preserve">информационным и природным условиям, в том числе осмысляя собственный опыт и выстраивая дальнейшие цели;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умение принимать себя и других, не осуждая; </w:t>
      </w:r>
      <w:r w:rsidRPr="0092023E">
        <w:rPr>
          <w:lang w:val="ru-RU"/>
        </w:rPr>
        <w:br/>
      </w:r>
      <w:r w:rsidRPr="0092023E">
        <w:rPr>
          <w:lang w:val="ru-RU"/>
        </w:rPr>
        <w:tab/>
      </w:r>
      <w:proofErr w:type="spellStart"/>
      <w:r w:rsidRPr="0092023E">
        <w:rPr>
          <w:rFonts w:ascii="Times New Roman" w:eastAsia="Times New Roman" w:hAnsi="Times New Roman"/>
          <w:color w:val="000000"/>
          <w:sz w:val="24"/>
          <w:lang w:val="ru-RU"/>
        </w:rPr>
        <w:t>сформированность</w:t>
      </w:r>
      <w:proofErr w:type="spellEnd"/>
      <w:r w:rsidRPr="0092023E">
        <w:rPr>
          <w:rFonts w:ascii="Times New Roman" w:eastAsia="Times New Roman" w:hAnsi="Times New Roman"/>
          <w:color w:val="000000"/>
          <w:sz w:val="24"/>
          <w:lang w:val="ru-RU"/>
        </w:rPr>
        <w:t xml:space="preserve"> навыков рефлексии, признание своего права на ошибку и такого же права другого человека.</w:t>
      </w:r>
    </w:p>
    <w:p w:rsidR="00BD1D13" w:rsidRPr="0092023E" w:rsidRDefault="00FC3B1F">
      <w:pPr>
        <w:tabs>
          <w:tab w:val="left" w:pos="180"/>
        </w:tabs>
        <w:autoSpaceDE w:val="0"/>
        <w:autoSpaceDN w:val="0"/>
        <w:spacing w:before="70" w:after="0" w:line="286" w:lineRule="auto"/>
        <w:ind w:right="288"/>
        <w:rPr>
          <w:lang w:val="ru-RU"/>
        </w:rPr>
      </w:pPr>
      <w:r w:rsidRPr="0092023E">
        <w:rPr>
          <w:lang w:val="ru-RU"/>
        </w:rPr>
        <w:tab/>
      </w:r>
      <w:r w:rsidRPr="0092023E">
        <w:rPr>
          <w:rFonts w:ascii="Times New Roman" w:eastAsia="Times New Roman" w:hAnsi="Times New Roman"/>
          <w:b/>
          <w:i/>
          <w:color w:val="000000"/>
          <w:sz w:val="24"/>
          <w:lang w:val="ru-RU"/>
        </w:rPr>
        <w:t xml:space="preserve">Трудового воспитания: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w:t>
      </w:r>
      <w:r w:rsidRPr="0092023E">
        <w:rPr>
          <w:lang w:val="ru-RU"/>
        </w:rPr>
        <w:br/>
      </w:r>
      <w:r w:rsidRPr="0092023E">
        <w:rPr>
          <w:rFonts w:ascii="Times New Roman" w:eastAsia="Times New Roman" w:hAnsi="Times New Roman"/>
          <w:color w:val="000000"/>
          <w:sz w:val="24"/>
          <w:lang w:val="ru-RU"/>
        </w:rPr>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D1D13" w:rsidRPr="0092023E" w:rsidRDefault="00FC3B1F">
      <w:pPr>
        <w:tabs>
          <w:tab w:val="left" w:pos="180"/>
        </w:tabs>
        <w:autoSpaceDE w:val="0"/>
        <w:autoSpaceDN w:val="0"/>
        <w:spacing w:before="70" w:after="0" w:line="286" w:lineRule="auto"/>
        <w:rPr>
          <w:lang w:val="ru-RU"/>
        </w:rPr>
      </w:pPr>
      <w:r w:rsidRPr="0092023E">
        <w:rPr>
          <w:lang w:val="ru-RU"/>
        </w:rPr>
        <w:tab/>
      </w:r>
      <w:r w:rsidRPr="0092023E">
        <w:rPr>
          <w:rFonts w:ascii="Times New Roman" w:eastAsia="Times New Roman" w:hAnsi="Times New Roman"/>
          <w:b/>
          <w:i/>
          <w:color w:val="000000"/>
          <w:sz w:val="24"/>
          <w:lang w:val="ru-RU"/>
        </w:rPr>
        <w:t xml:space="preserve">Экологического воспитания: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spellStart"/>
      <w:proofErr w:type="gramStart"/>
      <w:r w:rsidRPr="0092023E">
        <w:rPr>
          <w:rFonts w:ascii="Times New Roman" w:eastAsia="Times New Roman" w:hAnsi="Times New Roman"/>
          <w:color w:val="000000"/>
          <w:sz w:val="24"/>
          <w:lang w:val="ru-RU"/>
        </w:rPr>
        <w:t>взаимос</w:t>
      </w:r>
      <w:proofErr w:type="spellEnd"/>
      <w:r w:rsidRPr="0092023E">
        <w:rPr>
          <w:rFonts w:ascii="Times New Roman" w:eastAsia="Times New Roman" w:hAnsi="Times New Roman"/>
          <w:color w:val="000000"/>
          <w:sz w:val="24"/>
          <w:lang w:val="ru-RU"/>
        </w:rPr>
        <w:t>​вязи</w:t>
      </w:r>
      <w:proofErr w:type="gramEnd"/>
      <w:r w:rsidRPr="0092023E">
        <w:rPr>
          <w:rFonts w:ascii="Times New Roman" w:eastAsia="Times New Roman" w:hAnsi="Times New Roman"/>
          <w:color w:val="000000"/>
          <w:sz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p>
    <w:p w:rsidR="00BD1D13" w:rsidRPr="0092023E" w:rsidRDefault="00FC3B1F">
      <w:pPr>
        <w:tabs>
          <w:tab w:val="left" w:pos="180"/>
        </w:tabs>
        <w:autoSpaceDE w:val="0"/>
        <w:autoSpaceDN w:val="0"/>
        <w:spacing w:before="70" w:after="0" w:line="283" w:lineRule="auto"/>
        <w:ind w:right="144"/>
        <w:rPr>
          <w:lang w:val="ru-RU"/>
        </w:rPr>
      </w:pPr>
      <w:r w:rsidRPr="0092023E">
        <w:rPr>
          <w:lang w:val="ru-RU"/>
        </w:rPr>
        <w:tab/>
      </w:r>
      <w:proofErr w:type="gramStart"/>
      <w:r w:rsidRPr="0092023E">
        <w:rPr>
          <w:rFonts w:ascii="Times New Roman" w:eastAsia="Times New Roman" w:hAnsi="Times New Roman"/>
          <w:b/>
          <w:i/>
          <w:color w:val="000000"/>
          <w:sz w:val="24"/>
          <w:lang w:val="ru-RU"/>
        </w:rPr>
        <w:t xml:space="preserve">Ценности научного познания: </w:t>
      </w:r>
      <w:r w:rsidRPr="0092023E">
        <w:rPr>
          <w:lang w:val="ru-RU"/>
        </w:rPr>
        <w:br/>
      </w:r>
      <w:r w:rsidRPr="0092023E">
        <w:rPr>
          <w:lang w:val="ru-RU"/>
        </w:rPr>
        <w:tab/>
      </w:r>
      <w:r w:rsidRPr="0092023E">
        <w:rPr>
          <w:rFonts w:ascii="Times New Roman" w:eastAsia="Times New Roman" w:hAnsi="Times New Roman"/>
          <w:color w:val="000000"/>
          <w:sz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BD1D13" w:rsidRPr="0092023E" w:rsidRDefault="00FC3B1F">
      <w:pPr>
        <w:tabs>
          <w:tab w:val="left" w:pos="180"/>
        </w:tabs>
        <w:autoSpaceDE w:val="0"/>
        <w:autoSpaceDN w:val="0"/>
        <w:spacing w:before="70" w:after="0" w:line="286" w:lineRule="auto"/>
        <w:rPr>
          <w:lang w:val="ru-RU"/>
        </w:rPr>
      </w:pPr>
      <w:r w:rsidRPr="0092023E">
        <w:rPr>
          <w:lang w:val="ru-RU"/>
        </w:rPr>
        <w:tab/>
      </w:r>
      <w:proofErr w:type="gramStart"/>
      <w:r w:rsidRPr="0092023E">
        <w:rPr>
          <w:rFonts w:ascii="Times New Roman" w:eastAsia="Times New Roman" w:hAnsi="Times New Roman"/>
          <w:b/>
          <w:i/>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92023E">
        <w:rPr>
          <w:lang w:val="ru-RU"/>
        </w:rPr>
        <w:br/>
      </w:r>
      <w:r w:rsidRPr="0092023E">
        <w:rPr>
          <w:rFonts w:ascii="Times New Roman" w:eastAsia="Times New Roman" w:hAnsi="Times New Roman"/>
          <w:color w:val="000000"/>
          <w:sz w:val="24"/>
          <w:lang w:val="ru-RU"/>
        </w:rPr>
        <w:t>деятельности, а также в рамках социального взаимодействия с людьми из другой культурной среды;</w:t>
      </w:r>
      <w:proofErr w:type="gramEnd"/>
      <w:r w:rsidRPr="0092023E">
        <w:rPr>
          <w:rFonts w:ascii="Times New Roman" w:eastAsia="Times New Roman" w:hAnsi="Times New Roman"/>
          <w:color w:val="000000"/>
          <w:sz w:val="24"/>
          <w:lang w:val="ru-RU"/>
        </w:rPr>
        <w:t xml:space="preserve"> </w:t>
      </w:r>
      <w:r w:rsidRPr="0092023E">
        <w:rPr>
          <w:lang w:val="ru-RU"/>
        </w:rPr>
        <w:tab/>
      </w:r>
      <w:r w:rsidRPr="0092023E">
        <w:rPr>
          <w:rFonts w:ascii="Times New Roman" w:eastAsia="Times New Roman" w:hAnsi="Times New Roman"/>
          <w:color w:val="000000"/>
          <w:sz w:val="24"/>
          <w:lang w:val="ru-RU"/>
        </w:rPr>
        <w:t xml:space="preserve">способность обучающихся во взаимодействии в условиях неопределённости, открытость опыту и знаниям других; </w:t>
      </w:r>
      <w:r w:rsidRPr="0092023E">
        <w:rPr>
          <w:lang w:val="ru-RU"/>
        </w:rPr>
        <w:br/>
      </w:r>
      <w:r w:rsidRPr="0092023E">
        <w:rPr>
          <w:lang w:val="ru-RU"/>
        </w:rPr>
        <w:tab/>
      </w:r>
      <w:r w:rsidRPr="0092023E">
        <w:rPr>
          <w:rFonts w:ascii="Times New Roman" w:eastAsia="Times New Roman" w:hAnsi="Times New Roman"/>
          <w:color w:val="000000"/>
          <w:sz w:val="24"/>
          <w:lang w:val="ru-RU"/>
        </w:rPr>
        <w:t>способность действовать в условиях неопределённости, открытость опыту и знаниям других,</w:t>
      </w:r>
    </w:p>
    <w:p w:rsidR="00BD1D13" w:rsidRPr="0092023E" w:rsidRDefault="00BD1D13">
      <w:pPr>
        <w:rPr>
          <w:lang w:val="ru-RU"/>
        </w:rPr>
        <w:sectPr w:rsidR="00BD1D13" w:rsidRPr="0092023E">
          <w:pgSz w:w="11900" w:h="16840"/>
          <w:pgMar w:top="286" w:right="732" w:bottom="438" w:left="666" w:header="720" w:footer="720" w:gutter="0"/>
          <w:cols w:space="720" w:equalWidth="0">
            <w:col w:w="10502"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tabs>
          <w:tab w:val="left" w:pos="180"/>
        </w:tabs>
        <w:autoSpaceDE w:val="0"/>
        <w:autoSpaceDN w:val="0"/>
        <w:spacing w:after="0" w:line="290" w:lineRule="auto"/>
        <w:rPr>
          <w:lang w:val="ru-RU"/>
        </w:rPr>
      </w:pPr>
      <w:r w:rsidRPr="0092023E">
        <w:rPr>
          <w:rFonts w:ascii="Times New Roman" w:eastAsia="Times New Roman" w:hAnsi="Times New Roman"/>
          <w:color w:val="000000"/>
          <w:sz w:val="24"/>
          <w:lang w:val="ru-RU"/>
        </w:rPr>
        <w:t xml:space="preserve">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r w:rsidRPr="0092023E">
        <w:rPr>
          <w:lang w:val="ru-RU"/>
        </w:rPr>
        <w:br/>
      </w:r>
      <w:r w:rsidRPr="0092023E">
        <w:rPr>
          <w:lang w:val="ru-RU"/>
        </w:rPr>
        <w:tab/>
      </w:r>
      <w:proofErr w:type="gramStart"/>
      <w:r w:rsidRPr="0092023E">
        <w:rPr>
          <w:rFonts w:ascii="Times New Roman" w:eastAsia="Times New Roman" w:hAnsi="Times New Roman"/>
          <w:color w:val="000000"/>
          <w:sz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w:t>
      </w:r>
      <w:r w:rsidRPr="0092023E">
        <w:rPr>
          <w:lang w:val="ru-RU"/>
        </w:rPr>
        <w:br/>
      </w:r>
      <w:r w:rsidRPr="0092023E">
        <w:rPr>
          <w:rFonts w:ascii="Times New Roman" w:eastAsia="Times New Roman" w:hAnsi="Times New Roman"/>
          <w:color w:val="000000"/>
          <w:sz w:val="24"/>
          <w:lang w:val="ru-RU"/>
        </w:rPr>
        <w:t xml:space="preserve">понятиями), а также оперировать терминами и представлениями в области концепции устойчивого развития; </w:t>
      </w:r>
      <w:r w:rsidRPr="0092023E">
        <w:rPr>
          <w:lang w:val="ru-RU"/>
        </w:rPr>
        <w:br/>
      </w:r>
      <w:r w:rsidRPr="0092023E">
        <w:rPr>
          <w:lang w:val="ru-RU"/>
        </w:rPr>
        <w:tab/>
      </w:r>
      <w:r w:rsidRPr="0092023E">
        <w:rPr>
          <w:rFonts w:ascii="Times New Roman" w:eastAsia="Times New Roman" w:hAnsi="Times New Roman"/>
          <w:color w:val="000000"/>
          <w:sz w:val="24"/>
          <w:lang w:val="ru-RU"/>
        </w:rPr>
        <w:t>умение анализировать и выявлять взаимосвязи природы, общества и экономики;</w:t>
      </w:r>
      <w:proofErr w:type="gramEnd"/>
      <w:r w:rsidRPr="0092023E">
        <w:rPr>
          <w:rFonts w:ascii="Times New Roman" w:eastAsia="Times New Roman" w:hAnsi="Times New Roman"/>
          <w:color w:val="000000"/>
          <w:sz w:val="24"/>
          <w:lang w:val="ru-RU"/>
        </w:rPr>
        <w:t xml:space="preserve"> </w:t>
      </w:r>
      <w:r w:rsidRPr="0092023E">
        <w:rPr>
          <w:lang w:val="ru-RU"/>
        </w:rPr>
        <w:br/>
      </w:r>
      <w:r w:rsidRPr="0092023E">
        <w:rPr>
          <w:lang w:val="ru-RU"/>
        </w:rPr>
        <w:tab/>
      </w:r>
      <w:proofErr w:type="gramStart"/>
      <w:r w:rsidRPr="0092023E">
        <w:rPr>
          <w:rFonts w:ascii="Times New Roman" w:eastAsia="Times New Roman" w:hAnsi="Times New Roman"/>
          <w:color w:val="000000"/>
          <w:sz w:val="24"/>
          <w:lang w:val="ru-RU"/>
        </w:rPr>
        <w:t xml:space="preserve">умение оценивать свои действия с учётом влияния на окружающую среду, достижений целей и преодоления вызовов, возможных глобальных последствий; </w:t>
      </w:r>
      <w:r w:rsidRPr="0092023E">
        <w:rPr>
          <w:lang w:val="ru-RU"/>
        </w:rPr>
        <w:br/>
      </w:r>
      <w:r w:rsidRPr="0092023E">
        <w:rPr>
          <w:lang w:val="ru-RU"/>
        </w:rPr>
        <w:tab/>
      </w:r>
      <w:r w:rsidRPr="0092023E">
        <w:rPr>
          <w:rFonts w:ascii="Times New Roman" w:eastAsia="Times New Roman" w:hAnsi="Times New Roman"/>
          <w:color w:val="000000"/>
          <w:sz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w:t>
      </w:r>
      <w:proofErr w:type="gramEnd"/>
      <w:r w:rsidRPr="0092023E">
        <w:rPr>
          <w:rFonts w:ascii="Times New Roman" w:eastAsia="Times New Roman" w:hAnsi="Times New Roman"/>
          <w:color w:val="000000"/>
          <w:sz w:val="24"/>
          <w:lang w:val="ru-RU"/>
        </w:rPr>
        <w:t xml:space="preserve"> быть готовым действовать в отсутствие гарантий успеха.</w:t>
      </w:r>
    </w:p>
    <w:p w:rsidR="00BD1D13" w:rsidRPr="0092023E" w:rsidRDefault="00FC3B1F">
      <w:pPr>
        <w:autoSpaceDE w:val="0"/>
        <w:autoSpaceDN w:val="0"/>
        <w:spacing w:before="262" w:after="0" w:line="230" w:lineRule="auto"/>
        <w:rPr>
          <w:lang w:val="ru-RU"/>
        </w:rPr>
      </w:pPr>
      <w:r w:rsidRPr="0092023E">
        <w:rPr>
          <w:rFonts w:ascii="Times New Roman" w:eastAsia="Times New Roman" w:hAnsi="Times New Roman"/>
          <w:b/>
          <w:color w:val="000000"/>
          <w:sz w:val="24"/>
          <w:lang w:val="ru-RU"/>
        </w:rPr>
        <w:t>МЕТАПРЕДМЕТНЫЕ РЕЗУЛЬТАТЫ</w:t>
      </w:r>
    </w:p>
    <w:p w:rsidR="00BD1D13" w:rsidRPr="0092023E" w:rsidRDefault="00FC3B1F">
      <w:pPr>
        <w:tabs>
          <w:tab w:val="left" w:pos="180"/>
        </w:tabs>
        <w:autoSpaceDE w:val="0"/>
        <w:autoSpaceDN w:val="0"/>
        <w:spacing w:before="166" w:after="0" w:line="288" w:lineRule="auto"/>
        <w:ind w:right="144"/>
        <w:rPr>
          <w:lang w:val="ru-RU"/>
        </w:rPr>
      </w:pPr>
      <w:r w:rsidRPr="0092023E">
        <w:rPr>
          <w:lang w:val="ru-RU"/>
        </w:rPr>
        <w:tab/>
      </w:r>
      <w:proofErr w:type="spellStart"/>
      <w:r w:rsidRPr="0092023E">
        <w:rPr>
          <w:rFonts w:ascii="Times New Roman" w:eastAsia="Times New Roman" w:hAnsi="Times New Roman"/>
          <w:color w:val="000000"/>
          <w:sz w:val="24"/>
          <w:lang w:val="ru-RU"/>
        </w:rPr>
        <w:t>Метапредметные</w:t>
      </w:r>
      <w:proofErr w:type="spellEnd"/>
      <w:r w:rsidRPr="0092023E">
        <w:rPr>
          <w:rFonts w:ascii="Times New Roman" w:eastAsia="Times New Roman" w:hAnsi="Times New Roman"/>
          <w:color w:val="000000"/>
          <w:sz w:val="24"/>
          <w:lang w:val="ru-RU"/>
        </w:rPr>
        <w:t xml:space="preserve"> результаты освоения основной образовательной программы, формируемые при изучении обществознания: </w:t>
      </w:r>
      <w:r w:rsidRPr="0092023E">
        <w:rPr>
          <w:lang w:val="ru-RU"/>
        </w:rPr>
        <w:br/>
      </w:r>
      <w:r w:rsidRPr="0092023E">
        <w:rPr>
          <w:lang w:val="ru-RU"/>
        </w:rPr>
        <w:tab/>
      </w:r>
      <w:r w:rsidRPr="0092023E">
        <w:rPr>
          <w:rFonts w:ascii="Times New Roman" w:eastAsia="Times New Roman" w:hAnsi="Times New Roman"/>
          <w:b/>
          <w:color w:val="000000"/>
          <w:sz w:val="24"/>
          <w:lang w:val="ru-RU"/>
        </w:rPr>
        <w:t xml:space="preserve">1. </w:t>
      </w:r>
      <w:proofErr w:type="gramStart"/>
      <w:r w:rsidRPr="0092023E">
        <w:rPr>
          <w:rFonts w:ascii="Times New Roman" w:eastAsia="Times New Roman" w:hAnsi="Times New Roman"/>
          <w:b/>
          <w:color w:val="000000"/>
          <w:sz w:val="24"/>
          <w:lang w:val="ru-RU"/>
        </w:rPr>
        <w:t xml:space="preserve">Овладение универсальными учебными познавательными действиями </w:t>
      </w:r>
      <w:r w:rsidRPr="0092023E">
        <w:rPr>
          <w:lang w:val="ru-RU"/>
        </w:rPr>
        <w:br/>
      </w:r>
      <w:r w:rsidRPr="0092023E">
        <w:rPr>
          <w:lang w:val="ru-RU"/>
        </w:rPr>
        <w:tab/>
      </w:r>
      <w:r w:rsidRPr="0092023E">
        <w:rPr>
          <w:rFonts w:ascii="Times New Roman" w:eastAsia="Times New Roman" w:hAnsi="Times New Roman"/>
          <w:b/>
          <w:i/>
          <w:color w:val="000000"/>
          <w:sz w:val="24"/>
          <w:lang w:val="ru-RU"/>
        </w:rPr>
        <w:t xml:space="preserve">Базовые логические действия: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выявлять и характеризовать существенные признаки социальных явлений и процессов;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устанавливать существенный признак классификации социальных фактов, основания для их обобщения и сравнения, критерии проводимого анализа;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с учётом предложенной задачи выявлять закономерности и противоречия в рассматриваемых фактах, данных и наблюдениях; </w:t>
      </w:r>
      <w:r w:rsidRPr="0092023E">
        <w:rPr>
          <w:lang w:val="ru-RU"/>
        </w:rPr>
        <w:br/>
      </w:r>
      <w:r w:rsidRPr="0092023E">
        <w:rPr>
          <w:lang w:val="ru-RU"/>
        </w:rPr>
        <w:tab/>
      </w:r>
      <w:r w:rsidRPr="0092023E">
        <w:rPr>
          <w:rFonts w:ascii="Times New Roman" w:eastAsia="Times New Roman" w:hAnsi="Times New Roman"/>
          <w:color w:val="000000"/>
          <w:sz w:val="24"/>
          <w:lang w:val="ru-RU"/>
        </w:rPr>
        <w:t>предлагать критерии для выявления закономерностей и противоречий;</w:t>
      </w:r>
      <w:proofErr w:type="gramEnd"/>
      <w:r w:rsidRPr="0092023E">
        <w:rPr>
          <w:rFonts w:ascii="Times New Roman" w:eastAsia="Times New Roman" w:hAnsi="Times New Roman"/>
          <w:color w:val="000000"/>
          <w:sz w:val="24"/>
          <w:lang w:val="ru-RU"/>
        </w:rPr>
        <w:t xml:space="preserve">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выявлять дефицит информации, данных, необходимых для решения поставленной задачи; </w:t>
      </w:r>
      <w:r w:rsidRPr="0092023E">
        <w:rPr>
          <w:lang w:val="ru-RU"/>
        </w:rPr>
        <w:tab/>
      </w:r>
      <w:r w:rsidRPr="0092023E">
        <w:rPr>
          <w:rFonts w:ascii="Times New Roman" w:eastAsia="Times New Roman" w:hAnsi="Times New Roman"/>
          <w:color w:val="000000"/>
          <w:sz w:val="24"/>
          <w:lang w:val="ru-RU"/>
        </w:rPr>
        <w:t xml:space="preserve">выявлять причинно-следственные связи при изучении явлений и процессов;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самостоятельно выбирать способ решения учебной задачи (сравнивать несколько вариантов решения, выбирать </w:t>
      </w:r>
      <w:proofErr w:type="spellStart"/>
      <w:proofErr w:type="gramStart"/>
      <w:r w:rsidRPr="0092023E">
        <w:rPr>
          <w:rFonts w:ascii="Times New Roman" w:eastAsia="Times New Roman" w:hAnsi="Times New Roman"/>
          <w:color w:val="000000"/>
          <w:sz w:val="24"/>
          <w:lang w:val="ru-RU"/>
        </w:rPr>
        <w:t>наи</w:t>
      </w:r>
      <w:proofErr w:type="spellEnd"/>
      <w:r w:rsidRPr="0092023E">
        <w:rPr>
          <w:rFonts w:ascii="Times New Roman" w:eastAsia="Times New Roman" w:hAnsi="Times New Roman"/>
          <w:color w:val="000000"/>
          <w:sz w:val="24"/>
          <w:lang w:val="ru-RU"/>
        </w:rPr>
        <w:t>​более</w:t>
      </w:r>
      <w:proofErr w:type="gramEnd"/>
      <w:r w:rsidRPr="0092023E">
        <w:rPr>
          <w:rFonts w:ascii="Times New Roman" w:eastAsia="Times New Roman" w:hAnsi="Times New Roman"/>
          <w:color w:val="000000"/>
          <w:sz w:val="24"/>
          <w:lang w:val="ru-RU"/>
        </w:rPr>
        <w:t xml:space="preserve"> подходящий с учётом самостоятельно выделенных критериев).</w:t>
      </w:r>
    </w:p>
    <w:p w:rsidR="00BD1D13" w:rsidRPr="0092023E" w:rsidRDefault="00FC3B1F">
      <w:pPr>
        <w:tabs>
          <w:tab w:val="left" w:pos="180"/>
        </w:tabs>
        <w:autoSpaceDE w:val="0"/>
        <w:autoSpaceDN w:val="0"/>
        <w:spacing w:before="70" w:after="0" w:line="281" w:lineRule="auto"/>
        <w:ind w:right="720"/>
        <w:rPr>
          <w:lang w:val="ru-RU"/>
        </w:rPr>
      </w:pPr>
      <w:r w:rsidRPr="0092023E">
        <w:rPr>
          <w:lang w:val="ru-RU"/>
        </w:rPr>
        <w:tab/>
      </w:r>
      <w:r w:rsidRPr="0092023E">
        <w:rPr>
          <w:rFonts w:ascii="Times New Roman" w:eastAsia="Times New Roman" w:hAnsi="Times New Roman"/>
          <w:b/>
          <w:i/>
          <w:color w:val="000000"/>
          <w:sz w:val="24"/>
          <w:lang w:val="ru-RU"/>
        </w:rPr>
        <w:t xml:space="preserve">Базовые исследовательские действия: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использовать вопросы как исследовательский инструмент познания;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r w:rsidRPr="0092023E">
        <w:rPr>
          <w:lang w:val="ru-RU"/>
        </w:rPr>
        <w:br/>
      </w:r>
      <w:r w:rsidRPr="0092023E">
        <w:rPr>
          <w:lang w:val="ru-RU"/>
        </w:rPr>
        <w:tab/>
      </w:r>
      <w:r w:rsidRPr="0092023E">
        <w:rPr>
          <w:rFonts w:ascii="Times New Roman" w:eastAsia="Times New Roman" w:hAnsi="Times New Roman"/>
          <w:color w:val="000000"/>
          <w:sz w:val="24"/>
          <w:lang w:val="ru-RU"/>
        </w:rPr>
        <w:t>формулировать гипотезу об истинности собственных суждений и суждений других, аргументировать свою позицию, мнение;</w:t>
      </w:r>
    </w:p>
    <w:p w:rsidR="00BD1D13" w:rsidRPr="0092023E" w:rsidRDefault="00BD1D13">
      <w:pPr>
        <w:rPr>
          <w:lang w:val="ru-RU"/>
        </w:rPr>
        <w:sectPr w:rsidR="00BD1D13" w:rsidRPr="0092023E">
          <w:pgSz w:w="11900" w:h="16840"/>
          <w:pgMar w:top="286" w:right="654" w:bottom="296" w:left="666" w:header="720" w:footer="720" w:gutter="0"/>
          <w:cols w:space="720" w:equalWidth="0">
            <w:col w:w="10580" w:space="0"/>
          </w:cols>
          <w:docGrid w:linePitch="360"/>
        </w:sectPr>
      </w:pPr>
    </w:p>
    <w:p w:rsidR="00BD1D13" w:rsidRPr="0092023E" w:rsidRDefault="00BD1D13">
      <w:pPr>
        <w:autoSpaceDE w:val="0"/>
        <w:autoSpaceDN w:val="0"/>
        <w:spacing w:after="90" w:line="220" w:lineRule="exact"/>
        <w:rPr>
          <w:lang w:val="ru-RU"/>
        </w:rPr>
      </w:pPr>
    </w:p>
    <w:p w:rsidR="00BD1D13" w:rsidRPr="0092023E" w:rsidRDefault="00FC3B1F">
      <w:pPr>
        <w:tabs>
          <w:tab w:val="left" w:pos="180"/>
        </w:tabs>
        <w:autoSpaceDE w:val="0"/>
        <w:autoSpaceDN w:val="0"/>
        <w:spacing w:after="0" w:line="286" w:lineRule="auto"/>
        <w:rPr>
          <w:lang w:val="ru-RU"/>
        </w:rPr>
      </w:pPr>
      <w:r w:rsidRPr="0092023E">
        <w:rPr>
          <w:lang w:val="ru-RU"/>
        </w:rPr>
        <w:tab/>
      </w:r>
      <w:r w:rsidRPr="0092023E">
        <w:rPr>
          <w:rFonts w:ascii="Times New Roman" w:eastAsia="Times New Roman" w:hAnsi="Times New Roman"/>
          <w:color w:val="000000"/>
          <w:sz w:val="24"/>
          <w:lang w:val="ru-RU"/>
        </w:rPr>
        <w:t xml:space="preserve">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оценивать на применимость и достоверность информацию, полученную в ходе исследования; </w:t>
      </w:r>
      <w:r w:rsidRPr="0092023E">
        <w:rPr>
          <w:lang w:val="ru-RU"/>
        </w:rPr>
        <w:tab/>
      </w:r>
      <w:r w:rsidRPr="0092023E">
        <w:rPr>
          <w:rFonts w:ascii="Times New Roman" w:eastAsia="Times New Roman" w:hAnsi="Times New Roman"/>
          <w:color w:val="000000"/>
          <w:sz w:val="24"/>
          <w:lang w:val="ru-RU"/>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r w:rsidRPr="0092023E">
        <w:rPr>
          <w:lang w:val="ru-RU"/>
        </w:rPr>
        <w:tab/>
      </w:r>
      <w:r w:rsidRPr="0092023E">
        <w:rPr>
          <w:rFonts w:ascii="Times New Roman" w:eastAsia="Times New Roman" w:hAnsi="Times New Roman"/>
          <w:color w:val="000000"/>
          <w:sz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D1D13" w:rsidRPr="0092023E" w:rsidRDefault="00FC3B1F">
      <w:pPr>
        <w:tabs>
          <w:tab w:val="left" w:pos="180"/>
        </w:tabs>
        <w:autoSpaceDE w:val="0"/>
        <w:autoSpaceDN w:val="0"/>
        <w:spacing w:before="70" w:after="0" w:line="286" w:lineRule="auto"/>
        <w:rPr>
          <w:lang w:val="ru-RU"/>
        </w:rPr>
      </w:pPr>
      <w:r w:rsidRPr="0092023E">
        <w:rPr>
          <w:lang w:val="ru-RU"/>
        </w:rPr>
        <w:tab/>
      </w:r>
      <w:proofErr w:type="gramStart"/>
      <w:r w:rsidRPr="0092023E">
        <w:rPr>
          <w:rFonts w:ascii="Times New Roman" w:eastAsia="Times New Roman" w:hAnsi="Times New Roman"/>
          <w:b/>
          <w:i/>
          <w:color w:val="000000"/>
          <w:sz w:val="24"/>
          <w:lang w:val="ru-RU"/>
        </w:rPr>
        <w:t xml:space="preserve">Работа с информацией: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выбирать, анализировать, систематизировать и интерпретировать информацию различных видов и форм  представления; </w:t>
      </w:r>
      <w:r w:rsidRPr="0092023E">
        <w:rPr>
          <w:lang w:val="ru-RU"/>
        </w:rPr>
        <w:br/>
      </w:r>
      <w:r w:rsidRPr="0092023E">
        <w:rPr>
          <w:lang w:val="ru-RU"/>
        </w:rPr>
        <w:tab/>
      </w:r>
      <w:r w:rsidRPr="0092023E">
        <w:rPr>
          <w:rFonts w:ascii="Times New Roman" w:eastAsia="Times New Roman" w:hAnsi="Times New Roman"/>
          <w:color w:val="000000"/>
          <w:sz w:val="24"/>
          <w:lang w:val="ru-RU"/>
        </w:rPr>
        <w:t>находить сходные аргументы (подтверждающие или опровергающие одну и ту же идею, версию) в различных информационных источниках;</w:t>
      </w:r>
      <w:proofErr w:type="gramEnd"/>
      <w:r w:rsidRPr="0092023E">
        <w:rPr>
          <w:rFonts w:ascii="Times New Roman" w:eastAsia="Times New Roman" w:hAnsi="Times New Roman"/>
          <w:color w:val="000000"/>
          <w:sz w:val="24"/>
          <w:lang w:val="ru-RU"/>
        </w:rPr>
        <w:t xml:space="preserve">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самостоятельно выбирать оптимальную форму представления информации;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оценивать надёжность информации по критериям, предложенным педагогическим работником или сформулированным самостоятельно; </w:t>
      </w:r>
      <w:r w:rsidRPr="0092023E">
        <w:rPr>
          <w:lang w:val="ru-RU"/>
        </w:rPr>
        <w:br/>
      </w:r>
      <w:r w:rsidRPr="0092023E">
        <w:rPr>
          <w:lang w:val="ru-RU"/>
        </w:rPr>
        <w:tab/>
      </w:r>
      <w:r w:rsidRPr="0092023E">
        <w:rPr>
          <w:rFonts w:ascii="Times New Roman" w:eastAsia="Times New Roman" w:hAnsi="Times New Roman"/>
          <w:color w:val="000000"/>
          <w:sz w:val="24"/>
          <w:lang w:val="ru-RU"/>
        </w:rPr>
        <w:t>эффективно запоминать и систематизировать информацию.</w:t>
      </w:r>
    </w:p>
    <w:p w:rsidR="00BD1D13" w:rsidRPr="0092023E" w:rsidRDefault="00FC3B1F">
      <w:pPr>
        <w:tabs>
          <w:tab w:val="left" w:pos="180"/>
        </w:tabs>
        <w:autoSpaceDE w:val="0"/>
        <w:autoSpaceDN w:val="0"/>
        <w:spacing w:before="190" w:after="0" w:line="288" w:lineRule="auto"/>
        <w:rPr>
          <w:lang w:val="ru-RU"/>
        </w:rPr>
      </w:pPr>
      <w:r w:rsidRPr="0092023E">
        <w:rPr>
          <w:lang w:val="ru-RU"/>
        </w:rPr>
        <w:tab/>
      </w:r>
      <w:r w:rsidRPr="0092023E">
        <w:rPr>
          <w:rFonts w:ascii="Times New Roman" w:eastAsia="Times New Roman" w:hAnsi="Times New Roman"/>
          <w:b/>
          <w:color w:val="000000"/>
          <w:sz w:val="24"/>
          <w:lang w:val="ru-RU"/>
        </w:rPr>
        <w:t xml:space="preserve">2. Овладение универсальными учебными коммуникативными действиями </w:t>
      </w:r>
      <w:r w:rsidRPr="0092023E">
        <w:rPr>
          <w:lang w:val="ru-RU"/>
        </w:rPr>
        <w:br/>
      </w:r>
      <w:r w:rsidRPr="0092023E">
        <w:rPr>
          <w:lang w:val="ru-RU"/>
        </w:rPr>
        <w:tab/>
      </w:r>
      <w:r w:rsidRPr="0092023E">
        <w:rPr>
          <w:rFonts w:ascii="Times New Roman" w:eastAsia="Times New Roman" w:hAnsi="Times New Roman"/>
          <w:b/>
          <w:i/>
          <w:color w:val="000000"/>
          <w:sz w:val="24"/>
          <w:lang w:val="ru-RU"/>
        </w:rPr>
        <w:t xml:space="preserve">Общение: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воспринимать и формулировать суждения, выражать эмоции в соответствии с целями и условиями общения;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выражать себя (свою точку зрения) в устных и письменных текстах;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r w:rsidRPr="0092023E">
        <w:rPr>
          <w:lang w:val="ru-RU"/>
        </w:rPr>
        <w:tab/>
      </w:r>
      <w:proofErr w:type="gramStart"/>
      <w:r w:rsidRPr="0092023E">
        <w:rPr>
          <w:rFonts w:ascii="Times New Roman" w:eastAsia="Times New Roman" w:hAnsi="Times New Roman"/>
          <w:color w:val="000000"/>
          <w:sz w:val="24"/>
          <w:lang w:val="ru-RU"/>
        </w:rPr>
        <w:t xml:space="preserve">понимать намерения других, проявлять уважительное отношение к собеседнику и в корректной форме формулировать свои возражения;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r w:rsidRPr="0092023E">
        <w:rPr>
          <w:lang w:val="ru-RU"/>
        </w:rPr>
        <w:br/>
      </w:r>
      <w:r w:rsidRPr="0092023E">
        <w:rPr>
          <w:lang w:val="ru-RU"/>
        </w:rPr>
        <w:tab/>
      </w:r>
      <w:r w:rsidRPr="0092023E">
        <w:rPr>
          <w:rFonts w:ascii="Times New Roman" w:eastAsia="Times New Roman" w:hAnsi="Times New Roman"/>
          <w:color w:val="000000"/>
          <w:sz w:val="24"/>
          <w:lang w:val="ru-RU"/>
        </w:rPr>
        <w:t>сопоставлять свои суждения с суждениями других участников диалога, обнаруживать различие и сходство позиций;</w:t>
      </w:r>
      <w:proofErr w:type="gramEnd"/>
      <w:r w:rsidRPr="0092023E">
        <w:rPr>
          <w:rFonts w:ascii="Times New Roman" w:eastAsia="Times New Roman" w:hAnsi="Times New Roman"/>
          <w:color w:val="000000"/>
          <w:sz w:val="24"/>
          <w:lang w:val="ru-RU"/>
        </w:rPr>
        <w:t xml:space="preserve">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публично представлять результаты выполненного исследования, проекта; </w:t>
      </w:r>
      <w:r w:rsidRPr="0092023E">
        <w:rPr>
          <w:lang w:val="ru-RU"/>
        </w:rPr>
        <w:br/>
      </w:r>
      <w:r w:rsidRPr="0092023E">
        <w:rPr>
          <w:lang w:val="ru-RU"/>
        </w:rPr>
        <w:tab/>
      </w:r>
      <w:r w:rsidRPr="0092023E">
        <w:rPr>
          <w:rFonts w:ascii="Times New Roman" w:eastAsia="Times New Roman" w:hAnsi="Times New Roman"/>
          <w:color w:val="000000"/>
          <w:sz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D1D13" w:rsidRPr="0092023E" w:rsidRDefault="00FC3B1F">
      <w:pPr>
        <w:tabs>
          <w:tab w:val="left" w:pos="180"/>
        </w:tabs>
        <w:autoSpaceDE w:val="0"/>
        <w:autoSpaceDN w:val="0"/>
        <w:spacing w:before="70" w:after="0" w:line="286" w:lineRule="auto"/>
        <w:ind w:right="144"/>
        <w:rPr>
          <w:lang w:val="ru-RU"/>
        </w:rPr>
      </w:pPr>
      <w:r w:rsidRPr="0092023E">
        <w:rPr>
          <w:lang w:val="ru-RU"/>
        </w:rPr>
        <w:tab/>
      </w:r>
      <w:proofErr w:type="gramStart"/>
      <w:r w:rsidRPr="0092023E">
        <w:rPr>
          <w:rFonts w:ascii="Times New Roman" w:eastAsia="Times New Roman" w:hAnsi="Times New Roman"/>
          <w:b/>
          <w:i/>
          <w:color w:val="000000"/>
          <w:sz w:val="24"/>
          <w:lang w:val="ru-RU"/>
        </w:rPr>
        <w:t xml:space="preserve">Совместная деятельность: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r w:rsidRPr="0092023E">
        <w:rPr>
          <w:lang w:val="ru-RU"/>
        </w:rPr>
        <w:br/>
      </w:r>
      <w:r w:rsidRPr="0092023E">
        <w:rPr>
          <w:lang w:val="ru-RU"/>
        </w:rPr>
        <w:tab/>
      </w:r>
      <w:r w:rsidRPr="0092023E">
        <w:rPr>
          <w:rFonts w:ascii="Times New Roman" w:eastAsia="Times New Roman" w:hAnsi="Times New Roman"/>
          <w:color w:val="000000"/>
          <w:sz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roofErr w:type="gramEnd"/>
      <w:r w:rsidRPr="0092023E">
        <w:rPr>
          <w:rFonts w:ascii="Times New Roman" w:eastAsia="Times New Roman" w:hAnsi="Times New Roman"/>
          <w:color w:val="000000"/>
          <w:sz w:val="24"/>
          <w:lang w:val="ru-RU"/>
        </w:rPr>
        <w:t xml:space="preserve"> </w:t>
      </w:r>
      <w:r w:rsidRPr="0092023E">
        <w:rPr>
          <w:lang w:val="ru-RU"/>
        </w:rPr>
        <w:br/>
      </w:r>
      <w:r w:rsidRPr="0092023E">
        <w:rPr>
          <w:lang w:val="ru-RU"/>
        </w:rPr>
        <w:tab/>
      </w:r>
      <w:proofErr w:type="gramStart"/>
      <w:r w:rsidRPr="0092023E">
        <w:rPr>
          <w:rFonts w:ascii="Times New Roman" w:eastAsia="Times New Roman" w:hAnsi="Times New Roman"/>
          <w:color w:val="000000"/>
          <w:sz w:val="24"/>
          <w:lang w:val="ru-RU"/>
        </w:rPr>
        <w:t>планировать организацию совместной работы, определять свою роль (с учётом предпочтений и</w:t>
      </w:r>
      <w:proofErr w:type="gramEnd"/>
    </w:p>
    <w:p w:rsidR="00BD1D13" w:rsidRPr="0092023E" w:rsidRDefault="00BD1D13">
      <w:pPr>
        <w:rPr>
          <w:lang w:val="ru-RU"/>
        </w:rPr>
        <w:sectPr w:rsidR="00BD1D13" w:rsidRPr="0092023E">
          <w:pgSz w:w="11900" w:h="16840"/>
          <w:pgMar w:top="310" w:right="822" w:bottom="356" w:left="666" w:header="720" w:footer="720" w:gutter="0"/>
          <w:cols w:space="720" w:equalWidth="0">
            <w:col w:w="10412"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tabs>
          <w:tab w:val="left" w:pos="180"/>
        </w:tabs>
        <w:autoSpaceDE w:val="0"/>
        <w:autoSpaceDN w:val="0"/>
        <w:spacing w:after="0" w:line="286" w:lineRule="auto"/>
        <w:rPr>
          <w:lang w:val="ru-RU"/>
        </w:rPr>
      </w:pPr>
      <w:proofErr w:type="gramStart"/>
      <w:r w:rsidRPr="0092023E">
        <w:rPr>
          <w:rFonts w:ascii="Times New Roman" w:eastAsia="Times New Roman" w:hAnsi="Times New Roman"/>
          <w:color w:val="000000"/>
          <w:sz w:val="24"/>
          <w:lang w:val="ru-RU"/>
        </w:rPr>
        <w:t xml:space="preserve">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r w:rsidRPr="0092023E">
        <w:rPr>
          <w:lang w:val="ru-RU"/>
        </w:rPr>
        <w:tab/>
      </w:r>
      <w:r w:rsidRPr="0092023E">
        <w:rPr>
          <w:rFonts w:ascii="Times New Roman" w:eastAsia="Times New Roman" w:hAnsi="Times New Roman"/>
          <w:color w:val="000000"/>
          <w:sz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оценивать качество своего вклада в общий продукт по критериям, самостоятельно </w:t>
      </w:r>
      <w:r w:rsidRPr="0092023E">
        <w:rPr>
          <w:lang w:val="ru-RU"/>
        </w:rPr>
        <w:br/>
      </w:r>
      <w:r w:rsidRPr="0092023E">
        <w:rPr>
          <w:rFonts w:ascii="Times New Roman" w:eastAsia="Times New Roman" w:hAnsi="Times New Roman"/>
          <w:color w:val="000000"/>
          <w:sz w:val="24"/>
          <w:lang w:val="ru-RU"/>
        </w:rPr>
        <w:t>сформулированным участниками взаимодействия;</w:t>
      </w:r>
      <w:proofErr w:type="gramEnd"/>
      <w:r w:rsidRPr="0092023E">
        <w:rPr>
          <w:rFonts w:ascii="Times New Roman" w:eastAsia="Times New Roman" w:hAnsi="Times New Roman"/>
          <w:color w:val="000000"/>
          <w:sz w:val="24"/>
          <w:lang w:val="ru-RU"/>
        </w:rPr>
        <w:t xml:space="preserve">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D1D13" w:rsidRPr="0092023E" w:rsidRDefault="00FC3B1F">
      <w:pPr>
        <w:tabs>
          <w:tab w:val="left" w:pos="180"/>
        </w:tabs>
        <w:autoSpaceDE w:val="0"/>
        <w:autoSpaceDN w:val="0"/>
        <w:spacing w:before="190" w:after="0" w:line="286" w:lineRule="auto"/>
        <w:ind w:right="144"/>
        <w:rPr>
          <w:lang w:val="ru-RU"/>
        </w:rPr>
      </w:pPr>
      <w:r w:rsidRPr="0092023E">
        <w:rPr>
          <w:lang w:val="ru-RU"/>
        </w:rPr>
        <w:tab/>
      </w:r>
      <w:r w:rsidRPr="0092023E">
        <w:rPr>
          <w:rFonts w:ascii="Times New Roman" w:eastAsia="Times New Roman" w:hAnsi="Times New Roman"/>
          <w:b/>
          <w:color w:val="000000"/>
          <w:sz w:val="24"/>
          <w:lang w:val="ru-RU"/>
        </w:rPr>
        <w:t xml:space="preserve">3. </w:t>
      </w:r>
      <w:proofErr w:type="gramStart"/>
      <w:r w:rsidRPr="0092023E">
        <w:rPr>
          <w:rFonts w:ascii="Times New Roman" w:eastAsia="Times New Roman" w:hAnsi="Times New Roman"/>
          <w:b/>
          <w:color w:val="000000"/>
          <w:sz w:val="24"/>
          <w:lang w:val="ru-RU"/>
        </w:rPr>
        <w:t xml:space="preserve">Овладение универсальными учебными регулятивными действиями </w:t>
      </w:r>
      <w:r w:rsidRPr="0092023E">
        <w:rPr>
          <w:lang w:val="ru-RU"/>
        </w:rPr>
        <w:br/>
      </w:r>
      <w:r w:rsidRPr="0092023E">
        <w:rPr>
          <w:lang w:val="ru-RU"/>
        </w:rPr>
        <w:tab/>
      </w:r>
      <w:r w:rsidRPr="0092023E">
        <w:rPr>
          <w:rFonts w:ascii="Times New Roman" w:eastAsia="Times New Roman" w:hAnsi="Times New Roman"/>
          <w:b/>
          <w:i/>
          <w:color w:val="000000"/>
          <w:sz w:val="24"/>
          <w:lang w:val="ru-RU"/>
        </w:rPr>
        <w:t xml:space="preserve">Самоорганизация: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выявлять проблемы для решения в жизненных и учебных ситуациях;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ориентироваться в различных подходах принятия решений (индивидуальное, принятие решения в группе, принятие решений в группе); </w:t>
      </w:r>
      <w:r w:rsidRPr="0092023E">
        <w:rPr>
          <w:lang w:val="ru-RU"/>
        </w:rPr>
        <w:br/>
      </w:r>
      <w:r w:rsidRPr="0092023E">
        <w:rPr>
          <w:lang w:val="ru-RU"/>
        </w:rPr>
        <w:tab/>
      </w:r>
      <w:r w:rsidRPr="0092023E">
        <w:rPr>
          <w:rFonts w:ascii="Times New Roman" w:eastAsia="Times New Roman" w:hAnsi="Times New Roman"/>
          <w:color w:val="000000"/>
          <w:sz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roofErr w:type="gramEnd"/>
      <w:r w:rsidRPr="0092023E">
        <w:rPr>
          <w:rFonts w:ascii="Times New Roman" w:eastAsia="Times New Roman" w:hAnsi="Times New Roman"/>
          <w:color w:val="000000"/>
          <w:sz w:val="24"/>
          <w:lang w:val="ru-RU"/>
        </w:rPr>
        <w:t xml:space="preserve">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r w:rsidRPr="0092023E">
        <w:rPr>
          <w:lang w:val="ru-RU"/>
        </w:rPr>
        <w:br/>
      </w:r>
      <w:r w:rsidRPr="0092023E">
        <w:rPr>
          <w:lang w:val="ru-RU"/>
        </w:rPr>
        <w:tab/>
      </w:r>
      <w:r w:rsidRPr="0092023E">
        <w:rPr>
          <w:rFonts w:ascii="Times New Roman" w:eastAsia="Times New Roman" w:hAnsi="Times New Roman"/>
          <w:color w:val="000000"/>
          <w:sz w:val="24"/>
          <w:lang w:val="ru-RU"/>
        </w:rPr>
        <w:t>делать выбор и брать ответственность за решение.</w:t>
      </w:r>
    </w:p>
    <w:p w:rsidR="00BD1D13" w:rsidRPr="0092023E" w:rsidRDefault="00FC3B1F">
      <w:pPr>
        <w:tabs>
          <w:tab w:val="left" w:pos="180"/>
        </w:tabs>
        <w:autoSpaceDE w:val="0"/>
        <w:autoSpaceDN w:val="0"/>
        <w:spacing w:before="70" w:after="0" w:line="286" w:lineRule="auto"/>
        <w:ind w:right="576"/>
        <w:rPr>
          <w:lang w:val="ru-RU"/>
        </w:rPr>
      </w:pPr>
      <w:r w:rsidRPr="0092023E">
        <w:rPr>
          <w:lang w:val="ru-RU"/>
        </w:rPr>
        <w:tab/>
      </w:r>
      <w:r w:rsidRPr="0092023E">
        <w:rPr>
          <w:rFonts w:ascii="Times New Roman" w:eastAsia="Times New Roman" w:hAnsi="Times New Roman"/>
          <w:b/>
          <w:i/>
          <w:color w:val="000000"/>
          <w:sz w:val="24"/>
          <w:lang w:val="ru-RU"/>
        </w:rPr>
        <w:t xml:space="preserve">Самоконтроль: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владеть способами самоконтроля, </w:t>
      </w:r>
      <w:proofErr w:type="spellStart"/>
      <w:r w:rsidRPr="0092023E">
        <w:rPr>
          <w:rFonts w:ascii="Times New Roman" w:eastAsia="Times New Roman" w:hAnsi="Times New Roman"/>
          <w:color w:val="000000"/>
          <w:sz w:val="24"/>
          <w:lang w:val="ru-RU"/>
        </w:rPr>
        <w:t>самомотивации</w:t>
      </w:r>
      <w:proofErr w:type="spellEnd"/>
      <w:r w:rsidRPr="0092023E">
        <w:rPr>
          <w:rFonts w:ascii="Times New Roman" w:eastAsia="Times New Roman" w:hAnsi="Times New Roman"/>
          <w:color w:val="000000"/>
          <w:sz w:val="24"/>
          <w:lang w:val="ru-RU"/>
        </w:rPr>
        <w:t xml:space="preserve"> и рефлексии;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давать адекватную оценку ситуации и предлагать план её изменения;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r w:rsidRPr="0092023E">
        <w:rPr>
          <w:lang w:val="ru-RU"/>
        </w:rPr>
        <w:br/>
      </w:r>
      <w:r w:rsidRPr="0092023E">
        <w:rPr>
          <w:lang w:val="ru-RU"/>
        </w:rPr>
        <w:tab/>
      </w:r>
      <w:r w:rsidRPr="0092023E">
        <w:rPr>
          <w:rFonts w:ascii="Times New Roman" w:eastAsia="Times New Roman" w:hAnsi="Times New Roman"/>
          <w:color w:val="000000"/>
          <w:sz w:val="24"/>
          <w:lang w:val="ru-RU"/>
        </w:rPr>
        <w:t>объяснять причины достижения (</w:t>
      </w:r>
      <w:proofErr w:type="spellStart"/>
      <w:r w:rsidRPr="0092023E">
        <w:rPr>
          <w:rFonts w:ascii="Times New Roman" w:eastAsia="Times New Roman" w:hAnsi="Times New Roman"/>
          <w:color w:val="000000"/>
          <w:sz w:val="24"/>
          <w:lang w:val="ru-RU"/>
        </w:rPr>
        <w:t>недостижения</w:t>
      </w:r>
      <w:proofErr w:type="spellEnd"/>
      <w:r w:rsidRPr="0092023E">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позитивное в произошедшей ситуации; </w:t>
      </w:r>
      <w:r w:rsidRPr="0092023E">
        <w:rPr>
          <w:lang w:val="ru-RU"/>
        </w:rPr>
        <w:br/>
      </w:r>
      <w:r w:rsidRPr="0092023E">
        <w:rPr>
          <w:lang w:val="ru-RU"/>
        </w:rPr>
        <w:tab/>
      </w:r>
      <w:r w:rsidRPr="0092023E">
        <w:rPr>
          <w:rFonts w:ascii="Times New Roman" w:eastAsia="Times New Roman" w:hAnsi="Times New Roman"/>
          <w:color w:val="000000"/>
          <w:sz w:val="24"/>
          <w:lang w:val="ru-RU"/>
        </w:rPr>
        <w:t xml:space="preserve">вносить коррективы в деятельность на основе новых обстоятельств, изменившихся ситуаций, установленных ошибок, возникших трудностей; </w:t>
      </w:r>
      <w:r w:rsidRPr="0092023E">
        <w:rPr>
          <w:lang w:val="ru-RU"/>
        </w:rPr>
        <w:br/>
      </w:r>
      <w:r w:rsidRPr="0092023E">
        <w:rPr>
          <w:lang w:val="ru-RU"/>
        </w:rPr>
        <w:tab/>
      </w:r>
      <w:r w:rsidRPr="0092023E">
        <w:rPr>
          <w:rFonts w:ascii="Times New Roman" w:eastAsia="Times New Roman" w:hAnsi="Times New Roman"/>
          <w:color w:val="000000"/>
          <w:sz w:val="24"/>
          <w:lang w:val="ru-RU"/>
        </w:rPr>
        <w:t>оценивать соответствие результата цели и условиям.</w:t>
      </w:r>
    </w:p>
    <w:p w:rsidR="00BD1D13" w:rsidRPr="0092023E" w:rsidRDefault="00FC3B1F">
      <w:pPr>
        <w:autoSpaceDE w:val="0"/>
        <w:autoSpaceDN w:val="0"/>
        <w:spacing w:before="70" w:after="0" w:line="281" w:lineRule="auto"/>
        <w:ind w:left="180" w:right="2016"/>
        <w:rPr>
          <w:lang w:val="ru-RU"/>
        </w:rPr>
      </w:pPr>
      <w:r w:rsidRPr="0092023E">
        <w:rPr>
          <w:rFonts w:ascii="Times New Roman" w:eastAsia="Times New Roman" w:hAnsi="Times New Roman"/>
          <w:b/>
          <w:i/>
          <w:color w:val="000000"/>
          <w:sz w:val="24"/>
          <w:lang w:val="ru-RU"/>
        </w:rPr>
        <w:t xml:space="preserve">Эмоциональный интеллект: </w:t>
      </w:r>
      <w:r w:rsidRPr="0092023E">
        <w:rPr>
          <w:lang w:val="ru-RU"/>
        </w:rPr>
        <w:br/>
      </w:r>
      <w:r w:rsidRPr="0092023E">
        <w:rPr>
          <w:rFonts w:ascii="Times New Roman" w:eastAsia="Times New Roman" w:hAnsi="Times New Roman"/>
          <w:color w:val="000000"/>
          <w:sz w:val="24"/>
          <w:lang w:val="ru-RU"/>
        </w:rPr>
        <w:t xml:space="preserve">различать, называть и управлять собственными эмоциями и эмоциями других; выявлять и анализировать причины эмоций; </w:t>
      </w:r>
      <w:r w:rsidRPr="0092023E">
        <w:rPr>
          <w:lang w:val="ru-RU"/>
        </w:rPr>
        <w:br/>
      </w:r>
      <w:r w:rsidRPr="0092023E">
        <w:rPr>
          <w:rFonts w:ascii="Times New Roman" w:eastAsia="Times New Roman" w:hAnsi="Times New Roman"/>
          <w:color w:val="000000"/>
          <w:sz w:val="24"/>
          <w:lang w:val="ru-RU"/>
        </w:rPr>
        <w:t>ставить себя на место другого человека, понимать мотивы и намерения другого; регулировать способ выражения эмоций.</w:t>
      </w:r>
    </w:p>
    <w:p w:rsidR="00BD1D13" w:rsidRPr="0092023E" w:rsidRDefault="00FC3B1F">
      <w:pPr>
        <w:autoSpaceDE w:val="0"/>
        <w:autoSpaceDN w:val="0"/>
        <w:spacing w:before="70" w:after="0" w:line="281" w:lineRule="auto"/>
        <w:ind w:left="180" w:right="4032"/>
        <w:rPr>
          <w:lang w:val="ru-RU"/>
        </w:rPr>
      </w:pPr>
      <w:r w:rsidRPr="0092023E">
        <w:rPr>
          <w:rFonts w:ascii="Times New Roman" w:eastAsia="Times New Roman" w:hAnsi="Times New Roman"/>
          <w:b/>
          <w:i/>
          <w:color w:val="000000"/>
          <w:sz w:val="24"/>
          <w:lang w:val="ru-RU"/>
        </w:rPr>
        <w:t xml:space="preserve">Принятие себя и других: </w:t>
      </w:r>
      <w:r w:rsidRPr="0092023E">
        <w:rPr>
          <w:lang w:val="ru-RU"/>
        </w:rPr>
        <w:br/>
      </w:r>
      <w:r w:rsidRPr="0092023E">
        <w:rPr>
          <w:rFonts w:ascii="Times New Roman" w:eastAsia="Times New Roman" w:hAnsi="Times New Roman"/>
          <w:color w:val="000000"/>
          <w:sz w:val="24"/>
          <w:lang w:val="ru-RU"/>
        </w:rPr>
        <w:t xml:space="preserve">осознанно относиться к другому человеку, его мнению; признавать своё право на ошибку и такое же право другого; принимать себя и других, не осуждая; </w:t>
      </w:r>
      <w:r w:rsidRPr="0092023E">
        <w:rPr>
          <w:lang w:val="ru-RU"/>
        </w:rPr>
        <w:br/>
      </w:r>
      <w:r w:rsidRPr="0092023E">
        <w:rPr>
          <w:rFonts w:ascii="Times New Roman" w:eastAsia="Times New Roman" w:hAnsi="Times New Roman"/>
          <w:color w:val="000000"/>
          <w:sz w:val="24"/>
          <w:lang w:val="ru-RU"/>
        </w:rPr>
        <w:t xml:space="preserve">открытость себе и другим; </w:t>
      </w:r>
      <w:r w:rsidRPr="0092023E">
        <w:rPr>
          <w:lang w:val="ru-RU"/>
        </w:rPr>
        <w:br/>
      </w:r>
      <w:r w:rsidRPr="0092023E">
        <w:rPr>
          <w:rFonts w:ascii="Times New Roman" w:eastAsia="Times New Roman" w:hAnsi="Times New Roman"/>
          <w:color w:val="000000"/>
          <w:sz w:val="24"/>
          <w:lang w:val="ru-RU"/>
        </w:rPr>
        <w:t>осознавать невозможность контролировать всё вокруг.</w:t>
      </w:r>
    </w:p>
    <w:p w:rsidR="00BD1D13" w:rsidRPr="0092023E" w:rsidRDefault="00FC3B1F">
      <w:pPr>
        <w:autoSpaceDE w:val="0"/>
        <w:autoSpaceDN w:val="0"/>
        <w:spacing w:before="262" w:after="0" w:line="230" w:lineRule="auto"/>
        <w:rPr>
          <w:lang w:val="ru-RU"/>
        </w:rPr>
      </w:pPr>
      <w:r w:rsidRPr="0092023E">
        <w:rPr>
          <w:rFonts w:ascii="Times New Roman" w:eastAsia="Times New Roman" w:hAnsi="Times New Roman"/>
          <w:b/>
          <w:color w:val="000000"/>
          <w:sz w:val="24"/>
          <w:lang w:val="ru-RU"/>
        </w:rPr>
        <w:t>ПРЕДМЕТНЫЕ РЕЗУЛЬТАТЫ</w:t>
      </w:r>
    </w:p>
    <w:p w:rsidR="00BD1D13" w:rsidRPr="0092023E" w:rsidRDefault="00FC3B1F">
      <w:pPr>
        <w:autoSpaceDE w:val="0"/>
        <w:autoSpaceDN w:val="0"/>
        <w:spacing w:before="262" w:after="0" w:line="230" w:lineRule="auto"/>
        <w:rPr>
          <w:lang w:val="ru-RU"/>
        </w:rPr>
      </w:pPr>
      <w:r w:rsidRPr="0092023E">
        <w:rPr>
          <w:rFonts w:ascii="Times New Roman" w:eastAsia="Times New Roman" w:hAnsi="Times New Roman"/>
          <w:b/>
          <w:color w:val="000000"/>
          <w:sz w:val="24"/>
          <w:lang w:val="ru-RU"/>
        </w:rPr>
        <w:t>6 КЛАСС</w:t>
      </w:r>
    </w:p>
    <w:p w:rsidR="00BD1D13" w:rsidRPr="0092023E" w:rsidRDefault="00FC3B1F">
      <w:pPr>
        <w:autoSpaceDE w:val="0"/>
        <w:autoSpaceDN w:val="0"/>
        <w:spacing w:before="166" w:after="0" w:line="230" w:lineRule="auto"/>
        <w:ind w:left="180"/>
        <w:rPr>
          <w:lang w:val="ru-RU"/>
        </w:rPr>
      </w:pPr>
      <w:r w:rsidRPr="0092023E">
        <w:rPr>
          <w:rFonts w:ascii="Times New Roman" w:eastAsia="Times New Roman" w:hAnsi="Times New Roman"/>
          <w:b/>
          <w:color w:val="000000"/>
          <w:sz w:val="24"/>
          <w:lang w:val="ru-RU"/>
        </w:rPr>
        <w:t>Человек и его социальное окружение</w:t>
      </w:r>
    </w:p>
    <w:p w:rsidR="00BD1D13" w:rsidRPr="0092023E" w:rsidRDefault="00FC3B1F">
      <w:pPr>
        <w:autoSpaceDE w:val="0"/>
        <w:autoSpaceDN w:val="0"/>
        <w:spacing w:before="178" w:after="0" w:line="230" w:lineRule="auto"/>
        <w:jc w:val="center"/>
        <w:rPr>
          <w:lang w:val="ru-RU"/>
        </w:rPr>
      </w:pPr>
      <w:r w:rsidRPr="0092023E">
        <w:rPr>
          <w:rFonts w:ascii="Times New Roman" w:eastAsia="Times New Roman" w:hAnsi="Times New Roman"/>
          <w:color w:val="000000"/>
          <w:sz w:val="24"/>
          <w:lang w:val="ru-RU"/>
        </w:rPr>
        <w:t>—  осваивать и применять знания о социальных свойствах человека, формировании личности,</w:t>
      </w:r>
    </w:p>
    <w:p w:rsidR="00BD1D13" w:rsidRPr="0092023E" w:rsidRDefault="00BD1D13">
      <w:pPr>
        <w:rPr>
          <w:lang w:val="ru-RU"/>
        </w:rPr>
        <w:sectPr w:rsidR="00BD1D13" w:rsidRPr="0092023E">
          <w:pgSz w:w="11900" w:h="16840"/>
          <w:pgMar w:top="286" w:right="742" w:bottom="422" w:left="666" w:header="720" w:footer="720" w:gutter="0"/>
          <w:cols w:space="720" w:equalWidth="0">
            <w:col w:w="10492"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line="262" w:lineRule="auto"/>
        <w:ind w:right="144"/>
        <w:rPr>
          <w:lang w:val="ru-RU"/>
        </w:rPr>
      </w:pPr>
      <w:r w:rsidRPr="0092023E">
        <w:rPr>
          <w:rFonts w:ascii="Times New Roman" w:eastAsia="Times New Roman" w:hAnsi="Times New Roman"/>
          <w:color w:val="000000"/>
          <w:sz w:val="24"/>
          <w:lang w:val="ru-RU"/>
        </w:rPr>
        <w:t>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BD1D13" w:rsidRPr="0092023E" w:rsidRDefault="00FC3B1F">
      <w:pPr>
        <w:autoSpaceDE w:val="0"/>
        <w:autoSpaceDN w:val="0"/>
        <w:spacing w:before="190" w:after="0" w:line="281" w:lineRule="auto"/>
        <w:rPr>
          <w:lang w:val="ru-RU"/>
        </w:rPr>
      </w:pPr>
      <w:r w:rsidRPr="0092023E">
        <w:rPr>
          <w:rFonts w:ascii="Times New Roman" w:eastAsia="Times New Roman" w:hAnsi="Times New Roman"/>
          <w:color w:val="000000"/>
          <w:sz w:val="24"/>
          <w:lang w:val="ru-RU"/>
        </w:rPr>
        <w:t>—  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BD1D13" w:rsidRPr="0092023E" w:rsidRDefault="00FC3B1F">
      <w:pPr>
        <w:autoSpaceDE w:val="0"/>
        <w:autoSpaceDN w:val="0"/>
        <w:spacing w:before="190" w:after="0"/>
        <w:ind w:right="144"/>
        <w:rPr>
          <w:lang w:val="ru-RU"/>
        </w:rPr>
      </w:pPr>
      <w:r w:rsidRPr="0092023E">
        <w:rPr>
          <w:rFonts w:ascii="Times New Roman" w:eastAsia="Times New Roman" w:hAnsi="Times New Roman"/>
          <w:color w:val="000000"/>
          <w:sz w:val="24"/>
          <w:lang w:val="ru-RU"/>
        </w:rPr>
        <w:t xml:space="preserve">—  приводить примеры деятельности людей, её различных мотивов и особенностей в </w:t>
      </w:r>
      <w:r w:rsidRPr="0092023E">
        <w:rPr>
          <w:lang w:val="ru-RU"/>
        </w:rPr>
        <w:br/>
      </w:r>
      <w:r w:rsidRPr="0092023E">
        <w:rPr>
          <w:rFonts w:ascii="Times New Roman" w:eastAsia="Times New Roman" w:hAnsi="Times New Roman"/>
          <w:color w:val="000000"/>
          <w:sz w:val="24"/>
          <w:lang w:val="ru-RU"/>
        </w:rPr>
        <w:t>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BD1D13" w:rsidRPr="0092023E" w:rsidRDefault="00FC3B1F">
      <w:pPr>
        <w:autoSpaceDE w:val="0"/>
        <w:autoSpaceDN w:val="0"/>
        <w:spacing w:before="192" w:after="0" w:line="230" w:lineRule="auto"/>
        <w:rPr>
          <w:lang w:val="ru-RU"/>
        </w:rPr>
      </w:pPr>
      <w:r w:rsidRPr="0092023E">
        <w:rPr>
          <w:rFonts w:ascii="Times New Roman" w:eastAsia="Times New Roman" w:hAnsi="Times New Roman"/>
          <w:color w:val="000000"/>
          <w:sz w:val="24"/>
          <w:lang w:val="ru-RU"/>
        </w:rPr>
        <w:t>—  классифицировать по разным признакам виды деятельности человека, потребности людей;</w:t>
      </w:r>
    </w:p>
    <w:p w:rsidR="00BD1D13" w:rsidRPr="0092023E" w:rsidRDefault="00FC3B1F">
      <w:pPr>
        <w:autoSpaceDE w:val="0"/>
        <w:autoSpaceDN w:val="0"/>
        <w:spacing w:before="190" w:after="0" w:line="262" w:lineRule="auto"/>
        <w:ind w:right="720"/>
        <w:rPr>
          <w:lang w:val="ru-RU"/>
        </w:rPr>
      </w:pPr>
      <w:proofErr w:type="gramStart"/>
      <w:r w:rsidRPr="0092023E">
        <w:rPr>
          <w:rFonts w:ascii="Times New Roman" w:eastAsia="Times New Roman" w:hAnsi="Times New Roman"/>
          <w:color w:val="000000"/>
          <w:sz w:val="24"/>
          <w:lang w:val="ru-RU"/>
        </w:rPr>
        <w:t>—  сравнивать понятия «индивид», «индивидуальность», «личность»; свойства человека и животных; виды деятельности (игра, труд, учение);</w:t>
      </w:r>
      <w:proofErr w:type="gramEnd"/>
    </w:p>
    <w:p w:rsidR="00BD1D13" w:rsidRPr="0092023E" w:rsidRDefault="00FC3B1F">
      <w:pPr>
        <w:autoSpaceDE w:val="0"/>
        <w:autoSpaceDN w:val="0"/>
        <w:spacing w:before="190" w:after="0" w:line="262" w:lineRule="auto"/>
        <w:ind w:right="1152"/>
        <w:rPr>
          <w:lang w:val="ru-RU"/>
        </w:rPr>
      </w:pPr>
      <w:r w:rsidRPr="0092023E">
        <w:rPr>
          <w:rFonts w:ascii="Times New Roman" w:eastAsia="Times New Roman" w:hAnsi="Times New Roman"/>
          <w:color w:val="000000"/>
          <w:sz w:val="24"/>
          <w:lang w:val="ru-RU"/>
        </w:rPr>
        <w:t>—  устанавливать и объяснять взаимосвязи людей в малых группах; целей, способов и результатов деятельности, целей и средств общения;</w:t>
      </w:r>
    </w:p>
    <w:p w:rsidR="00BD1D13" w:rsidRPr="0092023E" w:rsidRDefault="00FC3B1F">
      <w:pPr>
        <w:autoSpaceDE w:val="0"/>
        <w:autoSpaceDN w:val="0"/>
        <w:spacing w:before="190" w:after="0"/>
        <w:rPr>
          <w:lang w:val="ru-RU"/>
        </w:rPr>
      </w:pPr>
      <w:r w:rsidRPr="0092023E">
        <w:rPr>
          <w:rFonts w:ascii="Times New Roman" w:eastAsia="Times New Roman" w:hAnsi="Times New Roman"/>
          <w:color w:val="000000"/>
          <w:sz w:val="24"/>
          <w:lang w:val="ru-RU"/>
        </w:rPr>
        <w:t xml:space="preserve">—  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w:t>
      </w:r>
      <w:r w:rsidRPr="0092023E">
        <w:rPr>
          <w:lang w:val="ru-RU"/>
        </w:rPr>
        <w:br/>
      </w:r>
      <w:r w:rsidRPr="0092023E">
        <w:rPr>
          <w:rFonts w:ascii="Times New Roman" w:eastAsia="Times New Roman" w:hAnsi="Times New Roman"/>
          <w:color w:val="000000"/>
          <w:sz w:val="24"/>
          <w:lang w:val="ru-RU"/>
        </w:rPr>
        <w:t>образовательной деятельности и общения в школе, семье, группе сверстников;</w:t>
      </w:r>
    </w:p>
    <w:p w:rsidR="00BD1D13" w:rsidRPr="0092023E" w:rsidRDefault="00FC3B1F">
      <w:pPr>
        <w:autoSpaceDE w:val="0"/>
        <w:autoSpaceDN w:val="0"/>
        <w:spacing w:before="190" w:after="0"/>
        <w:ind w:right="144"/>
        <w:rPr>
          <w:lang w:val="ru-RU"/>
        </w:rPr>
      </w:pPr>
      <w:r w:rsidRPr="0092023E">
        <w:rPr>
          <w:rFonts w:ascii="Times New Roman" w:eastAsia="Times New Roman" w:hAnsi="Times New Roman"/>
          <w:color w:val="000000"/>
          <w:sz w:val="24"/>
          <w:lang w:val="ru-RU"/>
        </w:rPr>
        <w:t>—  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BD1D13" w:rsidRPr="0092023E" w:rsidRDefault="00FC3B1F">
      <w:pPr>
        <w:autoSpaceDE w:val="0"/>
        <w:autoSpaceDN w:val="0"/>
        <w:spacing w:before="190" w:after="0" w:line="262" w:lineRule="auto"/>
        <w:ind w:right="144"/>
        <w:rPr>
          <w:lang w:val="ru-RU"/>
        </w:rPr>
      </w:pPr>
      <w:r w:rsidRPr="0092023E">
        <w:rPr>
          <w:rFonts w:ascii="Times New Roman" w:eastAsia="Times New Roman" w:hAnsi="Times New Roman"/>
          <w:color w:val="000000"/>
          <w:sz w:val="24"/>
          <w:lang w:val="ru-RU"/>
        </w:rPr>
        <w:t>—  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BD1D13" w:rsidRPr="0092023E" w:rsidRDefault="00FC3B1F">
      <w:pPr>
        <w:autoSpaceDE w:val="0"/>
        <w:autoSpaceDN w:val="0"/>
        <w:spacing w:before="190" w:after="0" w:line="271" w:lineRule="auto"/>
        <w:rPr>
          <w:lang w:val="ru-RU"/>
        </w:rPr>
      </w:pPr>
      <w:r w:rsidRPr="0092023E">
        <w:rPr>
          <w:rFonts w:ascii="Times New Roman" w:eastAsia="Times New Roman" w:hAnsi="Times New Roman"/>
          <w:color w:val="000000"/>
          <w:sz w:val="24"/>
          <w:lang w:val="ru-RU"/>
        </w:rPr>
        <w:t xml:space="preserve">—  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w:t>
      </w:r>
      <w:r w:rsidRPr="0092023E">
        <w:rPr>
          <w:lang w:val="ru-RU"/>
        </w:rPr>
        <w:br/>
      </w:r>
      <w:r w:rsidRPr="0092023E">
        <w:rPr>
          <w:rFonts w:ascii="Times New Roman" w:eastAsia="Times New Roman" w:hAnsi="Times New Roman"/>
          <w:color w:val="000000"/>
          <w:sz w:val="24"/>
          <w:lang w:val="ru-RU"/>
        </w:rPr>
        <w:t>преобразовывать текстовую информацию в таблицу, схему;</w:t>
      </w:r>
    </w:p>
    <w:p w:rsidR="00BD1D13" w:rsidRPr="0092023E" w:rsidRDefault="00FC3B1F">
      <w:pPr>
        <w:autoSpaceDE w:val="0"/>
        <w:autoSpaceDN w:val="0"/>
        <w:spacing w:before="192" w:after="0"/>
        <w:ind w:right="720"/>
        <w:rPr>
          <w:lang w:val="ru-RU"/>
        </w:rPr>
      </w:pPr>
      <w:r w:rsidRPr="0092023E">
        <w:rPr>
          <w:rFonts w:ascii="Times New Roman" w:eastAsia="Times New Roman" w:hAnsi="Times New Roman"/>
          <w:color w:val="000000"/>
          <w:sz w:val="24"/>
          <w:lang w:val="ru-RU"/>
        </w:rPr>
        <w:t>—  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D1D13" w:rsidRPr="0092023E" w:rsidRDefault="00FC3B1F">
      <w:pPr>
        <w:autoSpaceDE w:val="0"/>
        <w:autoSpaceDN w:val="0"/>
        <w:spacing w:before="190" w:after="0" w:line="271" w:lineRule="auto"/>
        <w:ind w:right="78"/>
        <w:jc w:val="both"/>
        <w:rPr>
          <w:lang w:val="ru-RU"/>
        </w:rPr>
      </w:pPr>
      <w:r w:rsidRPr="0092023E">
        <w:rPr>
          <w:rFonts w:ascii="Times New Roman" w:eastAsia="Times New Roman" w:hAnsi="Times New Roman"/>
          <w:color w:val="000000"/>
          <w:sz w:val="24"/>
          <w:lang w:val="ru-RU"/>
        </w:rPr>
        <w:t>—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BD1D13" w:rsidRPr="0092023E" w:rsidRDefault="00FC3B1F">
      <w:pPr>
        <w:autoSpaceDE w:val="0"/>
        <w:autoSpaceDN w:val="0"/>
        <w:spacing w:before="190" w:after="0" w:line="271" w:lineRule="auto"/>
        <w:rPr>
          <w:lang w:val="ru-RU"/>
        </w:rPr>
      </w:pPr>
      <w:r w:rsidRPr="0092023E">
        <w:rPr>
          <w:rFonts w:ascii="Times New Roman" w:eastAsia="Times New Roman" w:hAnsi="Times New Roman"/>
          <w:color w:val="000000"/>
          <w:sz w:val="24"/>
          <w:lang w:val="ru-RU"/>
        </w:rPr>
        <w:t>—  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BD1D13" w:rsidRPr="0092023E" w:rsidRDefault="00FC3B1F">
      <w:pPr>
        <w:autoSpaceDE w:val="0"/>
        <w:autoSpaceDN w:val="0"/>
        <w:spacing w:before="190" w:after="0" w:line="271" w:lineRule="auto"/>
        <w:ind w:right="432"/>
        <w:rPr>
          <w:lang w:val="ru-RU"/>
        </w:rPr>
      </w:pPr>
      <w:r w:rsidRPr="0092023E">
        <w:rPr>
          <w:rFonts w:ascii="Times New Roman" w:eastAsia="Times New Roman" w:hAnsi="Times New Roman"/>
          <w:color w:val="000000"/>
          <w:sz w:val="24"/>
          <w:lang w:val="ru-RU"/>
        </w:rPr>
        <w:t>—  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BD1D13" w:rsidRPr="0092023E" w:rsidRDefault="00BD1D13">
      <w:pPr>
        <w:rPr>
          <w:lang w:val="ru-RU"/>
        </w:rPr>
        <w:sectPr w:rsidR="00BD1D13" w:rsidRPr="0092023E">
          <w:pgSz w:w="11900" w:h="16840"/>
          <w:pgMar w:top="286" w:right="686" w:bottom="332" w:left="1086" w:header="720" w:footer="720" w:gutter="0"/>
          <w:cols w:space="720" w:equalWidth="0">
            <w:col w:w="10128" w:space="0"/>
          </w:cols>
          <w:docGrid w:linePitch="360"/>
        </w:sectPr>
      </w:pPr>
    </w:p>
    <w:p w:rsidR="00BD1D13" w:rsidRPr="0092023E" w:rsidRDefault="00BD1D13">
      <w:pPr>
        <w:autoSpaceDE w:val="0"/>
        <w:autoSpaceDN w:val="0"/>
        <w:spacing w:after="114" w:line="220" w:lineRule="exact"/>
        <w:rPr>
          <w:lang w:val="ru-RU"/>
        </w:rPr>
      </w:pPr>
    </w:p>
    <w:p w:rsidR="00BD1D13" w:rsidRPr="0092023E" w:rsidRDefault="00FC3B1F">
      <w:pPr>
        <w:autoSpaceDE w:val="0"/>
        <w:autoSpaceDN w:val="0"/>
        <w:spacing w:after="0" w:line="271" w:lineRule="auto"/>
        <w:ind w:left="240" w:right="144"/>
        <w:rPr>
          <w:lang w:val="ru-RU"/>
        </w:rPr>
      </w:pPr>
      <w:r w:rsidRPr="0092023E">
        <w:rPr>
          <w:rFonts w:ascii="Times New Roman" w:eastAsia="Times New Roman" w:hAnsi="Times New Roman"/>
          <w:color w:val="000000"/>
          <w:sz w:val="24"/>
          <w:lang w:val="ru-RU"/>
        </w:rPr>
        <w:t>—  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D1D13" w:rsidRPr="0092023E" w:rsidRDefault="00FC3B1F">
      <w:pPr>
        <w:autoSpaceDE w:val="0"/>
        <w:autoSpaceDN w:val="0"/>
        <w:spacing w:before="178" w:after="0" w:line="230" w:lineRule="auto"/>
        <w:rPr>
          <w:lang w:val="ru-RU"/>
        </w:rPr>
      </w:pPr>
      <w:r w:rsidRPr="0092023E">
        <w:rPr>
          <w:rFonts w:ascii="Times New Roman" w:eastAsia="Times New Roman" w:hAnsi="Times New Roman"/>
          <w:b/>
          <w:color w:val="000000"/>
          <w:sz w:val="24"/>
          <w:lang w:val="ru-RU"/>
        </w:rPr>
        <w:t>Общество, в котором мы живём</w:t>
      </w:r>
    </w:p>
    <w:p w:rsidR="00BD1D13" w:rsidRPr="0092023E" w:rsidRDefault="00FC3B1F">
      <w:pPr>
        <w:autoSpaceDE w:val="0"/>
        <w:autoSpaceDN w:val="0"/>
        <w:spacing w:before="178" w:after="0"/>
        <w:ind w:left="240" w:right="432"/>
        <w:rPr>
          <w:lang w:val="ru-RU"/>
        </w:rPr>
      </w:pPr>
      <w:r w:rsidRPr="0092023E">
        <w:rPr>
          <w:rFonts w:ascii="Times New Roman" w:eastAsia="Times New Roman" w:hAnsi="Times New Roman"/>
          <w:color w:val="000000"/>
          <w:sz w:val="24"/>
          <w:lang w:val="ru-RU"/>
        </w:rPr>
        <w:t>—  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BD1D13" w:rsidRPr="0092023E" w:rsidRDefault="00FC3B1F">
      <w:pPr>
        <w:autoSpaceDE w:val="0"/>
        <w:autoSpaceDN w:val="0"/>
        <w:spacing w:before="192" w:after="0" w:line="271" w:lineRule="auto"/>
        <w:ind w:left="240" w:right="1152"/>
        <w:rPr>
          <w:lang w:val="ru-RU"/>
        </w:rPr>
      </w:pPr>
      <w:r w:rsidRPr="0092023E">
        <w:rPr>
          <w:rFonts w:ascii="Times New Roman" w:eastAsia="Times New Roman" w:hAnsi="Times New Roman"/>
          <w:color w:val="000000"/>
          <w:sz w:val="24"/>
          <w:lang w:val="ru-RU"/>
        </w:rPr>
        <w:t>—  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BD1D13" w:rsidRPr="0092023E" w:rsidRDefault="00FC3B1F">
      <w:pPr>
        <w:autoSpaceDE w:val="0"/>
        <w:autoSpaceDN w:val="0"/>
        <w:spacing w:before="190" w:after="0" w:line="262" w:lineRule="auto"/>
        <w:ind w:left="240" w:right="1296"/>
        <w:rPr>
          <w:lang w:val="ru-RU"/>
        </w:rPr>
      </w:pPr>
      <w:r w:rsidRPr="0092023E">
        <w:rPr>
          <w:rFonts w:ascii="Times New Roman" w:eastAsia="Times New Roman" w:hAnsi="Times New Roman"/>
          <w:color w:val="000000"/>
          <w:sz w:val="24"/>
          <w:lang w:val="ru-RU"/>
        </w:rPr>
        <w:t>—  приводить примеры разного положения людей в обществе, видов экономической деятельности, глобальных проблем;</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классифицировать социальные общности и группы;</w:t>
      </w:r>
    </w:p>
    <w:p w:rsidR="00BD1D13" w:rsidRPr="0092023E" w:rsidRDefault="00FC3B1F">
      <w:pPr>
        <w:autoSpaceDE w:val="0"/>
        <w:autoSpaceDN w:val="0"/>
        <w:spacing w:before="190" w:after="0" w:line="262" w:lineRule="auto"/>
        <w:ind w:left="240" w:right="720"/>
        <w:rPr>
          <w:lang w:val="ru-RU"/>
        </w:rPr>
      </w:pPr>
      <w:r w:rsidRPr="0092023E">
        <w:rPr>
          <w:rFonts w:ascii="Times New Roman" w:eastAsia="Times New Roman" w:hAnsi="Times New Roman"/>
          <w:color w:val="000000"/>
          <w:sz w:val="24"/>
          <w:lang w:val="ru-RU"/>
        </w:rPr>
        <w:t xml:space="preserve">—  сравнивать социальные общности и группы, положение в </w:t>
      </w:r>
      <w:proofErr w:type="gramStart"/>
      <w:r w:rsidRPr="0092023E">
        <w:rPr>
          <w:rFonts w:ascii="Times New Roman" w:eastAsia="Times New Roman" w:hAnsi="Times New Roman"/>
          <w:color w:val="000000"/>
          <w:sz w:val="24"/>
          <w:lang w:val="ru-RU"/>
        </w:rPr>
        <w:t>об​</w:t>
      </w:r>
      <w:proofErr w:type="spellStart"/>
      <w:r w:rsidRPr="0092023E">
        <w:rPr>
          <w:rFonts w:ascii="Times New Roman" w:eastAsia="Times New Roman" w:hAnsi="Times New Roman"/>
          <w:color w:val="000000"/>
          <w:sz w:val="24"/>
          <w:lang w:val="ru-RU"/>
        </w:rPr>
        <w:t>ществе</w:t>
      </w:r>
      <w:proofErr w:type="spellEnd"/>
      <w:proofErr w:type="gramEnd"/>
      <w:r w:rsidRPr="0092023E">
        <w:rPr>
          <w:rFonts w:ascii="Times New Roman" w:eastAsia="Times New Roman" w:hAnsi="Times New Roman"/>
          <w:color w:val="000000"/>
          <w:sz w:val="24"/>
          <w:lang w:val="ru-RU"/>
        </w:rPr>
        <w:t xml:space="preserve"> различных людей; различные формы хозяйствования;</w:t>
      </w:r>
    </w:p>
    <w:p w:rsidR="00BD1D13" w:rsidRPr="0092023E" w:rsidRDefault="00FC3B1F">
      <w:pPr>
        <w:autoSpaceDE w:val="0"/>
        <w:autoSpaceDN w:val="0"/>
        <w:spacing w:before="190" w:after="0" w:line="262" w:lineRule="auto"/>
        <w:ind w:left="240" w:right="576"/>
        <w:rPr>
          <w:lang w:val="ru-RU"/>
        </w:rPr>
      </w:pPr>
      <w:r w:rsidRPr="0092023E">
        <w:rPr>
          <w:rFonts w:ascii="Times New Roman" w:eastAsia="Times New Roman" w:hAnsi="Times New Roman"/>
          <w:color w:val="000000"/>
          <w:sz w:val="24"/>
          <w:lang w:val="ru-RU"/>
        </w:rPr>
        <w:t>—  устанавливать  взаимодействия общества и природы, человека и общества, деятельности основных участников экономики;</w:t>
      </w:r>
    </w:p>
    <w:p w:rsidR="00BD1D13" w:rsidRPr="0092023E" w:rsidRDefault="00FC3B1F">
      <w:pPr>
        <w:autoSpaceDE w:val="0"/>
        <w:autoSpaceDN w:val="0"/>
        <w:spacing w:before="190" w:after="0" w:line="271" w:lineRule="auto"/>
        <w:ind w:left="240" w:right="144"/>
        <w:rPr>
          <w:lang w:val="ru-RU"/>
        </w:rPr>
      </w:pPr>
      <w:r w:rsidRPr="0092023E">
        <w:rPr>
          <w:rFonts w:ascii="Times New Roman" w:eastAsia="Times New Roman" w:hAnsi="Times New Roman"/>
          <w:color w:val="000000"/>
          <w:sz w:val="24"/>
          <w:lang w:val="ru-RU"/>
        </w:rPr>
        <w:t>—  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BD1D13" w:rsidRPr="0092023E" w:rsidRDefault="00FC3B1F">
      <w:pPr>
        <w:autoSpaceDE w:val="0"/>
        <w:autoSpaceDN w:val="0"/>
        <w:spacing w:before="190" w:after="0" w:line="271" w:lineRule="auto"/>
        <w:ind w:left="240" w:right="144"/>
        <w:rPr>
          <w:lang w:val="ru-RU"/>
        </w:rPr>
      </w:pPr>
      <w:r w:rsidRPr="0092023E">
        <w:rPr>
          <w:rFonts w:ascii="Times New Roman" w:eastAsia="Times New Roman" w:hAnsi="Times New Roman"/>
          <w:color w:val="000000"/>
          <w:sz w:val="24"/>
          <w:lang w:val="ru-RU"/>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BD1D13" w:rsidRPr="0092023E" w:rsidRDefault="00FC3B1F">
      <w:pPr>
        <w:autoSpaceDE w:val="0"/>
        <w:autoSpaceDN w:val="0"/>
        <w:spacing w:before="190" w:after="0" w:line="262" w:lineRule="auto"/>
        <w:ind w:left="240" w:right="864"/>
        <w:rPr>
          <w:lang w:val="ru-RU"/>
        </w:rPr>
      </w:pPr>
      <w:r w:rsidRPr="0092023E">
        <w:rPr>
          <w:rFonts w:ascii="Times New Roman" w:eastAsia="Times New Roman" w:hAnsi="Times New Roman"/>
          <w:color w:val="000000"/>
          <w:sz w:val="24"/>
          <w:lang w:val="ru-RU"/>
        </w:rPr>
        <w:t>—  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BD1D13" w:rsidRPr="0092023E" w:rsidRDefault="00FC3B1F">
      <w:pPr>
        <w:autoSpaceDE w:val="0"/>
        <w:autoSpaceDN w:val="0"/>
        <w:spacing w:before="190" w:after="0" w:line="274" w:lineRule="auto"/>
        <w:ind w:left="240" w:right="864"/>
        <w:rPr>
          <w:lang w:val="ru-RU"/>
        </w:rPr>
      </w:pPr>
      <w:r w:rsidRPr="0092023E">
        <w:rPr>
          <w:rFonts w:ascii="Times New Roman" w:eastAsia="Times New Roman" w:hAnsi="Times New Roman"/>
          <w:color w:val="000000"/>
          <w:sz w:val="24"/>
          <w:lang w:val="ru-RU"/>
        </w:rPr>
        <w:t xml:space="preserve">—  овладевать смысловым чтением текстов обществоведческой тематики, касающихся отношений человека и природы, </w:t>
      </w:r>
      <w:proofErr w:type="gramStart"/>
      <w:r w:rsidRPr="0092023E">
        <w:rPr>
          <w:rFonts w:ascii="Times New Roman" w:eastAsia="Times New Roman" w:hAnsi="Times New Roman"/>
          <w:color w:val="000000"/>
          <w:sz w:val="24"/>
          <w:lang w:val="ru-RU"/>
        </w:rPr>
        <w:t>уст​</w:t>
      </w:r>
      <w:proofErr w:type="spellStart"/>
      <w:r w:rsidRPr="0092023E">
        <w:rPr>
          <w:rFonts w:ascii="Times New Roman" w:eastAsia="Times New Roman" w:hAnsi="Times New Roman"/>
          <w:color w:val="000000"/>
          <w:sz w:val="24"/>
          <w:lang w:val="ru-RU"/>
        </w:rPr>
        <w:t>ройства</w:t>
      </w:r>
      <w:proofErr w:type="spellEnd"/>
      <w:proofErr w:type="gramEnd"/>
      <w:r w:rsidRPr="0092023E">
        <w:rPr>
          <w:rFonts w:ascii="Times New Roman" w:eastAsia="Times New Roman" w:hAnsi="Times New Roman"/>
          <w:color w:val="000000"/>
          <w:sz w:val="24"/>
          <w:lang w:val="ru-RU"/>
        </w:rPr>
        <w:t xml:space="preserve"> общественной жизни, основных сфер жизни общества;</w:t>
      </w:r>
    </w:p>
    <w:p w:rsidR="00BD1D13" w:rsidRPr="0092023E" w:rsidRDefault="00FC3B1F">
      <w:pPr>
        <w:autoSpaceDE w:val="0"/>
        <w:autoSpaceDN w:val="0"/>
        <w:spacing w:before="190" w:after="0" w:line="262" w:lineRule="auto"/>
        <w:ind w:left="240"/>
        <w:rPr>
          <w:lang w:val="ru-RU"/>
        </w:rPr>
      </w:pPr>
      <w:r w:rsidRPr="0092023E">
        <w:rPr>
          <w:rFonts w:ascii="Times New Roman" w:eastAsia="Times New Roman" w:hAnsi="Times New Roman"/>
          <w:color w:val="000000"/>
          <w:sz w:val="24"/>
          <w:lang w:val="ru-RU"/>
        </w:rPr>
        <w:t>—  извлекать информацию из разных источников о человеке и обществе, включая информацию о народах России;</w:t>
      </w:r>
    </w:p>
    <w:p w:rsidR="00BD1D13" w:rsidRPr="0092023E" w:rsidRDefault="00FC3B1F">
      <w:pPr>
        <w:autoSpaceDE w:val="0"/>
        <w:autoSpaceDN w:val="0"/>
        <w:spacing w:before="190" w:after="0" w:line="271" w:lineRule="auto"/>
        <w:ind w:left="240"/>
        <w:rPr>
          <w:lang w:val="ru-RU"/>
        </w:rPr>
      </w:pPr>
      <w:r w:rsidRPr="0092023E">
        <w:rPr>
          <w:rFonts w:ascii="Times New Roman" w:eastAsia="Times New Roman" w:hAnsi="Times New Roman"/>
          <w:color w:val="000000"/>
          <w:sz w:val="24"/>
          <w:lang w:val="ru-RU"/>
        </w:rPr>
        <w:t>—  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BD1D13" w:rsidRPr="0092023E" w:rsidRDefault="00FC3B1F">
      <w:pPr>
        <w:autoSpaceDE w:val="0"/>
        <w:autoSpaceDN w:val="0"/>
        <w:spacing w:before="190" w:after="0" w:line="262" w:lineRule="auto"/>
        <w:ind w:left="240" w:right="144"/>
        <w:rPr>
          <w:lang w:val="ru-RU"/>
        </w:rPr>
      </w:pPr>
      <w:r w:rsidRPr="0092023E">
        <w:rPr>
          <w:rFonts w:ascii="Times New Roman" w:eastAsia="Times New Roman" w:hAnsi="Times New Roman"/>
          <w:color w:val="000000"/>
          <w:sz w:val="24"/>
          <w:lang w:val="ru-RU"/>
        </w:rPr>
        <w:t>—  оценивать собственные поступки и поведение других людей с точки зрения их соответствия духовным традициям общества;</w:t>
      </w:r>
    </w:p>
    <w:p w:rsidR="00BD1D13" w:rsidRPr="0092023E" w:rsidRDefault="00FC3B1F">
      <w:pPr>
        <w:autoSpaceDE w:val="0"/>
        <w:autoSpaceDN w:val="0"/>
        <w:spacing w:before="190" w:after="0" w:line="271" w:lineRule="auto"/>
        <w:ind w:left="240" w:right="144"/>
        <w:rPr>
          <w:lang w:val="ru-RU"/>
        </w:rPr>
      </w:pPr>
      <w:r w:rsidRPr="0092023E">
        <w:rPr>
          <w:rFonts w:ascii="Times New Roman" w:eastAsia="Times New Roman" w:hAnsi="Times New Roman"/>
          <w:color w:val="000000"/>
          <w:sz w:val="24"/>
          <w:lang w:val="ru-RU"/>
        </w:rPr>
        <w:t>—  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осуществлять совместную деятельность, включая взаимодействие с людьми другой культуры,</w:t>
      </w:r>
    </w:p>
    <w:p w:rsidR="00BD1D13" w:rsidRPr="0092023E" w:rsidRDefault="00BD1D13">
      <w:pPr>
        <w:rPr>
          <w:lang w:val="ru-RU"/>
        </w:rPr>
        <w:sectPr w:rsidR="00BD1D13" w:rsidRPr="0092023E">
          <w:pgSz w:w="11900" w:h="16840"/>
          <w:pgMar w:top="334" w:right="744" w:bottom="452" w:left="846" w:header="720" w:footer="720" w:gutter="0"/>
          <w:cols w:space="720" w:equalWidth="0">
            <w:col w:w="10310"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line="262" w:lineRule="auto"/>
        <w:ind w:left="420" w:right="720"/>
        <w:rPr>
          <w:lang w:val="ru-RU"/>
        </w:rPr>
      </w:pPr>
      <w:r w:rsidRPr="0092023E">
        <w:rPr>
          <w:rFonts w:ascii="Times New Roman" w:eastAsia="Times New Roman" w:hAnsi="Times New Roman"/>
          <w:color w:val="000000"/>
          <w:sz w:val="24"/>
          <w:lang w:val="ru-RU"/>
        </w:rPr>
        <w:t>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BD1D13" w:rsidRPr="0092023E" w:rsidRDefault="00FC3B1F">
      <w:pPr>
        <w:autoSpaceDE w:val="0"/>
        <w:autoSpaceDN w:val="0"/>
        <w:spacing w:before="322" w:after="0" w:line="230" w:lineRule="auto"/>
        <w:rPr>
          <w:lang w:val="ru-RU"/>
        </w:rPr>
      </w:pPr>
      <w:r w:rsidRPr="0092023E">
        <w:rPr>
          <w:rFonts w:ascii="Times New Roman" w:eastAsia="Times New Roman" w:hAnsi="Times New Roman"/>
          <w:b/>
          <w:color w:val="000000"/>
          <w:sz w:val="24"/>
          <w:lang w:val="ru-RU"/>
        </w:rPr>
        <w:t>7 КЛАСС</w:t>
      </w:r>
    </w:p>
    <w:p w:rsidR="00BD1D13" w:rsidRPr="0092023E" w:rsidRDefault="00FC3B1F">
      <w:pPr>
        <w:autoSpaceDE w:val="0"/>
        <w:autoSpaceDN w:val="0"/>
        <w:spacing w:before="166" w:after="0" w:line="230" w:lineRule="auto"/>
        <w:ind w:left="180"/>
        <w:rPr>
          <w:lang w:val="ru-RU"/>
        </w:rPr>
      </w:pPr>
      <w:r w:rsidRPr="0092023E">
        <w:rPr>
          <w:rFonts w:ascii="Times New Roman" w:eastAsia="Times New Roman" w:hAnsi="Times New Roman"/>
          <w:b/>
          <w:color w:val="000000"/>
          <w:sz w:val="24"/>
          <w:lang w:val="ru-RU"/>
        </w:rPr>
        <w:t>Социальные ценности и нормы</w:t>
      </w:r>
    </w:p>
    <w:p w:rsidR="00BD1D13" w:rsidRPr="0092023E" w:rsidRDefault="00FC3B1F">
      <w:pPr>
        <w:autoSpaceDE w:val="0"/>
        <w:autoSpaceDN w:val="0"/>
        <w:spacing w:before="178" w:after="0" w:line="262" w:lineRule="auto"/>
        <w:ind w:left="420" w:right="100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 социальных ценностях; о содержании и значении социальных норм, регулирующих общественные отношения;</w:t>
      </w:r>
    </w:p>
    <w:p w:rsidR="00BD1D13" w:rsidRPr="0092023E" w:rsidRDefault="00FC3B1F">
      <w:pPr>
        <w:autoSpaceDE w:val="0"/>
        <w:autoSpaceDN w:val="0"/>
        <w:spacing w:before="190" w:after="0" w:line="271"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характеризовать</w:t>
      </w:r>
      <w:r w:rsidRPr="0092023E">
        <w:rPr>
          <w:rFonts w:ascii="Times New Roman" w:eastAsia="Times New Roman" w:hAnsi="Times New Roman"/>
          <w:color w:val="000000"/>
          <w:sz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BD1D13" w:rsidRPr="0092023E" w:rsidRDefault="00FC3B1F">
      <w:pPr>
        <w:autoSpaceDE w:val="0"/>
        <w:autoSpaceDN w:val="0"/>
        <w:spacing w:before="192" w:after="0" w:line="262" w:lineRule="auto"/>
        <w:ind w:left="42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приводить примеры</w:t>
      </w:r>
      <w:r w:rsidRPr="0092023E">
        <w:rPr>
          <w:rFonts w:ascii="Times New Roman" w:eastAsia="Times New Roman" w:hAnsi="Times New Roman"/>
          <w:color w:val="000000"/>
          <w:sz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BD1D13" w:rsidRPr="0092023E" w:rsidRDefault="00FC3B1F">
      <w:pPr>
        <w:autoSpaceDE w:val="0"/>
        <w:autoSpaceDN w:val="0"/>
        <w:spacing w:before="190"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социальные нормы, их существенные признаки и элементы;</w:t>
      </w:r>
    </w:p>
    <w:p w:rsidR="00BD1D13" w:rsidRPr="0092023E" w:rsidRDefault="00FC3B1F">
      <w:pPr>
        <w:autoSpaceDE w:val="0"/>
        <w:autoSpaceDN w:val="0"/>
        <w:spacing w:before="190"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отдельные виды социальных норм;</w:t>
      </w:r>
    </w:p>
    <w:p w:rsidR="00BD1D13" w:rsidRPr="0092023E" w:rsidRDefault="00FC3B1F">
      <w:pPr>
        <w:autoSpaceDE w:val="0"/>
        <w:autoSpaceDN w:val="0"/>
        <w:spacing w:before="190"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влияние социальных норм на общество и человека;</w:t>
      </w:r>
    </w:p>
    <w:p w:rsidR="00BD1D13" w:rsidRPr="0092023E" w:rsidRDefault="00FC3B1F">
      <w:pPr>
        <w:autoSpaceDE w:val="0"/>
        <w:autoSpaceDN w:val="0"/>
        <w:spacing w:before="190" w:after="0" w:line="262" w:lineRule="auto"/>
        <w:ind w:left="420" w:right="86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для объяснения (устного и письменного) сущности социальных норм;</w:t>
      </w:r>
    </w:p>
    <w:p w:rsidR="00BD1D13" w:rsidRPr="0092023E" w:rsidRDefault="00FC3B1F">
      <w:pPr>
        <w:autoSpaceDE w:val="0"/>
        <w:autoSpaceDN w:val="0"/>
        <w:spacing w:before="190" w:after="0"/>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с опорой на обществоведческие знания, факты </w:t>
      </w:r>
      <w:r w:rsidRPr="0092023E">
        <w:rPr>
          <w:lang w:val="ru-RU"/>
        </w:rPr>
        <w:br/>
      </w:r>
      <w:r w:rsidRPr="0092023E">
        <w:rPr>
          <w:rFonts w:ascii="Times New Roman" w:eastAsia="Times New Roman" w:hAnsi="Times New Roman"/>
          <w:color w:val="000000"/>
          <w:sz w:val="24"/>
          <w:lang w:val="ru-RU"/>
        </w:rPr>
        <w:t>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BD1D13" w:rsidRPr="0092023E" w:rsidRDefault="00FC3B1F">
      <w:pPr>
        <w:autoSpaceDE w:val="0"/>
        <w:autoSpaceDN w:val="0"/>
        <w:spacing w:before="190" w:after="0" w:line="262"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BD1D13" w:rsidRPr="0092023E" w:rsidRDefault="00FC3B1F">
      <w:pPr>
        <w:autoSpaceDE w:val="0"/>
        <w:autoSpaceDN w:val="0"/>
        <w:spacing w:before="190" w:after="0" w:line="262" w:lineRule="auto"/>
        <w:ind w:left="420" w:right="100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овладевать </w:t>
      </w:r>
      <w:r w:rsidRPr="0092023E">
        <w:rPr>
          <w:rFonts w:ascii="Times New Roman" w:eastAsia="Times New Roman" w:hAnsi="Times New Roman"/>
          <w:color w:val="000000"/>
          <w:sz w:val="24"/>
          <w:lang w:val="ru-RU"/>
        </w:rPr>
        <w:t>смысловым чтением текстов обществоведческой тематики, касающихся гуманизма, гражданственности, патриотизма;</w:t>
      </w:r>
    </w:p>
    <w:p w:rsidR="00BD1D13" w:rsidRPr="0092023E" w:rsidRDefault="00FC3B1F">
      <w:pPr>
        <w:autoSpaceDE w:val="0"/>
        <w:autoSpaceDN w:val="0"/>
        <w:spacing w:before="190" w:after="0" w:line="262" w:lineRule="auto"/>
        <w:ind w:left="42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извлекать </w:t>
      </w:r>
      <w:r w:rsidRPr="0092023E">
        <w:rPr>
          <w:rFonts w:ascii="Times New Roman" w:eastAsia="Times New Roman" w:hAnsi="Times New Roman"/>
          <w:color w:val="000000"/>
          <w:sz w:val="24"/>
          <w:lang w:val="ru-RU"/>
        </w:rPr>
        <w:t>информацию из разных источников о принципах и нормах морали, проблеме морального выбора;</w:t>
      </w:r>
    </w:p>
    <w:p w:rsidR="00BD1D13" w:rsidRPr="0092023E" w:rsidRDefault="00FC3B1F">
      <w:pPr>
        <w:autoSpaceDE w:val="0"/>
        <w:autoSpaceDN w:val="0"/>
        <w:spacing w:before="192" w:after="0" w:line="271" w:lineRule="auto"/>
        <w:ind w:left="420"/>
        <w:rPr>
          <w:lang w:val="ru-RU"/>
        </w:rPr>
      </w:pPr>
      <w:r w:rsidRPr="0092023E">
        <w:rPr>
          <w:rFonts w:ascii="Times New Roman" w:eastAsia="Times New Roman" w:hAnsi="Times New Roman"/>
          <w:color w:val="000000"/>
          <w:sz w:val="24"/>
          <w:lang w:val="ru-RU"/>
        </w:rPr>
        <w:t>—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BD1D13" w:rsidRPr="0092023E" w:rsidRDefault="00FC3B1F">
      <w:pPr>
        <w:autoSpaceDE w:val="0"/>
        <w:autoSpaceDN w:val="0"/>
        <w:spacing w:before="190" w:after="0" w:line="262"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оценивать </w:t>
      </w:r>
      <w:r w:rsidRPr="0092023E">
        <w:rPr>
          <w:rFonts w:ascii="Times New Roman" w:eastAsia="Times New Roman" w:hAnsi="Times New Roman"/>
          <w:color w:val="000000"/>
          <w:sz w:val="24"/>
          <w:lang w:val="ru-RU"/>
        </w:rPr>
        <w:t>собственные поступки, поведение людей с точки зрения их соответствия нормам морали;</w:t>
      </w:r>
    </w:p>
    <w:p w:rsidR="00BD1D13" w:rsidRPr="0092023E" w:rsidRDefault="00FC3B1F">
      <w:pPr>
        <w:autoSpaceDE w:val="0"/>
        <w:autoSpaceDN w:val="0"/>
        <w:spacing w:before="190"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о социальных нормах в повседневной жизни;</w:t>
      </w:r>
    </w:p>
    <w:p w:rsidR="00BD1D13" w:rsidRPr="0092023E" w:rsidRDefault="00FC3B1F">
      <w:pPr>
        <w:autoSpaceDE w:val="0"/>
        <w:autoSpaceDN w:val="0"/>
        <w:spacing w:before="190" w:after="0" w:line="262" w:lineRule="auto"/>
        <w:ind w:left="42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самостоятельно заполнять</w:t>
      </w:r>
      <w:r w:rsidRPr="0092023E">
        <w:rPr>
          <w:rFonts w:ascii="Times New Roman" w:eastAsia="Times New Roman" w:hAnsi="Times New Roman"/>
          <w:color w:val="000000"/>
          <w:sz w:val="24"/>
          <w:lang w:val="ru-RU"/>
        </w:rPr>
        <w:t xml:space="preserve"> форму (в том числе электронную) и составлять простейший документ (заявление);</w:t>
      </w:r>
    </w:p>
    <w:p w:rsidR="00BD1D13" w:rsidRPr="0092023E" w:rsidRDefault="00FC3B1F">
      <w:pPr>
        <w:autoSpaceDE w:val="0"/>
        <w:autoSpaceDN w:val="0"/>
        <w:spacing w:before="190" w:after="0" w:line="271"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D1D13" w:rsidRPr="0092023E" w:rsidRDefault="00FC3B1F">
      <w:pPr>
        <w:autoSpaceDE w:val="0"/>
        <w:autoSpaceDN w:val="0"/>
        <w:spacing w:before="178" w:after="0" w:line="230" w:lineRule="auto"/>
        <w:ind w:left="180"/>
        <w:rPr>
          <w:lang w:val="ru-RU"/>
        </w:rPr>
      </w:pPr>
      <w:r w:rsidRPr="0092023E">
        <w:rPr>
          <w:rFonts w:ascii="Times New Roman" w:eastAsia="Times New Roman" w:hAnsi="Times New Roman"/>
          <w:b/>
          <w:color w:val="000000"/>
          <w:sz w:val="24"/>
          <w:lang w:val="ru-RU"/>
        </w:rPr>
        <w:t>Человек как участник правовых отношений</w:t>
      </w:r>
    </w:p>
    <w:p w:rsidR="00BD1D13" w:rsidRPr="0092023E" w:rsidRDefault="00FC3B1F">
      <w:pPr>
        <w:autoSpaceDE w:val="0"/>
        <w:autoSpaceDN w:val="0"/>
        <w:spacing w:before="178"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 сущности права, о правоотношении как социальном и</w:t>
      </w:r>
    </w:p>
    <w:p w:rsidR="00BD1D13" w:rsidRPr="0092023E" w:rsidRDefault="00BD1D13">
      <w:pPr>
        <w:rPr>
          <w:lang w:val="ru-RU"/>
        </w:rPr>
        <w:sectPr w:rsidR="00BD1D13" w:rsidRPr="0092023E">
          <w:pgSz w:w="11900" w:h="16840"/>
          <w:pgMar w:top="286" w:right="738" w:bottom="378" w:left="666" w:header="720" w:footer="720" w:gutter="0"/>
          <w:cols w:space="720" w:equalWidth="0">
            <w:col w:w="10496"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rPr>
          <w:lang w:val="ru-RU"/>
        </w:rPr>
      </w:pPr>
      <w:proofErr w:type="gramStart"/>
      <w:r w:rsidRPr="0092023E">
        <w:rPr>
          <w:rFonts w:ascii="Times New Roman" w:eastAsia="Times New Roman" w:hAnsi="Times New Roman"/>
          <w:color w:val="000000"/>
          <w:sz w:val="24"/>
          <w:lang w:val="ru-RU"/>
        </w:rPr>
        <w:t xml:space="preserve">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w:t>
      </w:r>
      <w:r w:rsidRPr="0092023E">
        <w:rPr>
          <w:lang w:val="ru-RU"/>
        </w:rPr>
        <w:br/>
      </w:r>
      <w:r w:rsidRPr="0092023E">
        <w:rPr>
          <w:rFonts w:ascii="Times New Roman" w:eastAsia="Times New Roman" w:hAnsi="Times New Roman"/>
          <w:color w:val="000000"/>
          <w:sz w:val="24"/>
          <w:lang w:val="ru-RU"/>
        </w:rPr>
        <w:t>Федерации (в том числе несовершеннолетнего); правонарушениях и их опасности для личности и общества;</w:t>
      </w:r>
      <w:proofErr w:type="gramEnd"/>
    </w:p>
    <w:p w:rsidR="00BD1D13" w:rsidRPr="0092023E" w:rsidRDefault="00FC3B1F">
      <w:pPr>
        <w:autoSpaceDE w:val="0"/>
        <w:autoSpaceDN w:val="0"/>
        <w:spacing w:before="190" w:after="0" w:line="262" w:lineRule="auto"/>
        <w:ind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BD1D13" w:rsidRPr="0092023E" w:rsidRDefault="00FC3B1F">
      <w:pPr>
        <w:autoSpaceDE w:val="0"/>
        <w:autoSpaceDN w:val="0"/>
        <w:spacing w:before="190" w:after="0"/>
        <w:ind w:right="43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приводить </w:t>
      </w:r>
      <w:r w:rsidRPr="0092023E">
        <w:rPr>
          <w:rFonts w:ascii="Times New Roman" w:eastAsia="Times New Roman" w:hAnsi="Times New Roman"/>
          <w:color w:val="000000"/>
          <w:sz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BD1D13" w:rsidRPr="0092023E" w:rsidRDefault="00FC3B1F">
      <w:pPr>
        <w:autoSpaceDE w:val="0"/>
        <w:autoSpaceDN w:val="0"/>
        <w:spacing w:before="192" w:after="0" w:line="262"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BD1D13" w:rsidRPr="0092023E" w:rsidRDefault="00FC3B1F">
      <w:pPr>
        <w:autoSpaceDE w:val="0"/>
        <w:autoSpaceDN w:val="0"/>
        <w:spacing w:before="190" w:after="0" w:line="271"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BD1D13" w:rsidRPr="0092023E" w:rsidRDefault="00FC3B1F">
      <w:pPr>
        <w:autoSpaceDE w:val="0"/>
        <w:autoSpaceDN w:val="0"/>
        <w:spacing w:before="190" w:after="0" w:line="271" w:lineRule="auto"/>
        <w:ind w:right="86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BD1D13" w:rsidRPr="0092023E" w:rsidRDefault="00FC3B1F">
      <w:pPr>
        <w:autoSpaceDE w:val="0"/>
        <w:autoSpaceDN w:val="0"/>
        <w:spacing w:before="190" w:after="0" w:line="281" w:lineRule="auto"/>
        <w:ind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BD1D13" w:rsidRPr="0092023E" w:rsidRDefault="00FC3B1F">
      <w:pPr>
        <w:autoSpaceDE w:val="0"/>
        <w:autoSpaceDN w:val="0"/>
        <w:spacing w:before="190" w:after="0" w:line="271"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определять </w:t>
      </w:r>
      <w:r w:rsidRPr="0092023E">
        <w:rPr>
          <w:rFonts w:ascii="Times New Roman" w:eastAsia="Times New Roman" w:hAnsi="Times New Roman"/>
          <w:color w:val="000000"/>
          <w:sz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BD1D13" w:rsidRPr="0092023E" w:rsidRDefault="00FC3B1F">
      <w:pPr>
        <w:autoSpaceDE w:val="0"/>
        <w:autoSpaceDN w:val="0"/>
        <w:spacing w:before="190" w:after="0" w:line="278" w:lineRule="auto"/>
        <w:ind w:right="144"/>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p w:rsidR="00BD1D13" w:rsidRPr="0092023E" w:rsidRDefault="00FC3B1F">
      <w:pPr>
        <w:autoSpaceDE w:val="0"/>
        <w:autoSpaceDN w:val="0"/>
        <w:spacing w:before="190" w:after="0" w:line="281" w:lineRule="auto"/>
        <w:ind w:right="432"/>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овладевать </w:t>
      </w:r>
      <w:r w:rsidRPr="0092023E">
        <w:rPr>
          <w:rFonts w:ascii="Times New Roman" w:eastAsia="Times New Roman" w:hAnsi="Times New Roman"/>
          <w:color w:val="000000"/>
          <w:sz w:val="24"/>
          <w:lang w:val="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p w:rsidR="00BD1D13" w:rsidRPr="0092023E" w:rsidRDefault="00FC3B1F">
      <w:pPr>
        <w:autoSpaceDE w:val="0"/>
        <w:autoSpaceDN w:val="0"/>
        <w:spacing w:before="190" w:after="0" w:line="281" w:lineRule="auto"/>
        <w:ind w:right="144"/>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искать и извлекать</w:t>
      </w:r>
      <w:r w:rsidRPr="0092023E">
        <w:rPr>
          <w:rFonts w:ascii="Times New Roman" w:eastAsia="Times New Roman" w:hAnsi="Times New Roman"/>
          <w:color w:val="000000"/>
          <w:sz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BD1D13" w:rsidRPr="0092023E" w:rsidRDefault="00BD1D13">
      <w:pPr>
        <w:rPr>
          <w:lang w:val="ru-RU"/>
        </w:rPr>
        <w:sectPr w:rsidR="00BD1D13" w:rsidRPr="0092023E">
          <w:pgSz w:w="11900" w:h="16840"/>
          <w:pgMar w:top="286" w:right="738" w:bottom="512" w:left="1086" w:header="720" w:footer="720" w:gutter="0"/>
          <w:cols w:space="720" w:equalWidth="0">
            <w:col w:w="10076" w:space="0"/>
          </w:cols>
          <w:docGrid w:linePitch="360"/>
        </w:sectPr>
      </w:pPr>
    </w:p>
    <w:p w:rsidR="00BD1D13" w:rsidRPr="0092023E" w:rsidRDefault="00BD1D13">
      <w:pPr>
        <w:autoSpaceDE w:val="0"/>
        <w:autoSpaceDN w:val="0"/>
        <w:spacing w:after="108" w:line="220" w:lineRule="exact"/>
        <w:rPr>
          <w:lang w:val="ru-RU"/>
        </w:rPr>
      </w:pPr>
    </w:p>
    <w:p w:rsidR="00BD1D13" w:rsidRPr="0092023E" w:rsidRDefault="00FC3B1F">
      <w:pPr>
        <w:autoSpaceDE w:val="0"/>
        <w:autoSpaceDN w:val="0"/>
        <w:spacing w:after="0" w:line="281"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анализировать, обобщать, систематизировать, оценивать</w:t>
      </w:r>
      <w:r w:rsidRPr="0092023E">
        <w:rPr>
          <w:rFonts w:ascii="Times New Roman" w:eastAsia="Times New Roman" w:hAnsi="Times New Roman"/>
          <w:color w:val="000000"/>
          <w:sz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w:t>
      </w:r>
      <w:r w:rsidRPr="0092023E">
        <w:rPr>
          <w:lang w:val="ru-RU"/>
        </w:rPr>
        <w:br/>
      </w:r>
      <w:r w:rsidRPr="0092023E">
        <w:rPr>
          <w:rFonts w:ascii="Times New Roman" w:eastAsia="Times New Roman" w:hAnsi="Times New Roman"/>
          <w:color w:val="000000"/>
          <w:sz w:val="24"/>
          <w:lang w:val="ru-RU"/>
        </w:rPr>
        <w:t>социальным опытом; используя обществоведческие знания, формулировать выводы, подкрепляя их аргументами;</w:t>
      </w:r>
    </w:p>
    <w:p w:rsidR="00BD1D13" w:rsidRPr="0092023E" w:rsidRDefault="00FC3B1F">
      <w:pPr>
        <w:autoSpaceDE w:val="0"/>
        <w:autoSpaceDN w:val="0"/>
        <w:spacing w:before="190" w:after="0" w:line="262"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оценивать</w:t>
      </w:r>
      <w:r w:rsidRPr="0092023E">
        <w:rPr>
          <w:rFonts w:ascii="Times New Roman" w:eastAsia="Times New Roman" w:hAnsi="Times New Roman"/>
          <w:color w:val="000000"/>
          <w:sz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BD1D13" w:rsidRPr="0092023E" w:rsidRDefault="00FC3B1F">
      <w:pPr>
        <w:autoSpaceDE w:val="0"/>
        <w:autoSpaceDN w:val="0"/>
        <w:spacing w:before="190" w:after="0" w:line="286" w:lineRule="auto"/>
        <w:ind w:left="240"/>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92023E">
        <w:rPr>
          <w:rFonts w:ascii="Times New Roman" w:eastAsia="Times New Roman" w:hAnsi="Times New Roman"/>
          <w:color w:val="000000"/>
          <w:sz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D1D13" w:rsidRPr="0092023E" w:rsidRDefault="00FC3B1F">
      <w:pPr>
        <w:autoSpaceDE w:val="0"/>
        <w:autoSpaceDN w:val="0"/>
        <w:spacing w:before="190" w:after="0" w:line="262" w:lineRule="auto"/>
        <w:ind w:left="240" w:right="720"/>
        <w:rPr>
          <w:lang w:val="ru-RU"/>
        </w:rPr>
      </w:pPr>
      <w:r w:rsidRPr="0092023E">
        <w:rPr>
          <w:rFonts w:ascii="Times New Roman" w:eastAsia="Times New Roman" w:hAnsi="Times New Roman"/>
          <w:color w:val="000000"/>
          <w:sz w:val="24"/>
          <w:lang w:val="ru-RU"/>
        </w:rPr>
        <w:t xml:space="preserve">—  самостоятельно </w:t>
      </w:r>
      <w:r w:rsidRPr="0092023E">
        <w:rPr>
          <w:rFonts w:ascii="Times New Roman" w:eastAsia="Times New Roman" w:hAnsi="Times New Roman"/>
          <w:b/>
          <w:color w:val="000000"/>
          <w:sz w:val="24"/>
          <w:lang w:val="ru-RU"/>
        </w:rPr>
        <w:t xml:space="preserve">заполнять </w:t>
      </w:r>
      <w:r w:rsidRPr="0092023E">
        <w:rPr>
          <w:rFonts w:ascii="Times New Roman" w:eastAsia="Times New Roman" w:hAnsi="Times New Roman"/>
          <w:color w:val="000000"/>
          <w:sz w:val="24"/>
          <w:lang w:val="ru-RU"/>
        </w:rPr>
        <w:t>форму (в том числе электронную) и составлять простейший документ при получении паспорта гражданина Российской Федерации;</w:t>
      </w:r>
    </w:p>
    <w:p w:rsidR="00BD1D13" w:rsidRPr="0092023E" w:rsidRDefault="00FC3B1F">
      <w:pPr>
        <w:autoSpaceDE w:val="0"/>
        <w:autoSpaceDN w:val="0"/>
        <w:spacing w:before="190" w:after="0"/>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D1D13" w:rsidRPr="0092023E" w:rsidRDefault="00FC3B1F">
      <w:pPr>
        <w:autoSpaceDE w:val="0"/>
        <w:autoSpaceDN w:val="0"/>
        <w:spacing w:before="178" w:after="0" w:line="230" w:lineRule="auto"/>
        <w:rPr>
          <w:lang w:val="ru-RU"/>
        </w:rPr>
      </w:pPr>
      <w:r w:rsidRPr="0092023E">
        <w:rPr>
          <w:rFonts w:ascii="Times New Roman" w:eastAsia="Times New Roman" w:hAnsi="Times New Roman"/>
          <w:b/>
          <w:color w:val="000000"/>
          <w:sz w:val="24"/>
          <w:lang w:val="ru-RU"/>
        </w:rPr>
        <w:t>Основы российского права</w:t>
      </w:r>
    </w:p>
    <w:p w:rsidR="00BD1D13" w:rsidRPr="0092023E" w:rsidRDefault="00FC3B1F">
      <w:pPr>
        <w:autoSpaceDE w:val="0"/>
        <w:autoSpaceDN w:val="0"/>
        <w:spacing w:before="178" w:after="0" w:line="283" w:lineRule="auto"/>
        <w:ind w:left="240"/>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92023E">
        <w:rPr>
          <w:rFonts w:ascii="Times New Roman" w:eastAsia="Times New Roman" w:hAnsi="Times New Roman"/>
          <w:color w:val="000000"/>
          <w:sz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w:t>
      </w:r>
    </w:p>
    <w:p w:rsidR="00BD1D13" w:rsidRPr="0092023E" w:rsidRDefault="00FC3B1F">
      <w:pPr>
        <w:autoSpaceDE w:val="0"/>
        <w:autoSpaceDN w:val="0"/>
        <w:spacing w:before="192" w:after="0" w:line="281" w:lineRule="auto"/>
        <w:ind w:left="240"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BD1D13" w:rsidRPr="0092023E" w:rsidRDefault="00FC3B1F">
      <w:pPr>
        <w:autoSpaceDE w:val="0"/>
        <w:autoSpaceDN w:val="0"/>
        <w:spacing w:before="190" w:after="0" w:line="271"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приводить </w:t>
      </w:r>
      <w:r w:rsidRPr="0092023E">
        <w:rPr>
          <w:rFonts w:ascii="Times New Roman" w:eastAsia="Times New Roman" w:hAnsi="Times New Roman"/>
          <w:color w:val="000000"/>
          <w:sz w:val="24"/>
          <w:lang w:val="ru-RU"/>
        </w:rPr>
        <w:t>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BD1D13" w:rsidRPr="0092023E" w:rsidRDefault="00FC3B1F">
      <w:pPr>
        <w:autoSpaceDE w:val="0"/>
        <w:autoSpaceDN w:val="0"/>
        <w:spacing w:before="190" w:after="0" w:line="271"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BD1D13" w:rsidRPr="0092023E" w:rsidRDefault="00FC3B1F">
      <w:pPr>
        <w:autoSpaceDE w:val="0"/>
        <w:autoSpaceDN w:val="0"/>
        <w:spacing w:before="190" w:after="0" w:line="271" w:lineRule="auto"/>
        <w:ind w:left="24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w:t>
      </w:r>
    </w:p>
    <w:p w:rsidR="00BD1D13" w:rsidRPr="0092023E" w:rsidRDefault="00BD1D13">
      <w:pPr>
        <w:rPr>
          <w:lang w:val="ru-RU"/>
        </w:rPr>
        <w:sectPr w:rsidR="00BD1D13" w:rsidRPr="0092023E">
          <w:pgSz w:w="11900" w:h="16840"/>
          <w:pgMar w:top="328" w:right="708" w:bottom="312" w:left="846" w:header="720" w:footer="720" w:gutter="0"/>
          <w:cols w:space="720" w:equalWidth="0">
            <w:col w:w="10346" w:space="0"/>
          </w:cols>
          <w:docGrid w:linePitch="360"/>
        </w:sectPr>
      </w:pPr>
    </w:p>
    <w:p w:rsidR="00BD1D13" w:rsidRPr="0092023E" w:rsidRDefault="00BD1D13">
      <w:pPr>
        <w:autoSpaceDE w:val="0"/>
        <w:autoSpaceDN w:val="0"/>
        <w:spacing w:after="72" w:line="220" w:lineRule="exact"/>
        <w:rPr>
          <w:lang w:val="ru-RU"/>
        </w:rPr>
      </w:pPr>
    </w:p>
    <w:p w:rsidR="00BD1D13" w:rsidRPr="0092023E" w:rsidRDefault="00FC3B1F">
      <w:pPr>
        <w:autoSpaceDE w:val="0"/>
        <w:autoSpaceDN w:val="0"/>
        <w:spacing w:after="0" w:line="230" w:lineRule="auto"/>
        <w:rPr>
          <w:lang w:val="ru-RU"/>
        </w:rPr>
      </w:pPr>
      <w:r w:rsidRPr="0092023E">
        <w:rPr>
          <w:rFonts w:ascii="Times New Roman" w:eastAsia="Times New Roman" w:hAnsi="Times New Roman"/>
          <w:color w:val="000000"/>
          <w:sz w:val="24"/>
          <w:lang w:val="ru-RU"/>
        </w:rPr>
        <w:t>неимущественные отношения;</w:t>
      </w:r>
    </w:p>
    <w:p w:rsidR="00BD1D13" w:rsidRPr="0092023E" w:rsidRDefault="00FC3B1F">
      <w:pPr>
        <w:autoSpaceDE w:val="0"/>
        <w:autoSpaceDN w:val="0"/>
        <w:spacing w:before="190" w:after="0" w:line="271" w:lineRule="auto"/>
        <w:ind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w:t>
      </w:r>
      <w:r w:rsidRPr="0092023E">
        <w:rPr>
          <w:lang w:val="ru-RU"/>
        </w:rPr>
        <w:br/>
      </w:r>
      <w:r w:rsidRPr="0092023E">
        <w:rPr>
          <w:rFonts w:ascii="Times New Roman" w:eastAsia="Times New Roman" w:hAnsi="Times New Roman"/>
          <w:color w:val="000000"/>
          <w:sz w:val="24"/>
          <w:lang w:val="ru-RU"/>
        </w:rPr>
        <w:t>неимущественных отношений в семье;</w:t>
      </w:r>
    </w:p>
    <w:p w:rsidR="00BD1D13" w:rsidRPr="0092023E" w:rsidRDefault="00FC3B1F">
      <w:pPr>
        <w:autoSpaceDE w:val="0"/>
        <w:autoSpaceDN w:val="0"/>
        <w:spacing w:before="190" w:after="0" w:line="281"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BD1D13" w:rsidRPr="0092023E" w:rsidRDefault="00FC3B1F">
      <w:pPr>
        <w:autoSpaceDE w:val="0"/>
        <w:autoSpaceDN w:val="0"/>
        <w:spacing w:before="192" w:after="0" w:line="271" w:lineRule="auto"/>
        <w:ind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BD1D13" w:rsidRPr="0092023E" w:rsidRDefault="00FC3B1F">
      <w:pPr>
        <w:autoSpaceDE w:val="0"/>
        <w:autoSpaceDN w:val="0"/>
        <w:spacing w:before="190" w:after="0" w:line="271" w:lineRule="auto"/>
        <w:ind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BD1D13" w:rsidRPr="0092023E" w:rsidRDefault="00FC3B1F">
      <w:pPr>
        <w:autoSpaceDE w:val="0"/>
        <w:autoSpaceDN w:val="0"/>
        <w:spacing w:before="190" w:after="0" w:line="283" w:lineRule="auto"/>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овладевать </w:t>
      </w:r>
      <w:r w:rsidRPr="0092023E">
        <w:rPr>
          <w:rFonts w:ascii="Times New Roman" w:eastAsia="Times New Roman" w:hAnsi="Times New Roman"/>
          <w:color w:val="000000"/>
          <w:sz w:val="24"/>
          <w:lang w:val="ru-RU"/>
        </w:rPr>
        <w:t xml:space="preserve">смысловым чтением текстов обществоведческой тематики: отбирать </w:t>
      </w:r>
      <w:r w:rsidRPr="0092023E">
        <w:rPr>
          <w:lang w:val="ru-RU"/>
        </w:rPr>
        <w:br/>
      </w:r>
      <w:r w:rsidRPr="0092023E">
        <w:rPr>
          <w:rFonts w:ascii="Times New Roman" w:eastAsia="Times New Roman" w:hAnsi="Times New Roman"/>
          <w:color w:val="000000"/>
          <w:sz w:val="24"/>
          <w:lang w:val="ru-RU"/>
        </w:rPr>
        <w:t xml:space="preserve">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w:t>
      </w:r>
      <w:r w:rsidRPr="0092023E">
        <w:rPr>
          <w:lang w:val="ru-RU"/>
        </w:rPr>
        <w:br/>
      </w:r>
      <w:r w:rsidRPr="0092023E">
        <w:rPr>
          <w:rFonts w:ascii="Times New Roman" w:eastAsia="Times New Roman" w:hAnsi="Times New Roman"/>
          <w:color w:val="000000"/>
          <w:sz w:val="24"/>
          <w:lang w:val="ru-RU"/>
        </w:rPr>
        <w:t>правоотношениях и специфике их регулирования, преобразовывать текстовую информацию в таблицу, схему;</w:t>
      </w:r>
      <w:proofErr w:type="gramEnd"/>
    </w:p>
    <w:p w:rsidR="00BD1D13" w:rsidRPr="0092023E" w:rsidRDefault="00FC3B1F">
      <w:pPr>
        <w:autoSpaceDE w:val="0"/>
        <w:autoSpaceDN w:val="0"/>
        <w:spacing w:before="190" w:after="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искать и извлекать</w:t>
      </w:r>
      <w:r w:rsidRPr="0092023E">
        <w:rPr>
          <w:rFonts w:ascii="Times New Roman" w:eastAsia="Times New Roman" w:hAnsi="Times New Roman"/>
          <w:color w:val="000000"/>
          <w:sz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w:t>
      </w:r>
      <w:r w:rsidRPr="0092023E">
        <w:rPr>
          <w:lang w:val="ru-RU"/>
        </w:rPr>
        <w:br/>
      </w:r>
      <w:r w:rsidRPr="0092023E">
        <w:rPr>
          <w:rFonts w:ascii="Times New Roman" w:eastAsia="Times New Roman" w:hAnsi="Times New Roman"/>
          <w:color w:val="000000"/>
          <w:sz w:val="24"/>
          <w:lang w:val="ru-RU"/>
        </w:rPr>
        <w:t>соблюдением правил информационной безопасности при работе в Интернете;</w:t>
      </w:r>
    </w:p>
    <w:p w:rsidR="00BD1D13" w:rsidRPr="0092023E" w:rsidRDefault="00FC3B1F">
      <w:pPr>
        <w:autoSpaceDE w:val="0"/>
        <w:autoSpaceDN w:val="0"/>
        <w:spacing w:before="190" w:after="0" w:line="283"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анализировать, обобщать, систематизировать, оценивать</w:t>
      </w:r>
      <w:r w:rsidRPr="0092023E">
        <w:rPr>
          <w:rFonts w:ascii="Times New Roman" w:eastAsia="Times New Roman" w:hAnsi="Times New Roman"/>
          <w:color w:val="000000"/>
          <w:sz w:val="24"/>
          <w:lang w:val="ru-RU"/>
        </w:rPr>
        <w:t xml:space="preserve"> ​социальную информацию из адаптированных источнико</w:t>
      </w:r>
      <w:proofErr w:type="gramStart"/>
      <w:r w:rsidRPr="0092023E">
        <w:rPr>
          <w:rFonts w:ascii="Times New Roman" w:eastAsia="Times New Roman" w:hAnsi="Times New Roman"/>
          <w:color w:val="000000"/>
          <w:sz w:val="24"/>
          <w:lang w:val="ru-RU"/>
        </w:rPr>
        <w:t>в(</w:t>
      </w:r>
      <w:proofErr w:type="gramEnd"/>
      <w:r w:rsidRPr="0092023E">
        <w:rPr>
          <w:rFonts w:ascii="Times New Roman" w:eastAsia="Times New Roman" w:hAnsi="Times New Roman"/>
          <w:color w:val="000000"/>
          <w:sz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w:t>
      </w:r>
      <w:r w:rsidRPr="0092023E">
        <w:rPr>
          <w:lang w:val="ru-RU"/>
        </w:rPr>
        <w:br/>
      </w:r>
      <w:r w:rsidRPr="0092023E">
        <w:rPr>
          <w:rFonts w:ascii="Times New Roman" w:eastAsia="Times New Roman" w:hAnsi="Times New Roman"/>
          <w:color w:val="000000"/>
          <w:sz w:val="24"/>
          <w:lang w:val="ru-RU"/>
        </w:rPr>
        <w:t>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BD1D13" w:rsidRPr="0092023E" w:rsidRDefault="00FC3B1F">
      <w:pPr>
        <w:autoSpaceDE w:val="0"/>
        <w:autoSpaceDN w:val="0"/>
        <w:spacing w:before="190" w:after="0" w:line="262"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оценивать </w:t>
      </w:r>
      <w:r w:rsidRPr="0092023E">
        <w:rPr>
          <w:rFonts w:ascii="Times New Roman" w:eastAsia="Times New Roman" w:hAnsi="Times New Roman"/>
          <w:color w:val="000000"/>
          <w:sz w:val="24"/>
          <w:lang w:val="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BD1D13" w:rsidRPr="0092023E" w:rsidRDefault="00FC3B1F">
      <w:pPr>
        <w:autoSpaceDE w:val="0"/>
        <w:autoSpaceDN w:val="0"/>
        <w:spacing w:before="190" w:after="0" w:line="283" w:lineRule="auto"/>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 xml:space="preserve">полученные знания о нормах гражданского, трудового, семейного, </w:t>
      </w:r>
      <w:r w:rsidRPr="0092023E">
        <w:rPr>
          <w:lang w:val="ru-RU"/>
        </w:rPr>
        <w:br/>
      </w:r>
      <w:r w:rsidRPr="0092023E">
        <w:rPr>
          <w:rFonts w:ascii="Times New Roman" w:eastAsia="Times New Roman" w:hAnsi="Times New Roman"/>
          <w:color w:val="000000"/>
          <w:sz w:val="24"/>
          <w:lang w:val="ru-RU"/>
        </w:rPr>
        <w:t>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BD1D13" w:rsidRPr="0092023E" w:rsidRDefault="00FC3B1F">
      <w:pPr>
        <w:autoSpaceDE w:val="0"/>
        <w:autoSpaceDN w:val="0"/>
        <w:spacing w:before="190" w:after="0" w:line="262" w:lineRule="auto"/>
        <w:ind w:right="576"/>
        <w:rPr>
          <w:lang w:val="ru-RU"/>
        </w:rPr>
      </w:pPr>
      <w:r w:rsidRPr="0092023E">
        <w:rPr>
          <w:rFonts w:ascii="Times New Roman" w:eastAsia="Times New Roman" w:hAnsi="Times New Roman"/>
          <w:color w:val="000000"/>
          <w:sz w:val="24"/>
          <w:lang w:val="ru-RU"/>
        </w:rPr>
        <w:t xml:space="preserve">—  самостоятельно </w:t>
      </w:r>
      <w:r w:rsidRPr="0092023E">
        <w:rPr>
          <w:rFonts w:ascii="Times New Roman" w:eastAsia="Times New Roman" w:hAnsi="Times New Roman"/>
          <w:b/>
          <w:color w:val="000000"/>
          <w:sz w:val="24"/>
          <w:lang w:val="ru-RU"/>
        </w:rPr>
        <w:t xml:space="preserve">заполнять </w:t>
      </w:r>
      <w:r w:rsidRPr="0092023E">
        <w:rPr>
          <w:rFonts w:ascii="Times New Roman" w:eastAsia="Times New Roman" w:hAnsi="Times New Roman"/>
          <w:color w:val="000000"/>
          <w:sz w:val="24"/>
          <w:lang w:val="ru-RU"/>
        </w:rPr>
        <w:t>форму (в том числе электронную) и составлять простейший документ (заявление о приёме на работу);</w:t>
      </w:r>
    </w:p>
    <w:p w:rsidR="00BD1D13" w:rsidRPr="0092023E" w:rsidRDefault="00BD1D13">
      <w:pPr>
        <w:rPr>
          <w:lang w:val="ru-RU"/>
        </w:rPr>
        <w:sectPr w:rsidR="00BD1D13" w:rsidRPr="0092023E">
          <w:pgSz w:w="11900" w:h="16840"/>
          <w:pgMar w:top="292" w:right="820" w:bottom="338" w:left="1086" w:header="720" w:footer="720" w:gutter="0"/>
          <w:cols w:space="720" w:equalWidth="0">
            <w:col w:w="9994" w:space="0"/>
          </w:cols>
          <w:docGrid w:linePitch="360"/>
        </w:sectPr>
      </w:pPr>
    </w:p>
    <w:p w:rsidR="00BD1D13" w:rsidRPr="0092023E" w:rsidRDefault="00BD1D13">
      <w:pPr>
        <w:autoSpaceDE w:val="0"/>
        <w:autoSpaceDN w:val="0"/>
        <w:spacing w:after="108" w:line="220" w:lineRule="exact"/>
        <w:rPr>
          <w:lang w:val="ru-RU"/>
        </w:rPr>
      </w:pPr>
    </w:p>
    <w:p w:rsidR="00BD1D13" w:rsidRPr="0092023E" w:rsidRDefault="00FC3B1F">
      <w:pPr>
        <w:autoSpaceDE w:val="0"/>
        <w:autoSpaceDN w:val="0"/>
        <w:spacing w:after="0"/>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D1D13" w:rsidRPr="0092023E" w:rsidRDefault="00FC3B1F">
      <w:pPr>
        <w:autoSpaceDE w:val="0"/>
        <w:autoSpaceDN w:val="0"/>
        <w:spacing w:before="322" w:after="0" w:line="230" w:lineRule="auto"/>
        <w:rPr>
          <w:lang w:val="ru-RU"/>
        </w:rPr>
      </w:pPr>
      <w:r w:rsidRPr="0092023E">
        <w:rPr>
          <w:rFonts w:ascii="Times New Roman" w:eastAsia="Times New Roman" w:hAnsi="Times New Roman"/>
          <w:b/>
          <w:color w:val="000000"/>
          <w:sz w:val="24"/>
          <w:lang w:val="ru-RU"/>
        </w:rPr>
        <w:t>8 КЛАСС</w:t>
      </w:r>
    </w:p>
    <w:p w:rsidR="00BD1D13" w:rsidRPr="0092023E" w:rsidRDefault="00FC3B1F">
      <w:pPr>
        <w:autoSpaceDE w:val="0"/>
        <w:autoSpaceDN w:val="0"/>
        <w:spacing w:before="166" w:after="0" w:line="230" w:lineRule="auto"/>
        <w:ind w:left="180"/>
        <w:rPr>
          <w:lang w:val="ru-RU"/>
        </w:rPr>
      </w:pPr>
      <w:r w:rsidRPr="0092023E">
        <w:rPr>
          <w:rFonts w:ascii="Times New Roman" w:eastAsia="Times New Roman" w:hAnsi="Times New Roman"/>
          <w:b/>
          <w:color w:val="000000"/>
          <w:sz w:val="24"/>
          <w:lang w:val="ru-RU"/>
        </w:rPr>
        <w:t>Человек в экономических отношениях</w:t>
      </w:r>
    </w:p>
    <w:p w:rsidR="00BD1D13" w:rsidRPr="0092023E" w:rsidRDefault="00FC3B1F">
      <w:pPr>
        <w:autoSpaceDE w:val="0"/>
        <w:autoSpaceDN w:val="0"/>
        <w:spacing w:before="178" w:after="0" w:line="281" w:lineRule="auto"/>
        <w:ind w:left="420" w:right="43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92023E">
        <w:rPr>
          <w:rFonts w:ascii="Times New Roman" w:eastAsia="Times New Roman" w:hAnsi="Times New Roman"/>
          <w:color w:val="000000"/>
          <w:sz w:val="24"/>
          <w:lang w:val="ru-RU"/>
        </w:rPr>
        <w:t>политики на развитие</w:t>
      </w:r>
      <w:proofErr w:type="gramEnd"/>
      <w:r w:rsidRPr="0092023E">
        <w:rPr>
          <w:rFonts w:ascii="Times New Roman" w:eastAsia="Times New Roman" w:hAnsi="Times New Roman"/>
          <w:color w:val="000000"/>
          <w:sz w:val="24"/>
          <w:lang w:val="ru-RU"/>
        </w:rPr>
        <w:t xml:space="preserve"> конкуренции;</w:t>
      </w:r>
    </w:p>
    <w:p w:rsidR="00BD1D13" w:rsidRPr="0092023E" w:rsidRDefault="00FC3B1F">
      <w:pPr>
        <w:autoSpaceDE w:val="0"/>
        <w:autoSpaceDN w:val="0"/>
        <w:spacing w:before="190" w:after="0" w:line="262" w:lineRule="auto"/>
        <w:ind w:left="288" w:right="144"/>
        <w:jc w:val="center"/>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BD1D13" w:rsidRPr="0092023E" w:rsidRDefault="00FC3B1F">
      <w:pPr>
        <w:autoSpaceDE w:val="0"/>
        <w:autoSpaceDN w:val="0"/>
        <w:spacing w:before="190" w:after="0" w:line="271" w:lineRule="auto"/>
        <w:ind w:left="420"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приводить </w:t>
      </w:r>
      <w:r w:rsidRPr="0092023E">
        <w:rPr>
          <w:rFonts w:ascii="Times New Roman" w:eastAsia="Times New Roman" w:hAnsi="Times New Roman"/>
          <w:color w:val="000000"/>
          <w:sz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BD1D13" w:rsidRPr="0092023E" w:rsidRDefault="00FC3B1F">
      <w:pPr>
        <w:autoSpaceDE w:val="0"/>
        <w:autoSpaceDN w:val="0"/>
        <w:spacing w:before="190" w:after="0" w:line="262" w:lineRule="auto"/>
        <w:ind w:left="42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(в том числе устанавливать существенный признак классификации) механизмы государственного регулирования экономики;</w:t>
      </w:r>
    </w:p>
    <w:p w:rsidR="00BD1D13" w:rsidRPr="0092023E" w:rsidRDefault="00FC3B1F">
      <w:pPr>
        <w:autoSpaceDE w:val="0"/>
        <w:autoSpaceDN w:val="0"/>
        <w:spacing w:before="190"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различные способы хозяйствования;</w:t>
      </w:r>
    </w:p>
    <w:p w:rsidR="00BD1D13" w:rsidRPr="0092023E" w:rsidRDefault="00FC3B1F">
      <w:pPr>
        <w:autoSpaceDE w:val="0"/>
        <w:autoSpaceDN w:val="0"/>
        <w:spacing w:before="190" w:after="0" w:line="262" w:lineRule="auto"/>
        <w:ind w:left="420"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связи политических потрясений и социально-экономических кризисов в государстве;</w:t>
      </w:r>
    </w:p>
    <w:p w:rsidR="00BD1D13" w:rsidRPr="0092023E" w:rsidRDefault="00FC3B1F">
      <w:pPr>
        <w:autoSpaceDE w:val="0"/>
        <w:autoSpaceDN w:val="0"/>
        <w:spacing w:before="190" w:after="0" w:line="281" w:lineRule="auto"/>
        <w:ind w:left="420" w:right="7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для объяснения причин достижения (</w:t>
      </w:r>
      <w:proofErr w:type="spellStart"/>
      <w:r w:rsidRPr="0092023E">
        <w:rPr>
          <w:rFonts w:ascii="Times New Roman" w:eastAsia="Times New Roman" w:hAnsi="Times New Roman"/>
          <w:color w:val="000000"/>
          <w:sz w:val="24"/>
          <w:lang w:val="ru-RU"/>
        </w:rPr>
        <w:t>недостижения</w:t>
      </w:r>
      <w:proofErr w:type="spellEnd"/>
      <w:r w:rsidRPr="0092023E">
        <w:rPr>
          <w:rFonts w:ascii="Times New Roman" w:eastAsia="Times New Roman" w:hAnsi="Times New Roman"/>
          <w:color w:val="000000"/>
          <w:sz w:val="24"/>
          <w:lang w:val="ru-RU"/>
        </w:rPr>
        <w:t xml:space="preserve">) результатов экономической деятельности; для объяснения основных механизмов </w:t>
      </w:r>
      <w:r w:rsidRPr="0092023E">
        <w:rPr>
          <w:lang w:val="ru-RU"/>
        </w:rPr>
        <w:br/>
      </w:r>
      <w:r w:rsidRPr="0092023E">
        <w:rPr>
          <w:rFonts w:ascii="Times New Roman" w:eastAsia="Times New Roman" w:hAnsi="Times New Roman"/>
          <w:color w:val="000000"/>
          <w:sz w:val="24"/>
          <w:lang w:val="ru-RU"/>
        </w:rPr>
        <w:t>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BD1D13" w:rsidRPr="0092023E" w:rsidRDefault="00FC3B1F">
      <w:pPr>
        <w:autoSpaceDE w:val="0"/>
        <w:autoSpaceDN w:val="0"/>
        <w:spacing w:before="190" w:after="0" w:line="271"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BD1D13" w:rsidRPr="0092023E" w:rsidRDefault="00FC3B1F">
      <w:pPr>
        <w:autoSpaceDE w:val="0"/>
        <w:autoSpaceDN w:val="0"/>
        <w:spacing w:before="192" w:after="0"/>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BD1D13" w:rsidRPr="0092023E" w:rsidRDefault="00FC3B1F">
      <w:pPr>
        <w:autoSpaceDE w:val="0"/>
        <w:autoSpaceDN w:val="0"/>
        <w:spacing w:before="190" w:after="0"/>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овладевать </w:t>
      </w:r>
      <w:r w:rsidRPr="0092023E">
        <w:rPr>
          <w:rFonts w:ascii="Times New Roman" w:eastAsia="Times New Roman" w:hAnsi="Times New Roman"/>
          <w:color w:val="000000"/>
          <w:sz w:val="24"/>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spellStart"/>
      <w:proofErr w:type="gramStart"/>
      <w:r w:rsidRPr="0092023E">
        <w:rPr>
          <w:rFonts w:ascii="Times New Roman" w:eastAsia="Times New Roman" w:hAnsi="Times New Roman"/>
          <w:color w:val="000000"/>
          <w:sz w:val="24"/>
          <w:lang w:val="ru-RU"/>
        </w:rPr>
        <w:t>безрабо</w:t>
      </w:r>
      <w:proofErr w:type="spellEnd"/>
      <w:r w:rsidRPr="0092023E">
        <w:rPr>
          <w:rFonts w:ascii="Times New Roman" w:eastAsia="Times New Roman" w:hAnsi="Times New Roman"/>
          <w:color w:val="000000"/>
          <w:sz w:val="24"/>
          <w:lang w:val="ru-RU"/>
        </w:rPr>
        <w:t>​</w:t>
      </w:r>
      <w:proofErr w:type="spellStart"/>
      <w:r w:rsidRPr="0092023E">
        <w:rPr>
          <w:rFonts w:ascii="Times New Roman" w:eastAsia="Times New Roman" w:hAnsi="Times New Roman"/>
          <w:color w:val="000000"/>
          <w:sz w:val="24"/>
          <w:lang w:val="ru-RU"/>
        </w:rPr>
        <w:t>тицы</w:t>
      </w:r>
      <w:proofErr w:type="spellEnd"/>
      <w:proofErr w:type="gramEnd"/>
      <w:r w:rsidRPr="0092023E">
        <w:rPr>
          <w:rFonts w:ascii="Times New Roman" w:eastAsia="Times New Roman" w:hAnsi="Times New Roman"/>
          <w:color w:val="000000"/>
          <w:sz w:val="24"/>
          <w:lang w:val="ru-RU"/>
        </w:rPr>
        <w:t>;</w:t>
      </w:r>
    </w:p>
    <w:p w:rsidR="00BD1D13" w:rsidRPr="0092023E" w:rsidRDefault="00FC3B1F">
      <w:pPr>
        <w:autoSpaceDE w:val="0"/>
        <w:autoSpaceDN w:val="0"/>
        <w:spacing w:before="190" w:after="0" w:line="271"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извлекать </w:t>
      </w:r>
      <w:r w:rsidRPr="0092023E">
        <w:rPr>
          <w:rFonts w:ascii="Times New Roman" w:eastAsia="Times New Roman" w:hAnsi="Times New Roman"/>
          <w:color w:val="000000"/>
          <w:sz w:val="24"/>
          <w:lang w:val="ru-RU"/>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BD1D13" w:rsidRPr="0092023E" w:rsidRDefault="00FC3B1F">
      <w:pPr>
        <w:autoSpaceDE w:val="0"/>
        <w:autoSpaceDN w:val="0"/>
        <w:spacing w:before="190"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анализировать, обобщать, систематизировать, конкретизировать</w:t>
      </w:r>
      <w:r w:rsidRPr="0092023E">
        <w:rPr>
          <w:rFonts w:ascii="Times New Roman" w:eastAsia="Times New Roman" w:hAnsi="Times New Roman"/>
          <w:color w:val="000000"/>
          <w:sz w:val="24"/>
          <w:lang w:val="ru-RU"/>
        </w:rPr>
        <w:t xml:space="preserve"> и критически оценивать</w:t>
      </w:r>
    </w:p>
    <w:p w:rsidR="00BD1D13" w:rsidRPr="0092023E" w:rsidRDefault="00BD1D13">
      <w:pPr>
        <w:rPr>
          <w:lang w:val="ru-RU"/>
        </w:rPr>
        <w:sectPr w:rsidR="00BD1D13" w:rsidRPr="0092023E">
          <w:pgSz w:w="11900" w:h="16840"/>
          <w:pgMar w:top="328" w:right="720" w:bottom="348" w:left="666" w:header="720" w:footer="720" w:gutter="0"/>
          <w:cols w:space="720" w:equalWidth="0">
            <w:col w:w="10514"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ind w:left="240" w:right="144"/>
        <w:rPr>
          <w:lang w:val="ru-RU"/>
        </w:rPr>
      </w:pPr>
      <w:r w:rsidRPr="0092023E">
        <w:rPr>
          <w:rFonts w:ascii="Times New Roman" w:eastAsia="Times New Roman" w:hAnsi="Times New Roman"/>
          <w:color w:val="000000"/>
          <w:sz w:val="24"/>
          <w:lang w:val="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BD1D13" w:rsidRPr="0092023E" w:rsidRDefault="00FC3B1F">
      <w:pPr>
        <w:autoSpaceDE w:val="0"/>
        <w:autoSpaceDN w:val="0"/>
        <w:spacing w:before="190" w:after="0" w:line="283" w:lineRule="auto"/>
        <w:ind w:left="240"/>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оценивать </w:t>
      </w:r>
      <w:r w:rsidRPr="0092023E">
        <w:rPr>
          <w:rFonts w:ascii="Times New Roman" w:eastAsia="Times New Roman" w:hAnsi="Times New Roman"/>
          <w:color w:val="000000"/>
          <w:sz w:val="24"/>
          <w:lang w:val="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p w:rsidR="00BD1D13" w:rsidRPr="0092023E" w:rsidRDefault="00FC3B1F">
      <w:pPr>
        <w:autoSpaceDE w:val="0"/>
        <w:autoSpaceDN w:val="0"/>
        <w:spacing w:before="192" w:after="0" w:line="283"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приобретать </w:t>
      </w:r>
      <w:r w:rsidRPr="0092023E">
        <w:rPr>
          <w:rFonts w:ascii="Times New Roman" w:eastAsia="Times New Roman" w:hAnsi="Times New Roman"/>
          <w:color w:val="000000"/>
          <w:sz w:val="24"/>
          <w:lang w:val="ru-RU"/>
        </w:rPr>
        <w:t>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BD1D13" w:rsidRPr="0092023E" w:rsidRDefault="00FC3B1F">
      <w:pPr>
        <w:autoSpaceDE w:val="0"/>
        <w:autoSpaceDN w:val="0"/>
        <w:spacing w:before="190" w:after="0" w:line="262" w:lineRule="auto"/>
        <w:ind w:left="240" w:right="100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приобретать </w:t>
      </w:r>
      <w:r w:rsidRPr="0092023E">
        <w:rPr>
          <w:rFonts w:ascii="Times New Roman" w:eastAsia="Times New Roman" w:hAnsi="Times New Roman"/>
          <w:color w:val="000000"/>
          <w:sz w:val="24"/>
          <w:lang w:val="ru-RU"/>
        </w:rPr>
        <w:t>опыт составления простейших документов (личный финансовый план, заявление, резюме);</w:t>
      </w:r>
    </w:p>
    <w:p w:rsidR="00BD1D13" w:rsidRPr="0092023E" w:rsidRDefault="00FC3B1F">
      <w:pPr>
        <w:autoSpaceDE w:val="0"/>
        <w:autoSpaceDN w:val="0"/>
        <w:spacing w:before="190" w:after="0" w:line="27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D1D13" w:rsidRPr="0092023E" w:rsidRDefault="00FC3B1F">
      <w:pPr>
        <w:autoSpaceDE w:val="0"/>
        <w:autoSpaceDN w:val="0"/>
        <w:spacing w:before="178" w:after="0" w:line="230" w:lineRule="auto"/>
        <w:rPr>
          <w:lang w:val="ru-RU"/>
        </w:rPr>
      </w:pPr>
      <w:r w:rsidRPr="0092023E">
        <w:rPr>
          <w:rFonts w:ascii="Times New Roman" w:eastAsia="Times New Roman" w:hAnsi="Times New Roman"/>
          <w:b/>
          <w:color w:val="000000"/>
          <w:sz w:val="24"/>
          <w:lang w:val="ru-RU"/>
        </w:rPr>
        <w:t>Человек в мире культуры</w:t>
      </w:r>
    </w:p>
    <w:p w:rsidR="00BD1D13" w:rsidRPr="0092023E" w:rsidRDefault="00FC3B1F">
      <w:pPr>
        <w:autoSpaceDE w:val="0"/>
        <w:autoSpaceDN w:val="0"/>
        <w:spacing w:before="178" w:after="0" w:line="27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BD1D13" w:rsidRPr="0092023E" w:rsidRDefault="00FC3B1F">
      <w:pPr>
        <w:autoSpaceDE w:val="0"/>
        <w:autoSpaceDN w:val="0"/>
        <w:spacing w:before="190" w:after="0" w:line="271"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 xml:space="preserve">духовно-нравственные ценности (в том числе нормы морали и </w:t>
      </w:r>
      <w:r w:rsidRPr="0092023E">
        <w:rPr>
          <w:lang w:val="ru-RU"/>
        </w:rPr>
        <w:br/>
      </w:r>
      <w:r w:rsidRPr="0092023E">
        <w:rPr>
          <w:rFonts w:ascii="Times New Roman" w:eastAsia="Times New Roman" w:hAnsi="Times New Roman"/>
          <w:color w:val="000000"/>
          <w:sz w:val="24"/>
          <w:lang w:val="ru-RU"/>
        </w:rPr>
        <w:t>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BD1D13" w:rsidRPr="0092023E" w:rsidRDefault="00FC3B1F">
      <w:pPr>
        <w:autoSpaceDE w:val="0"/>
        <w:autoSpaceDN w:val="0"/>
        <w:spacing w:before="192" w:after="0" w:line="262" w:lineRule="auto"/>
        <w:ind w:left="240" w:right="43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приводить </w:t>
      </w:r>
      <w:r w:rsidRPr="0092023E">
        <w:rPr>
          <w:rFonts w:ascii="Times New Roman" w:eastAsia="Times New Roman" w:hAnsi="Times New Roman"/>
          <w:color w:val="000000"/>
          <w:sz w:val="24"/>
          <w:lang w:val="ru-RU"/>
        </w:rPr>
        <w:t>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по разным признакам формы и виды культуры;</w:t>
      </w:r>
    </w:p>
    <w:p w:rsidR="00BD1D13" w:rsidRPr="0092023E" w:rsidRDefault="00FC3B1F">
      <w:pPr>
        <w:autoSpaceDE w:val="0"/>
        <w:autoSpaceDN w:val="0"/>
        <w:spacing w:before="190" w:after="0" w:line="262" w:lineRule="auto"/>
        <w:ind w:left="240" w:right="86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формы культуры, естественные и социально-гуманитарные науки, виды искусств;</w:t>
      </w:r>
    </w:p>
    <w:p w:rsidR="00BD1D13" w:rsidRPr="0092023E" w:rsidRDefault="00FC3B1F">
      <w:pPr>
        <w:autoSpaceDE w:val="0"/>
        <w:autoSpaceDN w:val="0"/>
        <w:spacing w:before="190" w:after="0" w:line="262" w:lineRule="auto"/>
        <w:ind w:left="24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взаимосвязь развития духовной культуры и формирования личности, взаимовлияние науки и образования;</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для объяснения роли непрерывного образования;</w:t>
      </w:r>
    </w:p>
    <w:p w:rsidR="00BD1D13" w:rsidRPr="0092023E" w:rsidRDefault="00FC3B1F">
      <w:pPr>
        <w:autoSpaceDE w:val="0"/>
        <w:autoSpaceDN w:val="0"/>
        <w:spacing w:before="190" w:after="0" w:line="271" w:lineRule="auto"/>
        <w:ind w:left="24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BD1D13" w:rsidRPr="0092023E" w:rsidRDefault="00BD1D13">
      <w:pPr>
        <w:rPr>
          <w:lang w:val="ru-RU"/>
        </w:rPr>
        <w:sectPr w:rsidR="00BD1D13" w:rsidRPr="0092023E">
          <w:pgSz w:w="11900" w:h="16840"/>
          <w:pgMar w:top="286" w:right="728" w:bottom="512" w:left="846" w:header="720" w:footer="720" w:gutter="0"/>
          <w:cols w:space="720" w:equalWidth="0">
            <w:col w:w="10326" w:space="0"/>
          </w:cols>
          <w:docGrid w:linePitch="360"/>
        </w:sectPr>
      </w:pPr>
    </w:p>
    <w:p w:rsidR="00BD1D13" w:rsidRPr="0092023E" w:rsidRDefault="00BD1D13">
      <w:pPr>
        <w:autoSpaceDE w:val="0"/>
        <w:autoSpaceDN w:val="0"/>
        <w:spacing w:after="108" w:line="220" w:lineRule="exact"/>
        <w:rPr>
          <w:lang w:val="ru-RU"/>
        </w:rPr>
      </w:pPr>
    </w:p>
    <w:p w:rsidR="00BD1D13" w:rsidRPr="0092023E" w:rsidRDefault="00FC3B1F">
      <w:pPr>
        <w:autoSpaceDE w:val="0"/>
        <w:autoSpaceDN w:val="0"/>
        <w:spacing w:after="0" w:line="262"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познавательные и практические задачи, касающиеся форм и многообразия духовной культуры;</w:t>
      </w:r>
    </w:p>
    <w:p w:rsidR="00BD1D13" w:rsidRPr="0092023E" w:rsidRDefault="00FC3B1F">
      <w:pPr>
        <w:autoSpaceDE w:val="0"/>
        <w:autoSpaceDN w:val="0"/>
        <w:spacing w:before="190" w:after="0" w:line="271"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овладевать </w:t>
      </w:r>
      <w:r w:rsidRPr="0092023E">
        <w:rPr>
          <w:rFonts w:ascii="Times New Roman" w:eastAsia="Times New Roman" w:hAnsi="Times New Roman"/>
          <w:color w:val="000000"/>
          <w:sz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BD1D13" w:rsidRPr="0092023E" w:rsidRDefault="00FC3B1F">
      <w:pPr>
        <w:autoSpaceDE w:val="0"/>
        <w:autoSpaceDN w:val="0"/>
        <w:spacing w:before="190" w:after="0" w:line="271"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BD1D13" w:rsidRPr="0092023E" w:rsidRDefault="00FC3B1F">
      <w:pPr>
        <w:autoSpaceDE w:val="0"/>
        <w:autoSpaceDN w:val="0"/>
        <w:spacing w:before="190" w:after="0" w:line="274" w:lineRule="auto"/>
        <w:ind w:left="42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анализировать, систематизировать, критически оценивать и обобщать</w:t>
      </w:r>
      <w:r w:rsidRPr="0092023E">
        <w:rPr>
          <w:rFonts w:ascii="Times New Roman" w:eastAsia="Times New Roman" w:hAnsi="Times New Roman"/>
          <w:color w:val="000000"/>
          <w:sz w:val="24"/>
          <w:lang w:val="ru-RU"/>
        </w:rPr>
        <w:t xml:space="preserve"> социальную информацию, представленную в разных формах (описательную, графическую, </w:t>
      </w:r>
      <w:r w:rsidRPr="0092023E">
        <w:rPr>
          <w:lang w:val="ru-RU"/>
        </w:rPr>
        <w:br/>
      </w:r>
      <w:r w:rsidRPr="0092023E">
        <w:rPr>
          <w:rFonts w:ascii="Times New Roman" w:eastAsia="Times New Roman" w:hAnsi="Times New Roman"/>
          <w:color w:val="000000"/>
          <w:sz w:val="24"/>
          <w:lang w:val="ru-RU"/>
        </w:rPr>
        <w:t>аудиовизуальную), при изучении культуры, науки и образования;</w:t>
      </w:r>
    </w:p>
    <w:p w:rsidR="00BD1D13" w:rsidRPr="0092023E" w:rsidRDefault="00FC3B1F">
      <w:pPr>
        <w:autoSpaceDE w:val="0"/>
        <w:autoSpaceDN w:val="0"/>
        <w:spacing w:before="190" w:after="0" w:line="230"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оценивать </w:t>
      </w:r>
      <w:r w:rsidRPr="0092023E">
        <w:rPr>
          <w:rFonts w:ascii="Times New Roman" w:eastAsia="Times New Roman" w:hAnsi="Times New Roman"/>
          <w:color w:val="000000"/>
          <w:sz w:val="24"/>
          <w:lang w:val="ru-RU"/>
        </w:rPr>
        <w:t>собственные поступки, поведение людей в духовной сфере жизни общества;</w:t>
      </w:r>
    </w:p>
    <w:p w:rsidR="00BD1D13" w:rsidRPr="0092023E" w:rsidRDefault="00FC3B1F">
      <w:pPr>
        <w:autoSpaceDE w:val="0"/>
        <w:autoSpaceDN w:val="0"/>
        <w:spacing w:before="190" w:after="0" w:line="271" w:lineRule="auto"/>
        <w:ind w:left="420" w:right="100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BD1D13" w:rsidRPr="0092023E" w:rsidRDefault="00FC3B1F">
      <w:pPr>
        <w:autoSpaceDE w:val="0"/>
        <w:autoSpaceDN w:val="0"/>
        <w:spacing w:before="190" w:after="0" w:line="262" w:lineRule="auto"/>
        <w:ind w:left="420" w:right="43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приобретать </w:t>
      </w:r>
      <w:r w:rsidRPr="0092023E">
        <w:rPr>
          <w:rFonts w:ascii="Times New Roman" w:eastAsia="Times New Roman" w:hAnsi="Times New Roman"/>
          <w:color w:val="000000"/>
          <w:sz w:val="24"/>
          <w:lang w:val="ru-RU"/>
        </w:rPr>
        <w:t>опыт осуществления совместной деятельности при изучении особенностей разных культур, национальных и религиозных ценностей.</w:t>
      </w:r>
    </w:p>
    <w:p w:rsidR="00BD1D13" w:rsidRPr="0092023E" w:rsidRDefault="00FC3B1F">
      <w:pPr>
        <w:autoSpaceDE w:val="0"/>
        <w:autoSpaceDN w:val="0"/>
        <w:spacing w:before="322" w:after="0" w:line="230" w:lineRule="auto"/>
        <w:rPr>
          <w:lang w:val="ru-RU"/>
        </w:rPr>
      </w:pPr>
      <w:r w:rsidRPr="0092023E">
        <w:rPr>
          <w:rFonts w:ascii="Times New Roman" w:eastAsia="Times New Roman" w:hAnsi="Times New Roman"/>
          <w:b/>
          <w:color w:val="000000"/>
          <w:sz w:val="24"/>
          <w:lang w:val="ru-RU"/>
        </w:rPr>
        <w:t>9 КЛАСС</w:t>
      </w:r>
    </w:p>
    <w:p w:rsidR="00BD1D13" w:rsidRPr="0092023E" w:rsidRDefault="00FC3B1F">
      <w:pPr>
        <w:autoSpaceDE w:val="0"/>
        <w:autoSpaceDN w:val="0"/>
        <w:spacing w:before="166" w:after="0" w:line="230" w:lineRule="auto"/>
        <w:ind w:left="180"/>
        <w:rPr>
          <w:lang w:val="ru-RU"/>
        </w:rPr>
      </w:pPr>
      <w:r w:rsidRPr="0092023E">
        <w:rPr>
          <w:rFonts w:ascii="Times New Roman" w:eastAsia="Times New Roman" w:hAnsi="Times New Roman"/>
          <w:b/>
          <w:color w:val="000000"/>
          <w:sz w:val="24"/>
          <w:lang w:val="ru-RU"/>
        </w:rPr>
        <w:t>Человек в политическом измерении</w:t>
      </w:r>
    </w:p>
    <w:p w:rsidR="00BD1D13" w:rsidRPr="0092023E" w:rsidRDefault="00FC3B1F">
      <w:pPr>
        <w:autoSpaceDE w:val="0"/>
        <w:autoSpaceDN w:val="0"/>
        <w:spacing w:before="178" w:after="0"/>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BD1D13" w:rsidRPr="0092023E" w:rsidRDefault="00FC3B1F">
      <w:pPr>
        <w:autoSpaceDE w:val="0"/>
        <w:autoSpaceDN w:val="0"/>
        <w:spacing w:before="190" w:after="0" w:line="271" w:lineRule="auto"/>
        <w:ind w:left="42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BD1D13" w:rsidRPr="0092023E" w:rsidRDefault="00FC3B1F">
      <w:pPr>
        <w:autoSpaceDE w:val="0"/>
        <w:autoSpaceDN w:val="0"/>
        <w:spacing w:before="190" w:after="0" w:line="281" w:lineRule="auto"/>
        <w:ind w:left="4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приводить </w:t>
      </w:r>
      <w:r w:rsidRPr="0092023E">
        <w:rPr>
          <w:rFonts w:ascii="Times New Roman" w:eastAsia="Times New Roman" w:hAnsi="Times New Roman"/>
          <w:color w:val="000000"/>
          <w:sz w:val="24"/>
          <w:lang w:val="ru-RU"/>
        </w:rPr>
        <w:t>примеры госуда</w:t>
      </w:r>
      <w:proofErr w:type="gramStart"/>
      <w:r w:rsidRPr="0092023E">
        <w:rPr>
          <w:rFonts w:ascii="Times New Roman" w:eastAsia="Times New Roman" w:hAnsi="Times New Roman"/>
          <w:color w:val="000000"/>
          <w:sz w:val="24"/>
          <w:lang w:val="ru-RU"/>
        </w:rPr>
        <w:t>рств с р</w:t>
      </w:r>
      <w:proofErr w:type="gramEnd"/>
      <w:r w:rsidRPr="0092023E">
        <w:rPr>
          <w:rFonts w:ascii="Times New Roman" w:eastAsia="Times New Roman" w:hAnsi="Times New Roman"/>
          <w:color w:val="000000"/>
          <w:sz w:val="24"/>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BD1D13" w:rsidRPr="0092023E" w:rsidRDefault="00FC3B1F">
      <w:pPr>
        <w:autoSpaceDE w:val="0"/>
        <w:autoSpaceDN w:val="0"/>
        <w:spacing w:before="190" w:after="0" w:line="262" w:lineRule="auto"/>
        <w:ind w:left="420" w:right="7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BD1D13" w:rsidRPr="0092023E" w:rsidRDefault="00FC3B1F">
      <w:pPr>
        <w:autoSpaceDE w:val="0"/>
        <w:autoSpaceDN w:val="0"/>
        <w:spacing w:before="190" w:after="0" w:line="281" w:lineRule="auto"/>
        <w:ind w:left="420"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BD1D13" w:rsidRPr="0092023E" w:rsidRDefault="00FC3B1F">
      <w:pPr>
        <w:autoSpaceDE w:val="0"/>
        <w:autoSpaceDN w:val="0"/>
        <w:spacing w:before="190" w:after="0" w:line="271" w:lineRule="auto"/>
        <w:ind w:left="42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BD1D13" w:rsidRPr="0092023E" w:rsidRDefault="00BD1D13">
      <w:pPr>
        <w:rPr>
          <w:lang w:val="ru-RU"/>
        </w:rPr>
        <w:sectPr w:rsidR="00BD1D13" w:rsidRPr="0092023E">
          <w:pgSz w:w="11900" w:h="16840"/>
          <w:pgMar w:top="328" w:right="748" w:bottom="348" w:left="666" w:header="720" w:footer="720" w:gutter="0"/>
          <w:cols w:space="720" w:equalWidth="0">
            <w:col w:w="10486" w:space="0"/>
          </w:cols>
          <w:docGrid w:linePitch="360"/>
        </w:sectPr>
      </w:pPr>
    </w:p>
    <w:p w:rsidR="00BD1D13" w:rsidRPr="0092023E" w:rsidRDefault="00BD1D13">
      <w:pPr>
        <w:autoSpaceDE w:val="0"/>
        <w:autoSpaceDN w:val="0"/>
        <w:spacing w:after="96" w:line="220" w:lineRule="exact"/>
        <w:rPr>
          <w:lang w:val="ru-RU"/>
        </w:rPr>
      </w:pPr>
    </w:p>
    <w:p w:rsidR="00BD1D13" w:rsidRPr="0092023E" w:rsidRDefault="00FC3B1F">
      <w:pPr>
        <w:autoSpaceDE w:val="0"/>
        <w:autoSpaceDN w:val="0"/>
        <w:spacing w:after="0" w:line="281" w:lineRule="auto"/>
        <w:ind w:left="240"/>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roofErr w:type="gramEnd"/>
    </w:p>
    <w:p w:rsidR="00BD1D13" w:rsidRPr="0092023E" w:rsidRDefault="00FC3B1F">
      <w:pPr>
        <w:autoSpaceDE w:val="0"/>
        <w:autoSpaceDN w:val="0"/>
        <w:spacing w:before="190" w:after="0" w:line="262"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BD1D13" w:rsidRPr="0092023E" w:rsidRDefault="00FC3B1F">
      <w:pPr>
        <w:autoSpaceDE w:val="0"/>
        <w:autoSpaceDN w:val="0"/>
        <w:spacing w:before="190" w:after="0" w:line="27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BD1D13" w:rsidRPr="0092023E" w:rsidRDefault="00FC3B1F">
      <w:pPr>
        <w:autoSpaceDE w:val="0"/>
        <w:autoSpaceDN w:val="0"/>
        <w:spacing w:before="192" w:after="0"/>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овладевать </w:t>
      </w:r>
      <w:r w:rsidRPr="0092023E">
        <w:rPr>
          <w:rFonts w:ascii="Times New Roman" w:eastAsia="Times New Roman" w:hAnsi="Times New Roman"/>
          <w:color w:val="000000"/>
          <w:sz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BD1D13" w:rsidRPr="0092023E" w:rsidRDefault="00FC3B1F">
      <w:pPr>
        <w:autoSpaceDE w:val="0"/>
        <w:autoSpaceDN w:val="0"/>
        <w:spacing w:before="190" w:after="0"/>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искать и извлекать</w:t>
      </w:r>
      <w:r w:rsidRPr="0092023E">
        <w:rPr>
          <w:rFonts w:ascii="Times New Roman" w:eastAsia="Times New Roman" w:hAnsi="Times New Roman"/>
          <w:color w:val="000000"/>
          <w:sz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D1D13" w:rsidRPr="0092023E" w:rsidRDefault="00FC3B1F">
      <w:pPr>
        <w:autoSpaceDE w:val="0"/>
        <w:autoSpaceDN w:val="0"/>
        <w:spacing w:before="190" w:after="0" w:line="262" w:lineRule="auto"/>
        <w:ind w:left="240"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анализировать и конкретизировать</w:t>
      </w:r>
      <w:r w:rsidRPr="0092023E">
        <w:rPr>
          <w:rFonts w:ascii="Times New Roman" w:eastAsia="Times New Roman" w:hAnsi="Times New Roman"/>
          <w:color w:val="000000"/>
          <w:sz w:val="24"/>
          <w:lang w:val="ru-RU"/>
        </w:rPr>
        <w:t xml:space="preserve"> социальную информацию о формах участия граждан нашей страны в политической жизни, о выборах и референдуме;</w:t>
      </w:r>
    </w:p>
    <w:p w:rsidR="00BD1D13" w:rsidRPr="0092023E" w:rsidRDefault="00FC3B1F">
      <w:pPr>
        <w:autoSpaceDE w:val="0"/>
        <w:autoSpaceDN w:val="0"/>
        <w:spacing w:before="190" w:after="0" w:line="27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оценивать </w:t>
      </w:r>
      <w:r w:rsidRPr="0092023E">
        <w:rPr>
          <w:rFonts w:ascii="Times New Roman" w:eastAsia="Times New Roman" w:hAnsi="Times New Roman"/>
          <w:color w:val="000000"/>
          <w:sz w:val="24"/>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BD1D13" w:rsidRPr="0092023E" w:rsidRDefault="00FC3B1F">
      <w:pPr>
        <w:autoSpaceDE w:val="0"/>
        <w:autoSpaceDN w:val="0"/>
        <w:spacing w:before="190" w:after="0" w:line="281" w:lineRule="auto"/>
        <w:ind w:left="240" w:right="43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BD1D13" w:rsidRPr="0092023E" w:rsidRDefault="00FC3B1F">
      <w:pPr>
        <w:autoSpaceDE w:val="0"/>
        <w:autoSpaceDN w:val="0"/>
        <w:spacing w:before="192" w:after="0" w:line="28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BD1D13" w:rsidRPr="0092023E" w:rsidRDefault="00FC3B1F">
      <w:pPr>
        <w:autoSpaceDE w:val="0"/>
        <w:autoSpaceDN w:val="0"/>
        <w:spacing w:before="178" w:after="0" w:line="230" w:lineRule="auto"/>
        <w:rPr>
          <w:lang w:val="ru-RU"/>
        </w:rPr>
      </w:pPr>
      <w:r w:rsidRPr="0092023E">
        <w:rPr>
          <w:rFonts w:ascii="Times New Roman" w:eastAsia="Times New Roman" w:hAnsi="Times New Roman"/>
          <w:b/>
          <w:color w:val="000000"/>
          <w:sz w:val="24"/>
          <w:lang w:val="ru-RU"/>
        </w:rPr>
        <w:t>Гражданин и государство</w:t>
      </w:r>
    </w:p>
    <w:p w:rsidR="00BD1D13" w:rsidRPr="0092023E" w:rsidRDefault="00FC3B1F">
      <w:pPr>
        <w:autoSpaceDE w:val="0"/>
        <w:autoSpaceDN w:val="0"/>
        <w:spacing w:before="178" w:after="0"/>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BD1D13" w:rsidRPr="0092023E" w:rsidRDefault="00FC3B1F">
      <w:pPr>
        <w:autoSpaceDE w:val="0"/>
        <w:autoSpaceDN w:val="0"/>
        <w:spacing w:before="190" w:after="0" w:line="27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w:t>
      </w:r>
    </w:p>
    <w:p w:rsidR="00BD1D13" w:rsidRPr="0092023E" w:rsidRDefault="00BD1D13">
      <w:pPr>
        <w:rPr>
          <w:lang w:val="ru-RU"/>
        </w:rPr>
        <w:sectPr w:rsidR="00BD1D13" w:rsidRPr="0092023E">
          <w:pgSz w:w="11900" w:h="16840"/>
          <w:pgMar w:top="316" w:right="700" w:bottom="432" w:left="846" w:header="720" w:footer="720" w:gutter="0"/>
          <w:cols w:space="720" w:equalWidth="0">
            <w:col w:w="10354"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line="230" w:lineRule="auto"/>
        <w:rPr>
          <w:lang w:val="ru-RU"/>
        </w:rPr>
      </w:pPr>
      <w:r w:rsidRPr="0092023E">
        <w:rPr>
          <w:rFonts w:ascii="Times New Roman" w:eastAsia="Times New Roman" w:hAnsi="Times New Roman"/>
          <w:color w:val="000000"/>
          <w:sz w:val="24"/>
          <w:lang w:val="ru-RU"/>
        </w:rPr>
        <w:t>Государственной Думы и Совета Федерации, Правительства Российской Федерации;</w:t>
      </w:r>
    </w:p>
    <w:p w:rsidR="00BD1D13" w:rsidRPr="0092023E" w:rsidRDefault="00FC3B1F">
      <w:pPr>
        <w:autoSpaceDE w:val="0"/>
        <w:autoSpaceDN w:val="0"/>
        <w:spacing w:before="190" w:after="0" w:line="281" w:lineRule="auto"/>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приводить</w:t>
      </w:r>
      <w:r w:rsidRPr="0092023E">
        <w:rPr>
          <w:rFonts w:ascii="Times New Roman" w:eastAsia="Times New Roman" w:hAnsi="Times New Roman"/>
          <w:color w:val="000000"/>
          <w:sz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BD1D13" w:rsidRPr="0092023E" w:rsidRDefault="00FC3B1F">
      <w:pPr>
        <w:autoSpaceDE w:val="0"/>
        <w:autoSpaceDN w:val="0"/>
        <w:spacing w:before="190" w:after="0" w:line="262"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BD1D13" w:rsidRPr="0092023E" w:rsidRDefault="00FC3B1F">
      <w:pPr>
        <w:autoSpaceDE w:val="0"/>
        <w:autoSpaceDN w:val="0"/>
        <w:spacing w:before="192" w:after="0" w:line="262" w:lineRule="auto"/>
        <w:ind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с опорой на Конституцию Российской Федерации полномочия центральных органов государственной власти и субъектов Российской Федерации;</w:t>
      </w:r>
    </w:p>
    <w:p w:rsidR="00BD1D13" w:rsidRPr="0092023E" w:rsidRDefault="00FC3B1F">
      <w:pPr>
        <w:autoSpaceDE w:val="0"/>
        <w:autoSpaceDN w:val="0"/>
        <w:spacing w:before="190" w:after="0" w:line="271"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BD1D13" w:rsidRPr="0092023E" w:rsidRDefault="00FC3B1F">
      <w:pPr>
        <w:autoSpaceDE w:val="0"/>
        <w:autoSpaceDN w:val="0"/>
        <w:spacing w:before="190" w:after="0"/>
        <w:ind w:right="576"/>
        <w:rPr>
          <w:lang w:val="ru-RU"/>
        </w:rPr>
      </w:pPr>
      <w:r w:rsidRPr="0092023E">
        <w:rPr>
          <w:rFonts w:ascii="Times New Roman" w:eastAsia="Times New Roman" w:hAnsi="Times New Roman"/>
          <w:color w:val="000000"/>
          <w:sz w:val="24"/>
          <w:lang w:val="ru-RU"/>
        </w:rPr>
        <w:t>—  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BD1D13" w:rsidRPr="0092023E" w:rsidRDefault="00FC3B1F">
      <w:pPr>
        <w:autoSpaceDE w:val="0"/>
        <w:autoSpaceDN w:val="0"/>
        <w:spacing w:before="190" w:after="0"/>
        <w:ind w:right="288"/>
        <w:rPr>
          <w:lang w:val="ru-RU"/>
        </w:rPr>
      </w:pPr>
      <w:r w:rsidRPr="0092023E">
        <w:rPr>
          <w:rFonts w:ascii="Times New Roman" w:eastAsia="Times New Roman" w:hAnsi="Times New Roman"/>
          <w:color w:val="000000"/>
          <w:sz w:val="24"/>
          <w:lang w:val="ru-RU"/>
        </w:rPr>
        <w:t xml:space="preserve">—  с опорой на обществоведческие знания, факты общественной жизни и личный социальный опыт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BD1D13" w:rsidRPr="0092023E" w:rsidRDefault="00FC3B1F">
      <w:pPr>
        <w:autoSpaceDE w:val="0"/>
        <w:autoSpaceDN w:val="0"/>
        <w:spacing w:before="190" w:after="0" w:line="262" w:lineRule="auto"/>
        <w:ind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BD1D13" w:rsidRPr="0092023E" w:rsidRDefault="00FC3B1F">
      <w:pPr>
        <w:autoSpaceDE w:val="0"/>
        <w:autoSpaceDN w:val="0"/>
        <w:spacing w:before="190" w:after="0"/>
        <w:ind w:right="43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систематизировать и конкретизировать</w:t>
      </w:r>
      <w:r w:rsidRPr="0092023E">
        <w:rPr>
          <w:rFonts w:ascii="Times New Roman" w:eastAsia="Times New Roman" w:hAnsi="Times New Roman"/>
          <w:color w:val="000000"/>
          <w:sz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BD1D13" w:rsidRPr="0092023E" w:rsidRDefault="00FC3B1F">
      <w:pPr>
        <w:autoSpaceDE w:val="0"/>
        <w:autoSpaceDN w:val="0"/>
        <w:spacing w:before="192" w:after="0" w:line="283" w:lineRule="auto"/>
        <w:ind w:right="576"/>
        <w:rPr>
          <w:lang w:val="ru-RU"/>
        </w:rPr>
      </w:pPr>
      <w:proofErr w:type="gramStart"/>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овладевать </w:t>
      </w:r>
      <w:r w:rsidRPr="0092023E">
        <w:rPr>
          <w:rFonts w:ascii="Times New Roman" w:eastAsia="Times New Roman" w:hAnsi="Times New Roman"/>
          <w:color w:val="000000"/>
          <w:sz w:val="24"/>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92023E">
        <w:rPr>
          <w:rFonts w:ascii="Times New Roman" w:eastAsia="Times New Roman" w:hAnsi="Times New Roman"/>
          <w:color w:val="000000"/>
          <w:sz w:val="24"/>
          <w:lang w:val="ru-RU"/>
        </w:rPr>
        <w:t>, схему;</w:t>
      </w:r>
    </w:p>
    <w:p w:rsidR="00BD1D13" w:rsidRPr="0092023E" w:rsidRDefault="00FC3B1F">
      <w:pPr>
        <w:autoSpaceDE w:val="0"/>
        <w:autoSpaceDN w:val="0"/>
        <w:spacing w:before="190" w:after="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искать и извлекать</w:t>
      </w:r>
      <w:r w:rsidRPr="0092023E">
        <w:rPr>
          <w:rFonts w:ascii="Times New Roman" w:eastAsia="Times New Roman" w:hAnsi="Times New Roman"/>
          <w:color w:val="000000"/>
          <w:sz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w:t>
      </w:r>
      <w:r w:rsidRPr="0092023E">
        <w:rPr>
          <w:lang w:val="ru-RU"/>
        </w:rPr>
        <w:br/>
      </w:r>
      <w:r w:rsidRPr="0092023E">
        <w:rPr>
          <w:rFonts w:ascii="Times New Roman" w:eastAsia="Times New Roman" w:hAnsi="Times New Roman"/>
          <w:color w:val="000000"/>
          <w:sz w:val="24"/>
          <w:lang w:val="ru-RU"/>
        </w:rPr>
        <w:t>публикаций СМИ с соблюдением правил информационной безопасности при работе в Интернете;</w:t>
      </w:r>
    </w:p>
    <w:p w:rsidR="00BD1D13" w:rsidRPr="0092023E" w:rsidRDefault="00FC3B1F">
      <w:pPr>
        <w:autoSpaceDE w:val="0"/>
        <w:autoSpaceDN w:val="0"/>
        <w:spacing w:before="190" w:after="0" w:line="271" w:lineRule="auto"/>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анализировать, обобщать, систематизировать и конкретизировать</w:t>
      </w:r>
      <w:r w:rsidRPr="0092023E">
        <w:rPr>
          <w:rFonts w:ascii="Times New Roman" w:eastAsia="Times New Roman" w:hAnsi="Times New Roman"/>
          <w:color w:val="000000"/>
          <w:sz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w:t>
      </w:r>
    </w:p>
    <w:p w:rsidR="00BD1D13" w:rsidRPr="0092023E" w:rsidRDefault="00BD1D13">
      <w:pPr>
        <w:rPr>
          <w:lang w:val="ru-RU"/>
        </w:rPr>
        <w:sectPr w:rsidR="00BD1D13" w:rsidRPr="0092023E">
          <w:pgSz w:w="11900" w:h="16840"/>
          <w:pgMar w:top="286" w:right="722" w:bottom="452" w:left="1086" w:header="720" w:footer="720" w:gutter="0"/>
          <w:cols w:space="720" w:equalWidth="0">
            <w:col w:w="10092"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line="262" w:lineRule="auto"/>
        <w:ind w:left="240" w:right="432"/>
        <w:rPr>
          <w:lang w:val="ru-RU"/>
        </w:rPr>
      </w:pPr>
      <w:r w:rsidRPr="0092023E">
        <w:rPr>
          <w:rFonts w:ascii="Times New Roman" w:eastAsia="Times New Roman" w:hAnsi="Times New Roman"/>
          <w:color w:val="000000"/>
          <w:sz w:val="24"/>
          <w:lang w:val="ru-RU"/>
        </w:rPr>
        <w:t>соотносить её с собственными знаниями о политике, формулировать выводы, подкрепляя их аргументами;</w:t>
      </w:r>
    </w:p>
    <w:p w:rsidR="00BD1D13" w:rsidRPr="0092023E" w:rsidRDefault="00FC3B1F">
      <w:pPr>
        <w:autoSpaceDE w:val="0"/>
        <w:autoSpaceDN w:val="0"/>
        <w:spacing w:before="190" w:after="0" w:line="27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оценивать </w:t>
      </w:r>
      <w:r w:rsidRPr="0092023E">
        <w:rPr>
          <w:rFonts w:ascii="Times New Roman" w:eastAsia="Times New Roman" w:hAnsi="Times New Roman"/>
          <w:color w:val="000000"/>
          <w:sz w:val="24"/>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BD1D13" w:rsidRPr="0092023E" w:rsidRDefault="00FC3B1F">
      <w:pPr>
        <w:autoSpaceDE w:val="0"/>
        <w:autoSpaceDN w:val="0"/>
        <w:spacing w:before="190" w:after="0" w:line="28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D1D13" w:rsidRPr="0092023E" w:rsidRDefault="00FC3B1F">
      <w:pPr>
        <w:autoSpaceDE w:val="0"/>
        <w:autoSpaceDN w:val="0"/>
        <w:spacing w:before="192" w:after="0" w:line="262" w:lineRule="auto"/>
        <w:ind w:left="240" w:right="57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самостоятельно заполнять</w:t>
      </w:r>
      <w:r w:rsidRPr="0092023E">
        <w:rPr>
          <w:rFonts w:ascii="Times New Roman" w:eastAsia="Times New Roman" w:hAnsi="Times New Roman"/>
          <w:color w:val="000000"/>
          <w:sz w:val="24"/>
          <w:lang w:val="ru-RU"/>
        </w:rPr>
        <w:t xml:space="preserve"> форму (в том числе электронную) и составлять простейший документ при использовании портала государственных услуг;</w:t>
      </w:r>
    </w:p>
    <w:p w:rsidR="00BD1D13" w:rsidRPr="0092023E" w:rsidRDefault="00FC3B1F">
      <w:pPr>
        <w:autoSpaceDE w:val="0"/>
        <w:autoSpaceDN w:val="0"/>
        <w:spacing w:before="190" w:after="0"/>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D1D13" w:rsidRPr="0092023E" w:rsidRDefault="00FC3B1F">
      <w:pPr>
        <w:autoSpaceDE w:val="0"/>
        <w:autoSpaceDN w:val="0"/>
        <w:spacing w:before="178" w:after="0" w:line="230" w:lineRule="auto"/>
        <w:rPr>
          <w:lang w:val="ru-RU"/>
        </w:rPr>
      </w:pPr>
      <w:r w:rsidRPr="0092023E">
        <w:rPr>
          <w:rFonts w:ascii="Times New Roman" w:eastAsia="Times New Roman" w:hAnsi="Times New Roman"/>
          <w:b/>
          <w:color w:val="000000"/>
          <w:sz w:val="24"/>
          <w:lang w:val="ru-RU"/>
        </w:rPr>
        <w:t>Человек в системе социальных отношений</w:t>
      </w:r>
    </w:p>
    <w:p w:rsidR="00BD1D13" w:rsidRPr="0092023E" w:rsidRDefault="00FC3B1F">
      <w:pPr>
        <w:autoSpaceDE w:val="0"/>
        <w:autoSpaceDN w:val="0"/>
        <w:spacing w:before="178" w:after="0"/>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 социальной структуре общества, социальных общностях и группах; социальных </w:t>
      </w:r>
      <w:proofErr w:type="spellStart"/>
      <w:proofErr w:type="gramStart"/>
      <w:r w:rsidRPr="0092023E">
        <w:rPr>
          <w:rFonts w:ascii="Times New Roman" w:eastAsia="Times New Roman" w:hAnsi="Times New Roman"/>
          <w:color w:val="000000"/>
          <w:sz w:val="24"/>
          <w:lang w:val="ru-RU"/>
        </w:rPr>
        <w:t>стату</w:t>
      </w:r>
      <w:proofErr w:type="spellEnd"/>
      <w:r w:rsidRPr="0092023E">
        <w:rPr>
          <w:rFonts w:ascii="Times New Roman" w:eastAsia="Times New Roman" w:hAnsi="Times New Roman"/>
          <w:color w:val="000000"/>
          <w:sz w:val="24"/>
          <w:lang w:val="ru-RU"/>
        </w:rPr>
        <w:t>​</w:t>
      </w:r>
      <w:proofErr w:type="spellStart"/>
      <w:r w:rsidRPr="0092023E">
        <w:rPr>
          <w:rFonts w:ascii="Times New Roman" w:eastAsia="Times New Roman" w:hAnsi="Times New Roman"/>
          <w:color w:val="000000"/>
          <w:sz w:val="24"/>
          <w:lang w:val="ru-RU"/>
        </w:rPr>
        <w:t>сах</w:t>
      </w:r>
      <w:proofErr w:type="spellEnd"/>
      <w:proofErr w:type="gramEnd"/>
      <w:r w:rsidRPr="0092023E">
        <w:rPr>
          <w:rFonts w:ascii="Times New Roman" w:eastAsia="Times New Roman" w:hAnsi="Times New Roman"/>
          <w:color w:val="000000"/>
          <w:sz w:val="24"/>
          <w:lang w:val="ru-RU"/>
        </w:rPr>
        <w:t>, ролях, социализации личности; важности семьи как ба​</w:t>
      </w:r>
      <w:proofErr w:type="spellStart"/>
      <w:r w:rsidRPr="0092023E">
        <w:rPr>
          <w:rFonts w:ascii="Times New Roman" w:eastAsia="Times New Roman" w:hAnsi="Times New Roman"/>
          <w:color w:val="000000"/>
          <w:sz w:val="24"/>
          <w:lang w:val="ru-RU"/>
        </w:rPr>
        <w:t>зового</w:t>
      </w:r>
      <w:proofErr w:type="spellEnd"/>
      <w:r w:rsidRPr="0092023E">
        <w:rPr>
          <w:rFonts w:ascii="Times New Roman" w:eastAsia="Times New Roman" w:hAnsi="Times New Roman"/>
          <w:color w:val="000000"/>
          <w:sz w:val="24"/>
          <w:lang w:val="ru-RU"/>
        </w:rPr>
        <w:t xml:space="preserve"> социального института; об этносе и нациях, этническом многообразии современного </w:t>
      </w:r>
      <w:r w:rsidRPr="0092023E">
        <w:rPr>
          <w:lang w:val="ru-RU"/>
        </w:rPr>
        <w:br/>
      </w:r>
      <w:r w:rsidRPr="0092023E">
        <w:rPr>
          <w:rFonts w:ascii="Times New Roman" w:eastAsia="Times New Roman" w:hAnsi="Times New Roman"/>
          <w:color w:val="000000"/>
          <w:sz w:val="24"/>
          <w:lang w:val="ru-RU"/>
        </w:rPr>
        <w:t>человечества, диалоге куль​тур, отклоняющемся поведении и здоровом образе жизни;</w:t>
      </w:r>
    </w:p>
    <w:p w:rsidR="00BD1D13" w:rsidRPr="0092023E" w:rsidRDefault="00FC3B1F">
      <w:pPr>
        <w:autoSpaceDE w:val="0"/>
        <w:autoSpaceDN w:val="0"/>
        <w:spacing w:before="190" w:after="0" w:line="262" w:lineRule="auto"/>
        <w:ind w:left="240" w:right="43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функции семьи в обществе; основы социальной политики Российского государства;</w:t>
      </w:r>
    </w:p>
    <w:p w:rsidR="00BD1D13" w:rsidRPr="0092023E" w:rsidRDefault="00FC3B1F">
      <w:pPr>
        <w:autoSpaceDE w:val="0"/>
        <w:autoSpaceDN w:val="0"/>
        <w:spacing w:before="190" w:after="0" w:line="262" w:lineRule="auto"/>
        <w:ind w:left="240" w:right="7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приводить </w:t>
      </w:r>
      <w:r w:rsidRPr="0092023E">
        <w:rPr>
          <w:rFonts w:ascii="Times New Roman" w:eastAsia="Times New Roman" w:hAnsi="Times New Roman"/>
          <w:color w:val="000000"/>
          <w:sz w:val="24"/>
          <w:lang w:val="ru-RU"/>
        </w:rPr>
        <w:t>примеры различных социальных статусов, социальных ролей, социальной политики Российского государства;</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классифицировать </w:t>
      </w:r>
      <w:r w:rsidRPr="0092023E">
        <w:rPr>
          <w:rFonts w:ascii="Times New Roman" w:eastAsia="Times New Roman" w:hAnsi="Times New Roman"/>
          <w:color w:val="000000"/>
          <w:sz w:val="24"/>
          <w:lang w:val="ru-RU"/>
        </w:rPr>
        <w:t>социальные общности и группы;</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виды социальной мобильности;</w:t>
      </w:r>
    </w:p>
    <w:p w:rsidR="00BD1D13" w:rsidRPr="0092023E" w:rsidRDefault="00FC3B1F">
      <w:pPr>
        <w:autoSpaceDE w:val="0"/>
        <w:autoSpaceDN w:val="0"/>
        <w:spacing w:before="192" w:after="0" w:line="262"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причины существования разных социальных групп; социальных различий и конфликтов;</w:t>
      </w:r>
    </w:p>
    <w:p w:rsidR="00BD1D13" w:rsidRPr="0092023E" w:rsidRDefault="00FC3B1F">
      <w:pPr>
        <w:autoSpaceDE w:val="0"/>
        <w:autoSpaceDN w:val="0"/>
        <w:spacing w:before="190" w:after="0"/>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BD1D13" w:rsidRPr="0092023E" w:rsidRDefault="00FC3B1F">
      <w:pPr>
        <w:autoSpaceDE w:val="0"/>
        <w:autoSpaceDN w:val="0"/>
        <w:spacing w:before="190" w:after="0" w:line="262" w:lineRule="auto"/>
        <w:ind w:left="240" w:right="129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с опорой на обществоведческие знания, факты общественной жизни и личный социальный опыт своё отношение к разным этносам;</w:t>
      </w:r>
    </w:p>
    <w:p w:rsidR="00BD1D13" w:rsidRPr="0092023E" w:rsidRDefault="00FC3B1F">
      <w:pPr>
        <w:autoSpaceDE w:val="0"/>
        <w:autoSpaceDN w:val="0"/>
        <w:spacing w:before="190" w:after="0" w:line="262" w:lineRule="auto"/>
        <w:ind w:left="240" w:right="7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BD1D13" w:rsidRPr="0092023E" w:rsidRDefault="00FC3B1F">
      <w:pPr>
        <w:autoSpaceDE w:val="0"/>
        <w:autoSpaceDN w:val="0"/>
        <w:spacing w:before="190" w:after="0" w:line="262"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 xml:space="preserve">смысловое чтение текстов и составлять на основе учебных текстов план (в том числе отражающий </w:t>
      </w:r>
      <w:proofErr w:type="spellStart"/>
      <w:proofErr w:type="gramStart"/>
      <w:r w:rsidRPr="0092023E">
        <w:rPr>
          <w:rFonts w:ascii="Times New Roman" w:eastAsia="Times New Roman" w:hAnsi="Times New Roman"/>
          <w:color w:val="000000"/>
          <w:sz w:val="24"/>
          <w:lang w:val="ru-RU"/>
        </w:rPr>
        <w:t>изу</w:t>
      </w:r>
      <w:proofErr w:type="spellEnd"/>
      <w:r w:rsidRPr="0092023E">
        <w:rPr>
          <w:rFonts w:ascii="Times New Roman" w:eastAsia="Times New Roman" w:hAnsi="Times New Roman"/>
          <w:color w:val="000000"/>
          <w:sz w:val="24"/>
          <w:lang w:val="ru-RU"/>
        </w:rPr>
        <w:t>​</w:t>
      </w:r>
      <w:proofErr w:type="spellStart"/>
      <w:r w:rsidRPr="0092023E">
        <w:rPr>
          <w:rFonts w:ascii="Times New Roman" w:eastAsia="Times New Roman" w:hAnsi="Times New Roman"/>
          <w:color w:val="000000"/>
          <w:sz w:val="24"/>
          <w:lang w:val="ru-RU"/>
        </w:rPr>
        <w:t>ченный</w:t>
      </w:r>
      <w:proofErr w:type="spellEnd"/>
      <w:proofErr w:type="gramEnd"/>
      <w:r w:rsidRPr="0092023E">
        <w:rPr>
          <w:rFonts w:ascii="Times New Roman" w:eastAsia="Times New Roman" w:hAnsi="Times New Roman"/>
          <w:color w:val="000000"/>
          <w:sz w:val="24"/>
          <w:lang w:val="ru-RU"/>
        </w:rPr>
        <w:t xml:space="preserve"> материал о социализации личности);</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извлекать </w:t>
      </w:r>
      <w:r w:rsidRPr="0092023E">
        <w:rPr>
          <w:rFonts w:ascii="Times New Roman" w:eastAsia="Times New Roman" w:hAnsi="Times New Roman"/>
          <w:color w:val="000000"/>
          <w:sz w:val="24"/>
          <w:lang w:val="ru-RU"/>
        </w:rPr>
        <w:t>информацию из адаптированных источников, публикаций СМИ и Интернета о</w:t>
      </w:r>
    </w:p>
    <w:p w:rsidR="00BD1D13" w:rsidRPr="0092023E" w:rsidRDefault="00BD1D13">
      <w:pPr>
        <w:rPr>
          <w:lang w:val="ru-RU"/>
        </w:rPr>
        <w:sectPr w:rsidR="00BD1D13" w:rsidRPr="0092023E">
          <w:pgSz w:w="11900" w:h="16840"/>
          <w:pgMar w:top="286" w:right="744" w:bottom="332" w:left="846" w:header="720" w:footer="720" w:gutter="0"/>
          <w:cols w:space="720" w:equalWidth="0">
            <w:col w:w="10310" w:space="0"/>
          </w:cols>
          <w:docGrid w:linePitch="360"/>
        </w:sectPr>
      </w:pPr>
    </w:p>
    <w:p w:rsidR="00BD1D13" w:rsidRPr="0092023E" w:rsidRDefault="00BD1D13">
      <w:pPr>
        <w:autoSpaceDE w:val="0"/>
        <w:autoSpaceDN w:val="0"/>
        <w:spacing w:after="66" w:line="220" w:lineRule="exact"/>
        <w:rPr>
          <w:lang w:val="ru-RU"/>
        </w:rPr>
      </w:pPr>
    </w:p>
    <w:p w:rsidR="00BD1D13" w:rsidRPr="0092023E" w:rsidRDefault="00FC3B1F">
      <w:pPr>
        <w:autoSpaceDE w:val="0"/>
        <w:autoSpaceDN w:val="0"/>
        <w:spacing w:after="0" w:line="271" w:lineRule="auto"/>
        <w:ind w:left="240" w:right="432"/>
        <w:rPr>
          <w:lang w:val="ru-RU"/>
        </w:rPr>
      </w:pPr>
      <w:r w:rsidRPr="0092023E">
        <w:rPr>
          <w:rFonts w:ascii="Times New Roman" w:eastAsia="Times New Roman" w:hAnsi="Times New Roman"/>
          <w:color w:val="000000"/>
          <w:sz w:val="24"/>
          <w:lang w:val="ru-RU"/>
        </w:rPr>
        <w:t xml:space="preserve">межнациональных </w:t>
      </w:r>
      <w:proofErr w:type="gramStart"/>
      <w:r w:rsidRPr="0092023E">
        <w:rPr>
          <w:rFonts w:ascii="Times New Roman" w:eastAsia="Times New Roman" w:hAnsi="Times New Roman"/>
          <w:color w:val="000000"/>
          <w:sz w:val="24"/>
          <w:lang w:val="ru-RU"/>
        </w:rPr>
        <w:t>отношениях</w:t>
      </w:r>
      <w:proofErr w:type="gramEnd"/>
      <w:r w:rsidRPr="0092023E">
        <w:rPr>
          <w:rFonts w:ascii="Times New Roman" w:eastAsia="Times New Roman" w:hAnsi="Times New Roman"/>
          <w:color w:val="000000"/>
          <w:sz w:val="24"/>
          <w:lang w:val="ru-RU"/>
        </w:rPr>
        <w:t>,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BD1D13" w:rsidRPr="0092023E" w:rsidRDefault="00FC3B1F">
      <w:pPr>
        <w:autoSpaceDE w:val="0"/>
        <w:autoSpaceDN w:val="0"/>
        <w:spacing w:before="190" w:after="0" w:line="281"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анализировать, обобщать, систематизировать</w:t>
      </w:r>
      <w:r w:rsidRPr="0092023E">
        <w:rPr>
          <w:rFonts w:ascii="Times New Roman" w:eastAsia="Times New Roman" w:hAnsi="Times New Roman"/>
          <w:color w:val="000000"/>
          <w:sz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BD1D13" w:rsidRPr="0092023E" w:rsidRDefault="00FC3B1F">
      <w:pPr>
        <w:autoSpaceDE w:val="0"/>
        <w:autoSpaceDN w:val="0"/>
        <w:spacing w:before="190" w:after="0" w:line="262" w:lineRule="auto"/>
        <w:ind w:left="240" w:right="7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оценивать </w:t>
      </w:r>
      <w:r w:rsidRPr="0092023E">
        <w:rPr>
          <w:rFonts w:ascii="Times New Roman" w:eastAsia="Times New Roman" w:hAnsi="Times New Roman"/>
          <w:color w:val="000000"/>
          <w:sz w:val="24"/>
          <w:lang w:val="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BD1D13" w:rsidRPr="0092023E" w:rsidRDefault="00FC3B1F">
      <w:pPr>
        <w:autoSpaceDE w:val="0"/>
        <w:autoSpaceDN w:val="0"/>
        <w:spacing w:before="192" w:after="0" w:line="262" w:lineRule="auto"/>
        <w:ind w:left="240" w:right="1152"/>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в практической деятельности для выстраивания собственного поведения с позиции здорового образа жизни;</w:t>
      </w:r>
    </w:p>
    <w:p w:rsidR="00BD1D13" w:rsidRPr="0092023E" w:rsidRDefault="00FC3B1F">
      <w:pPr>
        <w:autoSpaceDE w:val="0"/>
        <w:autoSpaceDN w:val="0"/>
        <w:spacing w:before="190" w:after="0" w:line="262"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BD1D13" w:rsidRPr="0092023E" w:rsidRDefault="00FC3B1F">
      <w:pPr>
        <w:autoSpaceDE w:val="0"/>
        <w:autoSpaceDN w:val="0"/>
        <w:spacing w:before="178" w:after="0" w:line="230" w:lineRule="auto"/>
        <w:rPr>
          <w:lang w:val="ru-RU"/>
        </w:rPr>
      </w:pPr>
      <w:r w:rsidRPr="0092023E">
        <w:rPr>
          <w:rFonts w:ascii="Times New Roman" w:eastAsia="Times New Roman" w:hAnsi="Times New Roman"/>
          <w:b/>
          <w:color w:val="000000"/>
          <w:sz w:val="24"/>
          <w:lang w:val="ru-RU"/>
        </w:rPr>
        <w:t>Человек в современном изменяющемся мире</w:t>
      </w:r>
    </w:p>
    <w:p w:rsidR="00BD1D13" w:rsidRPr="0092023E" w:rsidRDefault="00FC3B1F">
      <w:pPr>
        <w:autoSpaceDE w:val="0"/>
        <w:autoSpaceDN w:val="0"/>
        <w:spacing w:before="178" w:after="0" w:line="262" w:lineRule="auto"/>
        <w:ind w:left="240"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осваивать и применять</w:t>
      </w:r>
      <w:r w:rsidRPr="0092023E">
        <w:rPr>
          <w:rFonts w:ascii="Times New Roman" w:eastAsia="Times New Roman" w:hAnsi="Times New Roman"/>
          <w:color w:val="000000"/>
          <w:sz w:val="24"/>
          <w:lang w:val="ru-RU"/>
        </w:rPr>
        <w:t xml:space="preserve"> знания об информационном обществе, глобализации, глобальных проблемах;</w:t>
      </w:r>
    </w:p>
    <w:p w:rsidR="00BD1D13" w:rsidRPr="0092023E" w:rsidRDefault="00FC3B1F">
      <w:pPr>
        <w:autoSpaceDE w:val="0"/>
        <w:autoSpaceDN w:val="0"/>
        <w:spacing w:before="190" w:after="0" w:line="262" w:lineRule="auto"/>
        <w:ind w:left="240" w:right="1296"/>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характеризовать </w:t>
      </w:r>
      <w:r w:rsidRPr="0092023E">
        <w:rPr>
          <w:rFonts w:ascii="Times New Roman" w:eastAsia="Times New Roman" w:hAnsi="Times New Roman"/>
          <w:color w:val="000000"/>
          <w:sz w:val="24"/>
          <w:lang w:val="ru-RU"/>
        </w:rPr>
        <w:t>сущность информационного общества; здоровый образ жизни; глобализацию как важный общемировой интеграционный процесс;</w:t>
      </w:r>
    </w:p>
    <w:p w:rsidR="00BD1D13" w:rsidRPr="0092023E" w:rsidRDefault="00FC3B1F">
      <w:pPr>
        <w:autoSpaceDE w:val="0"/>
        <w:autoSpaceDN w:val="0"/>
        <w:spacing w:before="190" w:after="0" w:line="271"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приводить </w:t>
      </w:r>
      <w:r w:rsidRPr="0092023E">
        <w:rPr>
          <w:rFonts w:ascii="Times New Roman" w:eastAsia="Times New Roman" w:hAnsi="Times New Roman"/>
          <w:color w:val="000000"/>
          <w:sz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сравнивать </w:t>
      </w:r>
      <w:r w:rsidRPr="0092023E">
        <w:rPr>
          <w:rFonts w:ascii="Times New Roman" w:eastAsia="Times New Roman" w:hAnsi="Times New Roman"/>
          <w:color w:val="000000"/>
          <w:sz w:val="24"/>
          <w:lang w:val="ru-RU"/>
        </w:rPr>
        <w:t>требования к современным профессиям;</w:t>
      </w:r>
    </w:p>
    <w:p w:rsidR="00BD1D13" w:rsidRPr="0092023E" w:rsidRDefault="00FC3B1F">
      <w:pPr>
        <w:autoSpaceDE w:val="0"/>
        <w:autoSpaceDN w:val="0"/>
        <w:spacing w:before="190" w:after="0" w:line="230"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устанавливать и объяснять</w:t>
      </w:r>
      <w:r w:rsidRPr="0092023E">
        <w:rPr>
          <w:rFonts w:ascii="Times New Roman" w:eastAsia="Times New Roman" w:hAnsi="Times New Roman"/>
          <w:color w:val="000000"/>
          <w:sz w:val="24"/>
          <w:lang w:val="ru-RU"/>
        </w:rPr>
        <w:t xml:space="preserve"> причины и последствия глобализации;</w:t>
      </w:r>
    </w:p>
    <w:p w:rsidR="00BD1D13" w:rsidRPr="0092023E" w:rsidRDefault="00FC3B1F">
      <w:pPr>
        <w:autoSpaceDE w:val="0"/>
        <w:autoSpaceDN w:val="0"/>
        <w:spacing w:before="190" w:after="0" w:line="271" w:lineRule="auto"/>
        <w:ind w:left="240" w:right="14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использовать </w:t>
      </w:r>
      <w:r w:rsidRPr="0092023E">
        <w:rPr>
          <w:rFonts w:ascii="Times New Roman" w:eastAsia="Times New Roman" w:hAnsi="Times New Roman"/>
          <w:color w:val="000000"/>
          <w:sz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BD1D13" w:rsidRPr="0092023E" w:rsidRDefault="00FC3B1F">
      <w:pPr>
        <w:autoSpaceDE w:val="0"/>
        <w:autoSpaceDN w:val="0"/>
        <w:spacing w:before="192" w:after="0" w:line="271" w:lineRule="auto"/>
        <w:ind w:left="240" w:right="72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определять и аргументировать</w:t>
      </w:r>
      <w:r w:rsidRPr="0092023E">
        <w:rPr>
          <w:rFonts w:ascii="Times New Roman" w:eastAsia="Times New Roman" w:hAnsi="Times New Roman"/>
          <w:color w:val="000000"/>
          <w:sz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BD1D13" w:rsidRPr="0092023E" w:rsidRDefault="00FC3B1F">
      <w:pPr>
        <w:autoSpaceDE w:val="0"/>
        <w:autoSpaceDN w:val="0"/>
        <w:spacing w:before="190" w:after="0" w:line="262" w:lineRule="auto"/>
        <w:ind w:left="240"/>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решать </w:t>
      </w:r>
      <w:r w:rsidRPr="0092023E">
        <w:rPr>
          <w:rFonts w:ascii="Times New Roman" w:eastAsia="Times New Roman" w:hAnsi="Times New Roman"/>
          <w:color w:val="000000"/>
          <w:sz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BD1D13" w:rsidRPr="0092023E" w:rsidRDefault="00FC3B1F">
      <w:pPr>
        <w:autoSpaceDE w:val="0"/>
        <w:autoSpaceDN w:val="0"/>
        <w:spacing w:before="190" w:after="0" w:line="271" w:lineRule="auto"/>
        <w:ind w:left="240" w:right="288"/>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BD1D13" w:rsidRPr="0092023E" w:rsidRDefault="00FC3B1F">
      <w:pPr>
        <w:autoSpaceDE w:val="0"/>
        <w:autoSpaceDN w:val="0"/>
        <w:spacing w:before="190" w:after="0" w:line="271" w:lineRule="auto"/>
        <w:ind w:left="240" w:right="864"/>
        <w:rPr>
          <w:lang w:val="ru-RU"/>
        </w:rPr>
      </w:pPr>
      <w:r w:rsidRPr="0092023E">
        <w:rPr>
          <w:rFonts w:ascii="Times New Roman" w:eastAsia="Times New Roman" w:hAnsi="Times New Roman"/>
          <w:color w:val="000000"/>
          <w:sz w:val="24"/>
          <w:lang w:val="ru-RU"/>
        </w:rPr>
        <w:t xml:space="preserve">—  </w:t>
      </w:r>
      <w:r w:rsidRPr="0092023E">
        <w:rPr>
          <w:rFonts w:ascii="Times New Roman" w:eastAsia="Times New Roman" w:hAnsi="Times New Roman"/>
          <w:b/>
          <w:color w:val="000000"/>
          <w:sz w:val="24"/>
          <w:lang w:val="ru-RU"/>
        </w:rPr>
        <w:t xml:space="preserve">осуществлять </w:t>
      </w:r>
      <w:r w:rsidRPr="0092023E">
        <w:rPr>
          <w:rFonts w:ascii="Times New Roman" w:eastAsia="Times New Roman" w:hAnsi="Times New Roman"/>
          <w:color w:val="000000"/>
          <w:sz w:val="24"/>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92023E">
        <w:rPr>
          <w:rFonts w:ascii="Times New Roman" w:eastAsia="Times New Roman" w:hAnsi="Times New Roman"/>
          <w:color w:val="000000"/>
          <w:sz w:val="24"/>
          <w:lang w:val="ru-RU"/>
        </w:rPr>
        <w:t>ии и её</w:t>
      </w:r>
      <w:proofErr w:type="gramEnd"/>
      <w:r w:rsidRPr="0092023E">
        <w:rPr>
          <w:rFonts w:ascii="Times New Roman" w:eastAsia="Times New Roman" w:hAnsi="Times New Roman"/>
          <w:color w:val="000000"/>
          <w:sz w:val="24"/>
          <w:lang w:val="ru-RU"/>
        </w:rPr>
        <w:t xml:space="preserve"> последствиях; о роли непрерывного образования в современном обществе.</w:t>
      </w:r>
    </w:p>
    <w:p w:rsidR="00BD1D13" w:rsidRPr="0092023E" w:rsidRDefault="00BD1D13">
      <w:pPr>
        <w:rPr>
          <w:lang w:val="ru-RU"/>
        </w:rPr>
        <w:sectPr w:rsidR="00BD1D13" w:rsidRPr="0092023E">
          <w:pgSz w:w="11900" w:h="16840"/>
          <w:pgMar w:top="286" w:right="710" w:bottom="896" w:left="846" w:header="720" w:footer="720" w:gutter="0"/>
          <w:cols w:space="720" w:equalWidth="0">
            <w:col w:w="10344" w:space="0"/>
          </w:cols>
          <w:docGrid w:linePitch="360"/>
        </w:sectPr>
      </w:pPr>
    </w:p>
    <w:p w:rsidR="00BD1D13" w:rsidRPr="0092023E" w:rsidRDefault="00BD1D13">
      <w:pPr>
        <w:autoSpaceDE w:val="0"/>
        <w:autoSpaceDN w:val="0"/>
        <w:spacing w:after="64" w:line="220" w:lineRule="exact"/>
        <w:rPr>
          <w:lang w:val="ru-RU"/>
        </w:rPr>
      </w:pPr>
    </w:p>
    <w:p w:rsidR="009E76A4" w:rsidRDefault="009E76A4">
      <w:pPr>
        <w:autoSpaceDE w:val="0"/>
        <w:autoSpaceDN w:val="0"/>
        <w:spacing w:after="92" w:line="374" w:lineRule="auto"/>
        <w:ind w:right="11952"/>
        <w:rPr>
          <w:lang w:val="ru-RU"/>
        </w:rPr>
      </w:pPr>
      <w:r w:rsidRPr="009E76A4">
        <w:t>IV.ТЕМАТИЧЕСКОЕ</w:t>
      </w:r>
    </w:p>
    <w:p w:rsidR="00BD1D13" w:rsidRDefault="009E76A4">
      <w:pPr>
        <w:autoSpaceDE w:val="0"/>
        <w:autoSpaceDN w:val="0"/>
        <w:spacing w:after="92" w:line="374" w:lineRule="auto"/>
        <w:ind w:right="11952"/>
      </w:pPr>
      <w:r>
        <w:t>ПЛАНИРОВАНИ</w:t>
      </w:r>
      <w:r w:rsidR="00FC3B1F" w:rsidRPr="009E76A4">
        <w:t xml:space="preserve">Е </w:t>
      </w:r>
      <w:r w:rsidR="00FC3B1F" w:rsidRPr="009E76A4">
        <w:br/>
      </w:r>
      <w:r w:rsidR="00FC3B1F">
        <w:rPr>
          <w:rFonts w:ascii="Times New Roman" w:eastAsia="Times New Roman" w:hAnsi="Times New Roman"/>
          <w:b/>
          <w:color w:val="000000"/>
          <w:sz w:val="18"/>
        </w:rPr>
        <w:t>6 КЛАСС</w:t>
      </w:r>
    </w:p>
    <w:tbl>
      <w:tblPr>
        <w:tblW w:w="0" w:type="auto"/>
        <w:tblInd w:w="6" w:type="dxa"/>
        <w:tblLayout w:type="fixed"/>
        <w:tblLook w:val="04A0" w:firstRow="1" w:lastRow="0" w:firstColumn="1" w:lastColumn="0" w:noHBand="0" w:noVBand="1"/>
      </w:tblPr>
      <w:tblGrid>
        <w:gridCol w:w="420"/>
        <w:gridCol w:w="3410"/>
        <w:gridCol w:w="552"/>
        <w:gridCol w:w="1754"/>
        <w:gridCol w:w="1788"/>
        <w:gridCol w:w="7578"/>
      </w:tblGrid>
      <w:tr w:rsidR="00BD1D13">
        <w:trPr>
          <w:trHeight w:hRule="exact" w:val="348"/>
        </w:trPr>
        <w:tc>
          <w:tcPr>
            <w:tcW w:w="4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34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b/>
                <w:color w:val="000000"/>
                <w:w w:val="97"/>
                <w:sz w:val="16"/>
                <w:lang w:val="ru-RU"/>
              </w:rPr>
              <w:t>Наименование разделов и тем программы</w:t>
            </w:r>
          </w:p>
        </w:tc>
        <w:tc>
          <w:tcPr>
            <w:tcW w:w="409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75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BD1D13">
        <w:trPr>
          <w:trHeight w:hRule="exact" w:val="348"/>
        </w:trPr>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контрольные работы</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Раздел 1.</w:t>
            </w:r>
            <w:r w:rsidRPr="0092023E">
              <w:rPr>
                <w:rFonts w:ascii="Times New Roman" w:eastAsia="Times New Roman" w:hAnsi="Times New Roman"/>
                <w:b/>
                <w:color w:val="000000"/>
                <w:w w:val="97"/>
                <w:sz w:val="16"/>
                <w:lang w:val="ru-RU"/>
              </w:rPr>
              <w:t xml:space="preserve"> Человек и его социальное окружение </w:t>
            </w:r>
          </w:p>
        </w:tc>
      </w:tr>
      <w:tr w:rsidR="00BD1D13">
        <w:trPr>
          <w:trHeight w:hRule="exact" w:val="734"/>
        </w:trPr>
        <w:tc>
          <w:tcPr>
            <w:tcW w:w="42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jc w:val="center"/>
            </w:pPr>
            <w:r>
              <w:rPr>
                <w:rFonts w:ascii="Times New Roman" w:eastAsia="Times New Roman" w:hAnsi="Times New Roman"/>
                <w:color w:val="000000"/>
                <w:w w:val="97"/>
                <w:sz w:val="16"/>
              </w:rPr>
              <w:t>1.1.</w:t>
            </w:r>
          </w:p>
        </w:tc>
        <w:tc>
          <w:tcPr>
            <w:tcW w:w="341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4" w:after="0" w:line="230" w:lineRule="auto"/>
              <w:ind w:left="72"/>
            </w:pPr>
            <w:r>
              <w:rPr>
                <w:rFonts w:ascii="Times New Roman" w:eastAsia="Times New Roman" w:hAnsi="Times New Roman"/>
                <w:b/>
                <w:color w:val="000000"/>
                <w:w w:val="97"/>
                <w:sz w:val="16"/>
              </w:rPr>
              <w:t>Социальное становление человека</w:t>
            </w:r>
          </w:p>
        </w:tc>
        <w:tc>
          <w:tcPr>
            <w:tcW w:w="55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6</w:t>
            </w:r>
          </w:p>
        </w:tc>
        <w:tc>
          <w:tcPr>
            <w:tcW w:w="175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0</w:t>
            </w:r>
          </w:p>
        </w:tc>
        <w:tc>
          <w:tcPr>
            <w:tcW w:w="178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2</w:t>
            </w:r>
          </w:p>
        </w:tc>
        <w:tc>
          <w:tcPr>
            <w:tcW w:w="757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50" w:lineRule="auto"/>
              <w:ind w:left="72" w:right="3600"/>
            </w:pPr>
            <w:r>
              <w:rPr>
                <w:rFonts w:ascii="Times New Roman" w:eastAsia="Times New Roman" w:hAnsi="Times New Roman"/>
                <w:color w:val="000000"/>
                <w:w w:val="97"/>
                <w:sz w:val="16"/>
              </w:rPr>
              <w:t xml:space="preserve">https://videouroki.net/video/1-chelovek-lichnost.html </w:t>
            </w:r>
            <w:r>
              <w:br/>
            </w:r>
            <w:r>
              <w:rPr>
                <w:rFonts w:ascii="Times New Roman" w:eastAsia="Times New Roman" w:hAnsi="Times New Roman"/>
                <w:color w:val="000000"/>
                <w:w w:val="97"/>
                <w:sz w:val="16"/>
              </w:rPr>
              <w:t xml:space="preserve">https://resh.edu.ru/subject/lesson/7113/start/297843/ </w:t>
            </w:r>
            <w:r>
              <w:br/>
            </w:r>
            <w:r>
              <w:rPr>
                <w:rFonts w:ascii="Times New Roman" w:eastAsia="Times New Roman" w:hAnsi="Times New Roman"/>
                <w:color w:val="000000"/>
                <w:w w:val="97"/>
                <w:sz w:val="16"/>
              </w:rPr>
              <w:t>https://znanio.ru/media/prezentatsiya_po_obschestvoznaniyu</w:t>
            </w:r>
          </w:p>
        </w:tc>
      </w:tr>
      <w:tr w:rsidR="00BD1D13">
        <w:trPr>
          <w:trHeight w:hRule="exact" w:val="54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1.2.</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64" w:after="0" w:line="233" w:lineRule="auto"/>
              <w:ind w:left="72"/>
              <w:rPr>
                <w:lang w:val="ru-RU"/>
              </w:rPr>
            </w:pPr>
            <w:r w:rsidRPr="0092023E">
              <w:rPr>
                <w:rFonts w:ascii="Times New Roman" w:eastAsia="Times New Roman" w:hAnsi="Times New Roman"/>
                <w:b/>
                <w:color w:val="000000"/>
                <w:w w:val="97"/>
                <w:sz w:val="16"/>
                <w:lang w:val="ru-RU"/>
              </w:rPr>
              <w:t>Деятельность человека.</w:t>
            </w:r>
          </w:p>
          <w:p w:rsidR="00BD1D13" w:rsidRPr="0092023E" w:rsidRDefault="00FC3B1F">
            <w:pPr>
              <w:autoSpaceDE w:val="0"/>
              <w:autoSpaceDN w:val="0"/>
              <w:spacing w:before="30" w:after="0" w:line="233" w:lineRule="auto"/>
              <w:ind w:left="72"/>
              <w:rPr>
                <w:lang w:val="ru-RU"/>
              </w:rPr>
            </w:pPr>
            <w:r w:rsidRPr="0092023E">
              <w:rPr>
                <w:rFonts w:ascii="Times New Roman" w:eastAsia="Times New Roman" w:hAnsi="Times New Roman"/>
                <w:b/>
                <w:color w:val="000000"/>
                <w:w w:val="97"/>
                <w:sz w:val="16"/>
                <w:lang w:val="ru-RU"/>
              </w:rPr>
              <w:t>Учебная деятельность школьника</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4</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https://videouroki.net/video/9-motivy-deyatelnosti.html</w:t>
            </w:r>
          </w:p>
        </w:tc>
      </w:tr>
      <w:tr w:rsidR="00BD1D13">
        <w:trPr>
          <w:trHeight w:hRule="exact" w:val="54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1.3.</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64" w:after="0" w:line="233" w:lineRule="auto"/>
              <w:ind w:left="72"/>
              <w:rPr>
                <w:lang w:val="ru-RU"/>
              </w:rPr>
            </w:pPr>
            <w:r w:rsidRPr="0092023E">
              <w:rPr>
                <w:rFonts w:ascii="Times New Roman" w:eastAsia="Times New Roman" w:hAnsi="Times New Roman"/>
                <w:b/>
                <w:color w:val="000000"/>
                <w:w w:val="97"/>
                <w:sz w:val="16"/>
                <w:lang w:val="ru-RU"/>
              </w:rPr>
              <w:t>Общение и его роль в жизни человека</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https://resh.edu.ru/subject/lesson/7123/start/255470/ https://100urokov.ru/predmety/obshhenie</w:t>
            </w:r>
          </w:p>
        </w:tc>
      </w:tr>
      <w:tr w:rsidR="00BD1D13">
        <w:trPr>
          <w:trHeight w:hRule="exact" w:val="54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1.4.</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6" w:after="0" w:line="230" w:lineRule="auto"/>
              <w:ind w:left="72"/>
            </w:pPr>
            <w:r>
              <w:rPr>
                <w:rFonts w:ascii="Times New Roman" w:eastAsia="Times New Roman" w:hAnsi="Times New Roman"/>
                <w:b/>
                <w:color w:val="000000"/>
                <w:w w:val="97"/>
                <w:sz w:val="16"/>
              </w:rPr>
              <w:t>Человек в малой группе</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8</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45" w:lineRule="auto"/>
              <w:ind w:left="72" w:right="432"/>
            </w:pPr>
            <w:r>
              <w:rPr>
                <w:rFonts w:ascii="Times New Roman" w:eastAsia="Times New Roman" w:hAnsi="Times New Roman"/>
                <w:color w:val="000000"/>
                <w:w w:val="97"/>
                <w:sz w:val="16"/>
              </w:rPr>
              <w:t>https://100urokov.ru/predmety/socialnye-gruppy https://videouroki.net/video/23-chelovek-v-maloj-gruppe.html https://resh.edu.ru/subject/lesson/7125/start/255688/</w:t>
            </w:r>
          </w:p>
        </w:tc>
      </w:tr>
      <w:tr w:rsidR="00BD1D13">
        <w:trPr>
          <w:trHeight w:hRule="exact" w:val="348"/>
        </w:trPr>
        <w:tc>
          <w:tcPr>
            <w:tcW w:w="3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20</w:t>
            </w:r>
          </w:p>
        </w:tc>
        <w:tc>
          <w:tcPr>
            <w:tcW w:w="111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Раздел 2.</w:t>
            </w:r>
            <w:r w:rsidRPr="0092023E">
              <w:rPr>
                <w:rFonts w:ascii="Times New Roman" w:eastAsia="Times New Roman" w:hAnsi="Times New Roman"/>
                <w:b/>
                <w:color w:val="000000"/>
                <w:w w:val="97"/>
                <w:sz w:val="16"/>
                <w:lang w:val="ru-RU"/>
              </w:rPr>
              <w:t xml:space="preserve"> Общество, в котором мы живём </w:t>
            </w:r>
          </w:p>
        </w:tc>
      </w:tr>
      <w:tr w:rsidR="00BD1D13">
        <w:trPr>
          <w:trHeight w:hRule="exact" w:val="350"/>
        </w:trPr>
        <w:tc>
          <w:tcPr>
            <w:tcW w:w="42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2.1.</w:t>
            </w:r>
          </w:p>
        </w:tc>
        <w:tc>
          <w:tcPr>
            <w:tcW w:w="341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66" w:after="0" w:line="230" w:lineRule="auto"/>
              <w:ind w:left="72"/>
            </w:pPr>
            <w:r>
              <w:rPr>
                <w:rFonts w:ascii="Times New Roman" w:eastAsia="Times New Roman" w:hAnsi="Times New Roman"/>
                <w:b/>
                <w:color w:val="000000"/>
                <w:w w:val="97"/>
                <w:sz w:val="16"/>
              </w:rPr>
              <w:t>Общество — совместная жизнь людей</w:t>
            </w:r>
          </w:p>
        </w:tc>
        <w:tc>
          <w:tcPr>
            <w:tcW w:w="55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757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https://100urokov.ru/predmety/obshhestvo</w:t>
            </w:r>
          </w:p>
        </w:tc>
      </w:tr>
      <w:tr w:rsidR="00BD1D13">
        <w:trPr>
          <w:trHeight w:hRule="exact" w:val="540"/>
        </w:trPr>
        <w:tc>
          <w:tcPr>
            <w:tcW w:w="42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jc w:val="center"/>
            </w:pPr>
            <w:r>
              <w:rPr>
                <w:rFonts w:ascii="Times New Roman" w:eastAsia="Times New Roman" w:hAnsi="Times New Roman"/>
                <w:color w:val="000000"/>
                <w:w w:val="97"/>
                <w:sz w:val="16"/>
              </w:rPr>
              <w:t>2.2.</w:t>
            </w:r>
          </w:p>
        </w:tc>
        <w:tc>
          <w:tcPr>
            <w:tcW w:w="341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2" w:after="0" w:line="252" w:lineRule="auto"/>
              <w:ind w:left="72" w:right="1728"/>
            </w:pPr>
            <w:r>
              <w:rPr>
                <w:rFonts w:ascii="Times New Roman" w:eastAsia="Times New Roman" w:hAnsi="Times New Roman"/>
                <w:b/>
                <w:color w:val="000000"/>
                <w:w w:val="97"/>
                <w:sz w:val="16"/>
              </w:rPr>
              <w:t xml:space="preserve">Положение человека </w:t>
            </w:r>
            <w:r>
              <w:br/>
            </w:r>
            <w:r>
              <w:rPr>
                <w:rFonts w:ascii="Times New Roman" w:eastAsia="Times New Roman" w:hAnsi="Times New Roman"/>
                <w:b/>
                <w:color w:val="000000"/>
                <w:w w:val="97"/>
                <w:sz w:val="16"/>
              </w:rPr>
              <w:t>в обществе</w:t>
            </w:r>
          </w:p>
        </w:tc>
        <w:tc>
          <w:tcPr>
            <w:tcW w:w="55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1</w:t>
            </w:r>
          </w:p>
        </w:tc>
        <w:tc>
          <w:tcPr>
            <w:tcW w:w="175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0</w:t>
            </w:r>
          </w:p>
        </w:tc>
        <w:tc>
          <w:tcPr>
            <w:tcW w:w="178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0</w:t>
            </w:r>
          </w:p>
        </w:tc>
        <w:tc>
          <w:tcPr>
            <w:tcW w:w="757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https://100urokov.ru/predmety/obshhestvennoe-neravenstvo</w:t>
            </w:r>
          </w:p>
        </w:tc>
      </w:tr>
      <w:tr w:rsidR="00BD1D13">
        <w:trPr>
          <w:trHeight w:hRule="exact" w:val="54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2.3.</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4" w:after="0" w:line="252" w:lineRule="auto"/>
              <w:ind w:left="72" w:right="720"/>
            </w:pPr>
            <w:r w:rsidRPr="0092023E">
              <w:rPr>
                <w:rFonts w:ascii="Times New Roman" w:eastAsia="Times New Roman" w:hAnsi="Times New Roman"/>
                <w:b/>
                <w:color w:val="000000"/>
                <w:w w:val="97"/>
                <w:sz w:val="16"/>
                <w:lang w:val="ru-RU"/>
              </w:rPr>
              <w:t xml:space="preserve">Роль экономики в жизни общества. </w:t>
            </w:r>
            <w:proofErr w:type="spellStart"/>
            <w:r>
              <w:rPr>
                <w:rFonts w:ascii="Times New Roman" w:eastAsia="Times New Roman" w:hAnsi="Times New Roman"/>
                <w:b/>
                <w:color w:val="000000"/>
                <w:w w:val="97"/>
                <w:sz w:val="16"/>
              </w:rPr>
              <w:t>Основные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участники</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экономики</w:t>
            </w:r>
            <w:proofErr w:type="spellEnd"/>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https://100urokov.ru/predmety/urok-3-ekonomika</w:t>
            </w:r>
          </w:p>
        </w:tc>
      </w:tr>
      <w:tr w:rsidR="00BD1D13">
        <w:trPr>
          <w:trHeight w:hRule="exact" w:val="54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2.4.</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4" w:after="0" w:line="233" w:lineRule="auto"/>
              <w:ind w:left="72"/>
            </w:pPr>
            <w:r>
              <w:rPr>
                <w:rFonts w:ascii="Times New Roman" w:eastAsia="Times New Roman" w:hAnsi="Times New Roman"/>
                <w:b/>
                <w:color w:val="000000"/>
                <w:w w:val="97"/>
                <w:sz w:val="16"/>
              </w:rPr>
              <w:t>Политическая жизнь</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https://100urokov.ru/predmety/gosudarstvo-ot-vozniknoveniya-do-nashih-dnej</w:t>
            </w:r>
          </w:p>
        </w:tc>
      </w:tr>
      <w:tr w:rsidR="00BD1D13">
        <w:trPr>
          <w:trHeight w:hRule="exact" w:val="54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2.5.</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52" w:after="0" w:line="233" w:lineRule="auto"/>
              <w:ind w:left="72"/>
            </w:pPr>
            <w:r>
              <w:rPr>
                <w:rFonts w:ascii="Times New Roman" w:eastAsia="Times New Roman" w:hAnsi="Times New Roman"/>
                <w:b/>
                <w:color w:val="000000"/>
                <w:w w:val="97"/>
                <w:sz w:val="16"/>
              </w:rPr>
              <w:t>Культурная жизнь</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3</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https://100urokov.ru/predmety/duhovnaya-sfera-zhizni</w:t>
            </w:r>
          </w:p>
        </w:tc>
      </w:tr>
      <w:tr w:rsidR="00BD1D13">
        <w:trPr>
          <w:trHeight w:hRule="exact" w:val="54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2.6.</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6" w:after="0" w:line="230" w:lineRule="auto"/>
              <w:ind w:left="72"/>
            </w:pPr>
            <w:r>
              <w:rPr>
                <w:rFonts w:ascii="Times New Roman" w:eastAsia="Times New Roman" w:hAnsi="Times New Roman"/>
                <w:b/>
                <w:color w:val="000000"/>
                <w:w w:val="97"/>
                <w:sz w:val="16"/>
              </w:rPr>
              <w:t>Развитие общества</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48"/>
        </w:trPr>
        <w:tc>
          <w:tcPr>
            <w:tcW w:w="3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10</w:t>
            </w:r>
          </w:p>
        </w:tc>
        <w:tc>
          <w:tcPr>
            <w:tcW w:w="111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 xml:space="preserve">Раздел 3. </w:t>
            </w:r>
            <w:r>
              <w:rPr>
                <w:rFonts w:ascii="Times New Roman" w:eastAsia="Times New Roman" w:hAnsi="Times New Roman"/>
                <w:b/>
                <w:color w:val="000000"/>
                <w:w w:val="97"/>
                <w:sz w:val="16"/>
              </w:rPr>
              <w:t>Итоговое повторение</w:t>
            </w:r>
          </w:p>
        </w:tc>
      </w:tr>
      <w:tr w:rsidR="00BD1D13">
        <w:trPr>
          <w:trHeight w:hRule="exact" w:val="350"/>
        </w:trPr>
        <w:tc>
          <w:tcPr>
            <w:tcW w:w="42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3.1.</w:t>
            </w:r>
          </w:p>
        </w:tc>
        <w:tc>
          <w:tcPr>
            <w:tcW w:w="34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Защита проектов</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48"/>
        </w:trPr>
        <w:tc>
          <w:tcPr>
            <w:tcW w:w="3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4</w:t>
            </w:r>
          </w:p>
        </w:tc>
        <w:tc>
          <w:tcPr>
            <w:tcW w:w="111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84"/>
        </w:trPr>
        <w:tc>
          <w:tcPr>
            <w:tcW w:w="3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color w:val="000000"/>
                <w:w w:val="97"/>
                <w:sz w:val="16"/>
                <w:lang w:val="ru-RU"/>
              </w:rPr>
              <w:t>ОБЩЕЕ КОЛИЧЕСТВО ЧАСОВ ПО ПРОГРАММЕ</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34</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10</w:t>
            </w:r>
          </w:p>
        </w:tc>
        <w:tc>
          <w:tcPr>
            <w:tcW w:w="757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FC3B1F">
      <w:pPr>
        <w:autoSpaceDE w:val="0"/>
        <w:autoSpaceDN w:val="0"/>
        <w:spacing w:before="188" w:after="94" w:line="230" w:lineRule="auto"/>
      </w:pPr>
      <w:r>
        <w:rPr>
          <w:rFonts w:ascii="Times New Roman" w:eastAsia="Times New Roman" w:hAnsi="Times New Roman"/>
          <w:b/>
          <w:color w:val="000000"/>
          <w:sz w:val="18"/>
        </w:rPr>
        <w:t>7 КЛАСС</w:t>
      </w:r>
    </w:p>
    <w:tbl>
      <w:tblPr>
        <w:tblW w:w="0" w:type="auto"/>
        <w:tblInd w:w="6" w:type="dxa"/>
        <w:tblLayout w:type="fixed"/>
        <w:tblLook w:val="04A0" w:firstRow="1" w:lastRow="0" w:firstColumn="1" w:lastColumn="0" w:noHBand="0" w:noVBand="1"/>
      </w:tblPr>
      <w:tblGrid>
        <w:gridCol w:w="492"/>
        <w:gridCol w:w="5344"/>
        <w:gridCol w:w="4838"/>
        <w:gridCol w:w="4828"/>
      </w:tblGrid>
      <w:tr w:rsidR="00BD1D13">
        <w:trPr>
          <w:trHeight w:hRule="exact" w:val="348"/>
        </w:trPr>
        <w:tc>
          <w:tcPr>
            <w:tcW w:w="49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lastRenderedPageBreak/>
              <w:t>п/п</w:t>
            </w:r>
          </w:p>
        </w:tc>
        <w:tc>
          <w:tcPr>
            <w:tcW w:w="534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lastRenderedPageBreak/>
              <w:t>Наименование разделов и тем программы</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482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BD1D13">
        <w:trPr>
          <w:trHeight w:hRule="exact" w:val="724"/>
        </w:trPr>
        <w:tc>
          <w:tcPr>
            <w:tcW w:w="3883"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3883"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4838" w:type="dxa"/>
            <w:tcBorders>
              <w:top w:val="single" w:sz="4" w:space="0" w:color="000000"/>
              <w:left w:val="single" w:sz="4" w:space="0" w:color="000000"/>
              <w:right w:val="single" w:sz="4" w:space="0" w:color="000000"/>
            </w:tcBorders>
            <w:tcMar>
              <w:left w:w="0" w:type="dxa"/>
              <w:right w:w="0" w:type="dxa"/>
            </w:tcMar>
          </w:tcPr>
          <w:p w:rsidR="00BD1D13" w:rsidRDefault="00BD1D13"/>
        </w:tc>
        <w:tc>
          <w:tcPr>
            <w:tcW w:w="3883" w:type="dxa"/>
            <w:vMerge/>
            <w:tcBorders>
              <w:top w:val="single" w:sz="4" w:space="0" w:color="000000"/>
              <w:left w:val="single" w:sz="4" w:space="0" w:color="000000"/>
              <w:bottom w:val="single" w:sz="4" w:space="0" w:color="000000"/>
              <w:right w:val="single" w:sz="4" w:space="0" w:color="000000"/>
            </w:tcBorders>
          </w:tcPr>
          <w:p w:rsidR="00BD1D13" w:rsidRDefault="00BD1D13"/>
        </w:tc>
      </w:tr>
    </w:tbl>
    <w:p w:rsidR="00BD1D13" w:rsidRDefault="00BD1D13">
      <w:pPr>
        <w:autoSpaceDE w:val="0"/>
        <w:autoSpaceDN w:val="0"/>
        <w:spacing w:after="0" w:line="14" w:lineRule="exact"/>
      </w:pPr>
    </w:p>
    <w:p w:rsidR="00BD1D13" w:rsidRDefault="00BD1D13">
      <w:pPr>
        <w:sectPr w:rsidR="00BD1D13">
          <w:pgSz w:w="16840" w:h="11900"/>
          <w:pgMar w:top="282" w:right="640" w:bottom="28" w:left="666" w:header="720" w:footer="720" w:gutter="0"/>
          <w:cols w:space="720" w:equalWidth="0">
            <w:col w:w="15534" w:space="0"/>
          </w:cols>
          <w:docGrid w:linePitch="360"/>
        </w:sectPr>
      </w:pPr>
    </w:p>
    <w:tbl>
      <w:tblPr>
        <w:tblW w:w="0" w:type="auto"/>
        <w:tblInd w:w="6" w:type="dxa"/>
        <w:tblLayout w:type="fixed"/>
        <w:tblLook w:val="04A0" w:firstRow="1" w:lastRow="0" w:firstColumn="1" w:lastColumn="0" w:noHBand="0" w:noVBand="1"/>
      </w:tblPr>
      <w:tblGrid>
        <w:gridCol w:w="492"/>
        <w:gridCol w:w="5344"/>
        <w:gridCol w:w="660"/>
        <w:gridCol w:w="2064"/>
        <w:gridCol w:w="2114"/>
        <w:gridCol w:w="4828"/>
      </w:tblGrid>
      <w:tr w:rsidR="00BD1D13">
        <w:trPr>
          <w:trHeight w:hRule="exact" w:val="594"/>
        </w:trPr>
        <w:tc>
          <w:tcPr>
            <w:tcW w:w="492" w:type="dxa"/>
            <w:vMerge w:val="restart"/>
            <w:tcBorders>
              <w:left w:val="single" w:sz="4" w:space="0" w:color="000000"/>
              <w:bottom w:val="single" w:sz="4" w:space="0" w:color="000000"/>
              <w:right w:val="single" w:sz="4" w:space="0" w:color="000000"/>
            </w:tcBorders>
            <w:tcMar>
              <w:left w:w="0" w:type="dxa"/>
              <w:right w:w="0" w:type="dxa"/>
            </w:tcMar>
          </w:tcPr>
          <w:p w:rsidR="00BD1D13" w:rsidRDefault="00BD1D13"/>
        </w:tc>
        <w:tc>
          <w:tcPr>
            <w:tcW w:w="5344" w:type="dxa"/>
            <w:vMerge w:val="restart"/>
            <w:tcBorders>
              <w:left w:val="single" w:sz="4" w:space="0" w:color="000000"/>
              <w:bottom w:val="single" w:sz="4" w:space="0" w:color="000000"/>
              <w:right w:val="single" w:sz="4" w:space="0" w:color="000000"/>
            </w:tcBorders>
            <w:tcMar>
              <w:left w:w="0" w:type="dxa"/>
              <w:right w:w="0" w:type="dxa"/>
            </w:tcMar>
          </w:tcPr>
          <w:p w:rsidR="00BD1D13" w:rsidRDefault="00BD1D13"/>
        </w:tc>
        <w:tc>
          <w:tcPr>
            <w:tcW w:w="4838" w:type="dxa"/>
            <w:gridSpan w:val="3"/>
            <w:tcBorders>
              <w:left w:val="single" w:sz="4" w:space="0" w:color="000000"/>
              <w:bottom w:val="single" w:sz="4" w:space="0" w:color="000000"/>
              <w:right w:val="single" w:sz="4" w:space="0" w:color="000000"/>
            </w:tcBorders>
            <w:tcMar>
              <w:left w:w="0" w:type="dxa"/>
              <w:right w:w="0" w:type="dxa"/>
            </w:tcMar>
          </w:tcPr>
          <w:p w:rsidR="00BD1D13" w:rsidRDefault="00BD1D13"/>
        </w:tc>
        <w:tc>
          <w:tcPr>
            <w:tcW w:w="4828" w:type="dxa"/>
            <w:vMerge w:val="restart"/>
            <w:tcBorders>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504"/>
        </w:trPr>
        <w:tc>
          <w:tcPr>
            <w:tcW w:w="2589" w:type="dxa"/>
            <w:vMerge/>
            <w:tcBorders>
              <w:left w:val="single" w:sz="4" w:space="0" w:color="000000"/>
              <w:bottom w:val="single" w:sz="4" w:space="0" w:color="000000"/>
              <w:right w:val="single" w:sz="4" w:space="0" w:color="000000"/>
            </w:tcBorders>
          </w:tcPr>
          <w:p w:rsidR="00BD1D13" w:rsidRDefault="00BD1D13"/>
        </w:tc>
        <w:tc>
          <w:tcPr>
            <w:tcW w:w="2589" w:type="dxa"/>
            <w:vMerge/>
            <w:tcBorders>
              <w:left w:val="single" w:sz="4" w:space="0" w:color="000000"/>
              <w:bottom w:val="single" w:sz="4" w:space="0" w:color="000000"/>
              <w:right w:val="single" w:sz="4" w:space="0" w:color="000000"/>
            </w:tcBorders>
          </w:tcPr>
          <w:p w:rsidR="00BD1D13" w:rsidRDefault="00BD1D13"/>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всего</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контрольные работы</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b/>
                <w:color w:val="000000"/>
                <w:w w:val="97"/>
                <w:sz w:val="16"/>
              </w:rPr>
              <w:t>практические работы</w:t>
            </w:r>
          </w:p>
        </w:tc>
        <w:tc>
          <w:tcPr>
            <w:tcW w:w="2589" w:type="dxa"/>
            <w:vMerge/>
            <w:tcBorders>
              <w:left w:val="single" w:sz="4" w:space="0" w:color="000000"/>
              <w:bottom w:val="single" w:sz="4" w:space="0" w:color="000000"/>
              <w:right w:val="single" w:sz="4" w:space="0" w:color="000000"/>
            </w:tcBorders>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 xml:space="preserve">Раздел 1. </w:t>
            </w:r>
            <w:r w:rsidRPr="0092023E">
              <w:rPr>
                <w:rFonts w:ascii="Times New Roman" w:eastAsia="Times New Roman" w:hAnsi="Times New Roman"/>
                <w:b/>
                <w:color w:val="000000"/>
                <w:w w:val="97"/>
                <w:sz w:val="16"/>
                <w:lang w:val="ru-RU"/>
              </w:rPr>
              <w:t xml:space="preserve">Социальные ценности и нормы </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1.1.</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6" w:after="0" w:line="230" w:lineRule="auto"/>
              <w:ind w:left="72"/>
            </w:pPr>
            <w:r>
              <w:rPr>
                <w:rFonts w:ascii="Times New Roman" w:eastAsia="Times New Roman" w:hAnsi="Times New Roman"/>
                <w:b/>
                <w:color w:val="000000"/>
                <w:w w:val="97"/>
                <w:sz w:val="16"/>
              </w:rPr>
              <w:t>Социальные ценности</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0</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1.2.</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6" w:after="0" w:line="230" w:lineRule="auto"/>
              <w:ind w:left="72"/>
            </w:pPr>
            <w:r>
              <w:rPr>
                <w:rFonts w:ascii="Times New Roman" w:eastAsia="Times New Roman" w:hAnsi="Times New Roman"/>
                <w:b/>
                <w:color w:val="000000"/>
                <w:w w:val="97"/>
                <w:sz w:val="16"/>
              </w:rPr>
              <w:t>Социальные нормы</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1</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https://interneturok.ru/</w:t>
            </w:r>
          </w:p>
        </w:tc>
      </w:tr>
      <w:tr w:rsidR="00BD1D13">
        <w:trPr>
          <w:trHeight w:hRule="exact" w:val="350"/>
        </w:trPr>
        <w:tc>
          <w:tcPr>
            <w:tcW w:w="49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1.3.</w:t>
            </w:r>
          </w:p>
        </w:tc>
        <w:tc>
          <w:tcPr>
            <w:tcW w:w="534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b/>
                <w:color w:val="000000"/>
                <w:w w:val="97"/>
                <w:sz w:val="16"/>
                <w:lang w:val="ru-RU"/>
              </w:rPr>
              <w:t>Мораль и моральный выбор. Право и мораль</w:t>
            </w:r>
          </w:p>
        </w:tc>
        <w:tc>
          <w:tcPr>
            <w:tcW w:w="66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8</w:t>
            </w:r>
          </w:p>
        </w:tc>
        <w:tc>
          <w:tcPr>
            <w:tcW w:w="206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211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1.5</w:t>
            </w:r>
          </w:p>
        </w:tc>
        <w:tc>
          <w:tcPr>
            <w:tcW w:w="482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48"/>
        </w:trPr>
        <w:tc>
          <w:tcPr>
            <w:tcW w:w="583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Итого по разделу</w:t>
            </w:r>
          </w:p>
        </w:tc>
        <w:tc>
          <w:tcPr>
            <w:tcW w:w="66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12</w:t>
            </w:r>
          </w:p>
        </w:tc>
        <w:tc>
          <w:tcPr>
            <w:tcW w:w="9006"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color w:val="000000"/>
                <w:w w:val="97"/>
                <w:sz w:val="16"/>
                <w:lang w:val="ru-RU"/>
              </w:rPr>
              <w:t xml:space="preserve">Раздел 2. </w:t>
            </w:r>
            <w:r w:rsidRPr="0092023E">
              <w:rPr>
                <w:rFonts w:ascii="Times New Roman" w:eastAsia="Times New Roman" w:hAnsi="Times New Roman"/>
                <w:b/>
                <w:color w:val="000000"/>
                <w:w w:val="97"/>
                <w:sz w:val="16"/>
                <w:lang w:val="ru-RU"/>
              </w:rPr>
              <w:t xml:space="preserve">Человек как участник правовых отношений </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2.1.</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4" w:after="0" w:line="233" w:lineRule="auto"/>
              <w:ind w:left="72"/>
            </w:pPr>
            <w:r>
              <w:rPr>
                <w:rFonts w:ascii="Times New Roman" w:eastAsia="Times New Roman" w:hAnsi="Times New Roman"/>
                <w:b/>
                <w:color w:val="000000"/>
                <w:w w:val="97"/>
                <w:sz w:val="16"/>
              </w:rPr>
              <w:t>Правоотношения</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3</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4"/>
            </w:pPr>
            <w:r>
              <w:rPr>
                <w:rFonts w:ascii="Times New Roman" w:eastAsia="Times New Roman" w:hAnsi="Times New Roman"/>
                <w:color w:val="000000"/>
                <w:w w:val="97"/>
                <w:sz w:val="16"/>
              </w:rPr>
              <w:t>0.5</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РЭШ</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2.2.</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64" w:after="0" w:line="233" w:lineRule="auto"/>
              <w:ind w:left="72"/>
              <w:rPr>
                <w:lang w:val="ru-RU"/>
              </w:rPr>
            </w:pPr>
            <w:r w:rsidRPr="0092023E">
              <w:rPr>
                <w:rFonts w:ascii="Times New Roman" w:eastAsia="Times New Roman" w:hAnsi="Times New Roman"/>
                <w:b/>
                <w:color w:val="000000"/>
                <w:w w:val="97"/>
                <w:sz w:val="16"/>
                <w:lang w:val="ru-RU"/>
              </w:rPr>
              <w:t>Правонарушения и их опасность для личности и общества</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4"/>
            </w:pPr>
            <w:r>
              <w:rPr>
                <w:rFonts w:ascii="Times New Roman" w:eastAsia="Times New Roman" w:hAnsi="Times New Roman"/>
                <w:color w:val="000000"/>
                <w:w w:val="97"/>
                <w:sz w:val="16"/>
              </w:rPr>
              <w:t>0.5</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2.3.</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Защита прав и свобод человека и  гражданина</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4"/>
            </w:pPr>
            <w:r>
              <w:rPr>
                <w:rFonts w:ascii="Times New Roman" w:eastAsia="Times New Roman" w:hAnsi="Times New Roman"/>
                <w:color w:val="000000"/>
                <w:w w:val="97"/>
                <w:sz w:val="16"/>
              </w:rPr>
              <w:t>0</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https://interneturok.ru/</w:t>
            </w:r>
          </w:p>
        </w:tc>
      </w:tr>
      <w:tr w:rsidR="00BD1D13">
        <w:trPr>
          <w:trHeight w:hRule="exact" w:val="348"/>
        </w:trPr>
        <w:tc>
          <w:tcPr>
            <w:tcW w:w="58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7</w:t>
            </w:r>
          </w:p>
        </w:tc>
        <w:tc>
          <w:tcPr>
            <w:tcW w:w="900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 xml:space="preserve">Раздел 3. </w:t>
            </w:r>
            <w:r>
              <w:rPr>
                <w:rFonts w:ascii="Times New Roman" w:eastAsia="Times New Roman" w:hAnsi="Times New Roman"/>
                <w:b/>
                <w:color w:val="000000"/>
                <w:w w:val="97"/>
                <w:sz w:val="16"/>
              </w:rPr>
              <w:t xml:space="preserve">Основы российского права </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3.1.</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6" w:after="0" w:line="247" w:lineRule="auto"/>
              <w:ind w:left="72"/>
            </w:pPr>
            <w:r>
              <w:rPr>
                <w:rFonts w:ascii="Times New Roman" w:eastAsia="Times New Roman" w:hAnsi="Times New Roman"/>
                <w:b/>
                <w:color w:val="000000"/>
                <w:w w:val="97"/>
                <w:sz w:val="16"/>
              </w:rPr>
              <w:t>Как устроено российское право</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0</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3.2.</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Основы гражданского права</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0.5</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50"/>
        </w:trPr>
        <w:tc>
          <w:tcPr>
            <w:tcW w:w="49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3.3.</w:t>
            </w:r>
          </w:p>
        </w:tc>
        <w:tc>
          <w:tcPr>
            <w:tcW w:w="534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66" w:after="0" w:line="230" w:lineRule="auto"/>
              <w:ind w:left="72"/>
            </w:pPr>
            <w:r>
              <w:rPr>
                <w:rFonts w:ascii="Times New Roman" w:eastAsia="Times New Roman" w:hAnsi="Times New Roman"/>
                <w:b/>
                <w:color w:val="000000"/>
                <w:w w:val="97"/>
                <w:sz w:val="16"/>
              </w:rPr>
              <w:t>Основы семейного права</w:t>
            </w:r>
          </w:p>
        </w:tc>
        <w:tc>
          <w:tcPr>
            <w:tcW w:w="66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0.5</w:t>
            </w:r>
          </w:p>
        </w:tc>
        <w:tc>
          <w:tcPr>
            <w:tcW w:w="482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49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3.4.</w:t>
            </w:r>
          </w:p>
        </w:tc>
        <w:tc>
          <w:tcPr>
            <w:tcW w:w="534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2" w:after="0" w:line="247" w:lineRule="auto"/>
              <w:ind w:left="72"/>
            </w:pPr>
            <w:r>
              <w:rPr>
                <w:rFonts w:ascii="Times New Roman" w:eastAsia="Times New Roman" w:hAnsi="Times New Roman"/>
                <w:b/>
                <w:color w:val="000000"/>
                <w:w w:val="97"/>
                <w:sz w:val="16"/>
              </w:rPr>
              <w:t>Основы трудового права</w:t>
            </w:r>
          </w:p>
        </w:tc>
        <w:tc>
          <w:tcPr>
            <w:tcW w:w="66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2</w:t>
            </w:r>
          </w:p>
        </w:tc>
        <w:tc>
          <w:tcPr>
            <w:tcW w:w="206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0</w:t>
            </w:r>
          </w:p>
        </w:tc>
        <w:tc>
          <w:tcPr>
            <w:tcW w:w="211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4"/>
            </w:pPr>
            <w:r>
              <w:rPr>
                <w:rFonts w:ascii="Times New Roman" w:eastAsia="Times New Roman" w:hAnsi="Times New Roman"/>
                <w:color w:val="000000"/>
                <w:w w:val="97"/>
                <w:sz w:val="16"/>
              </w:rPr>
              <w:t>0.5</w:t>
            </w:r>
          </w:p>
        </w:tc>
        <w:tc>
          <w:tcPr>
            <w:tcW w:w="482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https://interneturok.ru/</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3.5.</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64" w:after="0" w:line="233" w:lineRule="auto"/>
              <w:ind w:left="72"/>
            </w:pPr>
            <w:r>
              <w:rPr>
                <w:rFonts w:ascii="Times New Roman" w:eastAsia="Times New Roman" w:hAnsi="Times New Roman"/>
                <w:b/>
                <w:color w:val="000000"/>
                <w:w w:val="97"/>
                <w:sz w:val="16"/>
              </w:rPr>
              <w:t>Виды юридической ответственности</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4"/>
            </w:pPr>
            <w:r>
              <w:rPr>
                <w:rFonts w:ascii="Times New Roman" w:eastAsia="Times New Roman" w:hAnsi="Times New Roman"/>
                <w:color w:val="000000"/>
                <w:w w:val="97"/>
                <w:sz w:val="16"/>
              </w:rPr>
              <w:t>0.5</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3.6.</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64" w:after="0" w:line="233" w:lineRule="auto"/>
              <w:ind w:left="72"/>
              <w:rPr>
                <w:lang w:val="ru-RU"/>
              </w:rPr>
            </w:pPr>
            <w:r w:rsidRPr="0092023E">
              <w:rPr>
                <w:rFonts w:ascii="Times New Roman" w:eastAsia="Times New Roman" w:hAnsi="Times New Roman"/>
                <w:b/>
                <w:color w:val="000000"/>
                <w:w w:val="97"/>
                <w:sz w:val="16"/>
                <w:lang w:val="ru-RU"/>
              </w:rPr>
              <w:t>Правоохранительные органы в Российской Федерации</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4"/>
            </w:pPr>
            <w:r>
              <w:rPr>
                <w:rFonts w:ascii="Times New Roman" w:eastAsia="Times New Roman" w:hAnsi="Times New Roman"/>
                <w:color w:val="000000"/>
                <w:w w:val="97"/>
                <w:sz w:val="16"/>
              </w:rPr>
              <w:t>1</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РЭШ</w:t>
            </w:r>
          </w:p>
        </w:tc>
      </w:tr>
      <w:tr w:rsidR="00BD1D13">
        <w:trPr>
          <w:trHeight w:hRule="exact" w:val="348"/>
        </w:trPr>
        <w:tc>
          <w:tcPr>
            <w:tcW w:w="58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11</w:t>
            </w:r>
          </w:p>
        </w:tc>
        <w:tc>
          <w:tcPr>
            <w:tcW w:w="900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 xml:space="preserve">Раздел 4. </w:t>
            </w:r>
            <w:r>
              <w:rPr>
                <w:rFonts w:ascii="Times New Roman" w:eastAsia="Times New Roman" w:hAnsi="Times New Roman"/>
                <w:b/>
                <w:color w:val="000000"/>
                <w:w w:val="97"/>
                <w:sz w:val="16"/>
              </w:rPr>
              <w:t>Итоговое повторение</w:t>
            </w:r>
          </w:p>
        </w:tc>
      </w:tr>
      <w:tr w:rsidR="00BD1D13">
        <w:trPr>
          <w:trHeight w:hRule="exact" w:val="348"/>
        </w:trPr>
        <w:tc>
          <w:tcPr>
            <w:tcW w:w="49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4.1.</w:t>
            </w:r>
          </w:p>
        </w:tc>
        <w:tc>
          <w:tcPr>
            <w:tcW w:w="534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Итоговое повторение</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0</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58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w:t>
            </w:r>
          </w:p>
        </w:tc>
        <w:tc>
          <w:tcPr>
            <w:tcW w:w="900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48"/>
        </w:trPr>
        <w:tc>
          <w:tcPr>
            <w:tcW w:w="58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ОБЩЕЕ КОЛИЧЕСТВО ЧАСОВ ПО ПРОГРАММЕ</w:t>
            </w:r>
          </w:p>
        </w:tc>
        <w:tc>
          <w:tcPr>
            <w:tcW w:w="6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34</w:t>
            </w:r>
          </w:p>
        </w:tc>
        <w:tc>
          <w:tcPr>
            <w:tcW w:w="206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211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4"/>
            </w:pPr>
            <w:r>
              <w:rPr>
                <w:rFonts w:ascii="Times New Roman" w:eastAsia="Times New Roman" w:hAnsi="Times New Roman"/>
                <w:color w:val="000000"/>
                <w:w w:val="97"/>
                <w:sz w:val="16"/>
              </w:rPr>
              <w:t>6.5</w:t>
            </w:r>
          </w:p>
        </w:tc>
        <w:tc>
          <w:tcPr>
            <w:tcW w:w="482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FC3B1F">
      <w:pPr>
        <w:autoSpaceDE w:val="0"/>
        <w:autoSpaceDN w:val="0"/>
        <w:spacing w:before="194" w:after="94" w:line="233" w:lineRule="auto"/>
      </w:pPr>
      <w:r>
        <w:rPr>
          <w:rFonts w:ascii="Times New Roman" w:eastAsia="Times New Roman" w:hAnsi="Times New Roman"/>
          <w:b/>
          <w:color w:val="000000"/>
          <w:sz w:val="18"/>
        </w:rPr>
        <w:t>8 КЛАСС</w:t>
      </w:r>
    </w:p>
    <w:tbl>
      <w:tblPr>
        <w:tblW w:w="0" w:type="auto"/>
        <w:tblInd w:w="6" w:type="dxa"/>
        <w:tblLayout w:type="fixed"/>
        <w:tblLook w:val="04A0" w:firstRow="1" w:lastRow="0" w:firstColumn="1" w:lastColumn="0" w:noHBand="0" w:noVBand="1"/>
      </w:tblPr>
      <w:tblGrid>
        <w:gridCol w:w="504"/>
        <w:gridCol w:w="4912"/>
        <w:gridCol w:w="684"/>
        <w:gridCol w:w="2160"/>
        <w:gridCol w:w="2210"/>
        <w:gridCol w:w="5032"/>
      </w:tblGrid>
      <w:tr w:rsidR="00BD1D13">
        <w:trPr>
          <w:trHeight w:hRule="exact" w:val="350"/>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491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b/>
                <w:color w:val="000000"/>
                <w:w w:val="97"/>
                <w:sz w:val="16"/>
                <w:lang w:val="ru-RU"/>
              </w:rPr>
              <w:t>Наименование разделов и тем программы</w:t>
            </w:r>
          </w:p>
        </w:tc>
        <w:tc>
          <w:tcPr>
            <w:tcW w:w="505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503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BD1D13">
        <w:trPr>
          <w:trHeight w:hRule="exact" w:val="348"/>
        </w:trPr>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всего</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контрольные работы</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color w:val="000000"/>
                <w:w w:val="97"/>
                <w:sz w:val="16"/>
                <w:lang w:val="ru-RU"/>
              </w:rPr>
              <w:t xml:space="preserve">Раздел 1. </w:t>
            </w:r>
            <w:r w:rsidRPr="0092023E">
              <w:rPr>
                <w:rFonts w:ascii="Times New Roman" w:eastAsia="Times New Roman" w:hAnsi="Times New Roman"/>
                <w:b/>
                <w:color w:val="000000"/>
                <w:w w:val="97"/>
                <w:sz w:val="16"/>
                <w:lang w:val="ru-RU"/>
              </w:rPr>
              <w:t xml:space="preserve">Человек в экономических отношениях </w:t>
            </w:r>
          </w:p>
        </w:tc>
      </w:tr>
      <w:tr w:rsidR="00BD1D13">
        <w:trPr>
          <w:trHeight w:hRule="exact" w:val="54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1.1.</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Экономика — основа жизнедеятельности человека</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5</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0.5</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РЭШ</w:t>
            </w:r>
          </w:p>
        </w:tc>
      </w:tr>
      <w:tr w:rsidR="00BD1D13">
        <w:trPr>
          <w:trHeight w:hRule="exact" w:val="37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1.2.</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Рыночные отношения в экономике</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5</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https://interneturok.ru/</w:t>
            </w:r>
          </w:p>
        </w:tc>
      </w:tr>
    </w:tbl>
    <w:p w:rsidR="00BD1D13" w:rsidRDefault="00BD1D13">
      <w:pPr>
        <w:autoSpaceDE w:val="0"/>
        <w:autoSpaceDN w:val="0"/>
        <w:spacing w:after="0" w:line="14" w:lineRule="exact"/>
      </w:pPr>
    </w:p>
    <w:p w:rsidR="00BD1D13" w:rsidRDefault="00BD1D13">
      <w:pPr>
        <w:sectPr w:rsidR="00BD1D13">
          <w:pgSz w:w="16840" w:h="11900"/>
          <w:pgMar w:top="0" w:right="640" w:bottom="340" w:left="666" w:header="720" w:footer="720" w:gutter="0"/>
          <w:cols w:space="720" w:equalWidth="0">
            <w:col w:w="15534" w:space="0"/>
          </w:cols>
          <w:docGrid w:linePitch="360"/>
        </w:sectPr>
      </w:pPr>
    </w:p>
    <w:p w:rsidR="00BD1D13" w:rsidRDefault="00BD1D13">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912"/>
        <w:gridCol w:w="684"/>
        <w:gridCol w:w="2160"/>
        <w:gridCol w:w="2210"/>
        <w:gridCol w:w="5032"/>
      </w:tblGrid>
      <w:tr w:rsidR="00BD1D13">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1.3.</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Финансовые отношения в экономике</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5</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https://videouroki.</w:t>
            </w:r>
          </w:p>
        </w:tc>
      </w:tr>
      <w:tr w:rsidR="00BD1D13">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1.4.</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Домашнее хозяйство</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1.5.</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b/>
                <w:color w:val="000000"/>
                <w:w w:val="97"/>
                <w:sz w:val="16"/>
                <w:lang w:val="ru-RU"/>
              </w:rPr>
              <w:t>Экономические цели и  функции государства</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https://interneturok.ru/</w:t>
            </w:r>
          </w:p>
        </w:tc>
      </w:tr>
      <w:tr w:rsidR="00BD1D13">
        <w:trPr>
          <w:trHeight w:hRule="exact" w:val="348"/>
        </w:trPr>
        <w:tc>
          <w:tcPr>
            <w:tcW w:w="54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20</w:t>
            </w:r>
          </w:p>
        </w:tc>
        <w:tc>
          <w:tcPr>
            <w:tcW w:w="940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 xml:space="preserve">Раздел 2. </w:t>
            </w:r>
            <w:r w:rsidRPr="0092023E">
              <w:rPr>
                <w:rFonts w:ascii="Times New Roman" w:eastAsia="Times New Roman" w:hAnsi="Times New Roman"/>
                <w:b/>
                <w:color w:val="000000"/>
                <w:w w:val="97"/>
                <w:sz w:val="16"/>
                <w:lang w:val="ru-RU"/>
              </w:rPr>
              <w:t>Человек в мире культуры</w:t>
            </w:r>
          </w:p>
        </w:tc>
      </w:tr>
      <w:tr w:rsidR="00BD1D13">
        <w:trPr>
          <w:trHeight w:hRule="exact" w:val="542"/>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2.1.</w:t>
            </w:r>
          </w:p>
        </w:tc>
        <w:tc>
          <w:tcPr>
            <w:tcW w:w="491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0" w:lineRule="auto"/>
              <w:ind w:left="72"/>
              <w:rPr>
                <w:lang w:val="ru-RU"/>
              </w:rPr>
            </w:pPr>
            <w:r w:rsidRPr="0092023E">
              <w:rPr>
                <w:rFonts w:ascii="Times New Roman" w:eastAsia="Times New Roman" w:hAnsi="Times New Roman"/>
                <w:b/>
                <w:color w:val="000000"/>
                <w:w w:val="97"/>
                <w:sz w:val="16"/>
                <w:lang w:val="ru-RU"/>
              </w:rPr>
              <w:t>Культура, её многообразие и формы</w:t>
            </w:r>
          </w:p>
        </w:tc>
        <w:tc>
          <w:tcPr>
            <w:tcW w:w="68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1</w:t>
            </w:r>
          </w:p>
        </w:tc>
        <w:tc>
          <w:tcPr>
            <w:tcW w:w="216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0</w:t>
            </w:r>
          </w:p>
        </w:tc>
        <w:tc>
          <w:tcPr>
            <w:tcW w:w="221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0</w:t>
            </w:r>
          </w:p>
        </w:tc>
        <w:tc>
          <w:tcPr>
            <w:tcW w:w="503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https://interneturok.ru/</w:t>
            </w:r>
          </w:p>
        </w:tc>
      </w:tr>
      <w:tr w:rsidR="00BD1D13">
        <w:trPr>
          <w:trHeight w:hRule="exact" w:val="3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2.2.</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Наука и образование в Российской Федерации</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4</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Открытая школа</w:t>
            </w:r>
          </w:p>
        </w:tc>
      </w:tr>
      <w:tr w:rsidR="00BD1D13">
        <w:trPr>
          <w:trHeight w:hRule="exact" w:val="54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2.3.</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Роль  религии в жизни общества</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0.5</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https://videouroki.</w:t>
            </w:r>
          </w:p>
        </w:tc>
      </w:tr>
      <w:tr w:rsidR="00BD1D13">
        <w:trPr>
          <w:trHeight w:hRule="exact" w:val="54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2.4.</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Роль искусства в жизни человека</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https://interneturok.ru/</w:t>
            </w:r>
          </w:p>
        </w:tc>
      </w:tr>
      <w:tr w:rsidR="00BD1D13">
        <w:trPr>
          <w:trHeight w:hRule="exact" w:val="54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2.5.</w:t>
            </w:r>
          </w:p>
        </w:tc>
        <w:tc>
          <w:tcPr>
            <w:tcW w:w="49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b/>
                <w:color w:val="000000"/>
                <w:w w:val="97"/>
                <w:sz w:val="16"/>
                <w:lang w:val="ru-RU"/>
              </w:rPr>
              <w:t>Роль информации в современном мире</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54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10</w:t>
            </w:r>
          </w:p>
        </w:tc>
        <w:tc>
          <w:tcPr>
            <w:tcW w:w="940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Раздел 3.</w:t>
            </w:r>
            <w:r>
              <w:rPr>
                <w:rFonts w:ascii="Times New Roman" w:eastAsia="Times New Roman" w:hAnsi="Times New Roman"/>
                <w:b/>
                <w:color w:val="000000"/>
                <w:w w:val="97"/>
                <w:sz w:val="16"/>
              </w:rPr>
              <w:t xml:space="preserve"> Итоговое повторение</w:t>
            </w:r>
          </w:p>
        </w:tc>
      </w:tr>
      <w:tr w:rsidR="00BD1D13">
        <w:trPr>
          <w:trHeight w:hRule="exact" w:val="34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3.1.</w:t>
            </w:r>
          </w:p>
        </w:tc>
        <w:tc>
          <w:tcPr>
            <w:tcW w:w="491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Защита проектов</w:t>
            </w:r>
          </w:p>
        </w:tc>
        <w:tc>
          <w:tcPr>
            <w:tcW w:w="68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w:t>
            </w:r>
          </w:p>
        </w:tc>
        <w:tc>
          <w:tcPr>
            <w:tcW w:w="216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221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w:t>
            </w:r>
          </w:p>
        </w:tc>
        <w:tc>
          <w:tcPr>
            <w:tcW w:w="503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50"/>
        </w:trPr>
        <w:tc>
          <w:tcPr>
            <w:tcW w:w="541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Итого по разделу</w:t>
            </w:r>
          </w:p>
        </w:tc>
        <w:tc>
          <w:tcPr>
            <w:tcW w:w="684"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4</w:t>
            </w:r>
          </w:p>
        </w:tc>
        <w:tc>
          <w:tcPr>
            <w:tcW w:w="9402"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48"/>
        </w:trPr>
        <w:tc>
          <w:tcPr>
            <w:tcW w:w="54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color w:val="000000"/>
                <w:w w:val="97"/>
                <w:sz w:val="16"/>
                <w:lang w:val="ru-RU"/>
              </w:rPr>
              <w:t>ОБЩЕЕ КОЛИЧЕСТВО ЧАСОВ ПО ПРОГРАММЕ</w:t>
            </w:r>
          </w:p>
        </w:tc>
        <w:tc>
          <w:tcPr>
            <w:tcW w:w="68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34</w:t>
            </w:r>
          </w:p>
        </w:tc>
        <w:tc>
          <w:tcPr>
            <w:tcW w:w="216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221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9</w:t>
            </w:r>
          </w:p>
        </w:tc>
        <w:tc>
          <w:tcPr>
            <w:tcW w:w="50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FC3B1F">
      <w:pPr>
        <w:autoSpaceDE w:val="0"/>
        <w:autoSpaceDN w:val="0"/>
        <w:spacing w:before="188" w:after="94" w:line="230" w:lineRule="auto"/>
      </w:pPr>
      <w:r>
        <w:rPr>
          <w:rFonts w:ascii="Times New Roman" w:eastAsia="Times New Roman" w:hAnsi="Times New Roman"/>
          <w:b/>
          <w:color w:val="000000"/>
          <w:sz w:val="18"/>
        </w:rPr>
        <w:t>9 КЛАСС</w:t>
      </w:r>
    </w:p>
    <w:tbl>
      <w:tblPr>
        <w:tblW w:w="0" w:type="auto"/>
        <w:tblInd w:w="6" w:type="dxa"/>
        <w:tblLayout w:type="fixed"/>
        <w:tblLook w:val="04A0" w:firstRow="1" w:lastRow="0" w:firstColumn="1" w:lastColumn="0" w:noHBand="0" w:noVBand="1"/>
      </w:tblPr>
      <w:tblGrid>
        <w:gridCol w:w="408"/>
        <w:gridCol w:w="6904"/>
        <w:gridCol w:w="552"/>
        <w:gridCol w:w="1754"/>
        <w:gridCol w:w="1788"/>
        <w:gridCol w:w="4096"/>
      </w:tblGrid>
      <w:tr w:rsidR="00BD1D13">
        <w:trPr>
          <w:trHeight w:hRule="exact" w:val="348"/>
        </w:trPr>
        <w:tc>
          <w:tcPr>
            <w:tcW w:w="4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9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Наименование разделов и тем программы</w:t>
            </w:r>
          </w:p>
        </w:tc>
        <w:tc>
          <w:tcPr>
            <w:tcW w:w="409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40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BD1D13">
        <w:trPr>
          <w:trHeight w:hRule="exact" w:val="348"/>
        </w:trPr>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b/>
                <w:color w:val="000000"/>
                <w:w w:val="97"/>
                <w:sz w:val="16"/>
              </w:rPr>
              <w:t>всего</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контрольные работы</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 xml:space="preserve">Раздел 1. </w:t>
            </w:r>
            <w:r w:rsidRPr="0092023E">
              <w:rPr>
                <w:rFonts w:ascii="Times New Roman" w:eastAsia="Times New Roman" w:hAnsi="Times New Roman"/>
                <w:b/>
                <w:color w:val="000000"/>
                <w:w w:val="97"/>
                <w:sz w:val="16"/>
                <w:lang w:val="ru-RU"/>
              </w:rPr>
              <w:t xml:space="preserve">Человек в политическом измерении </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1.1.</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Политика и политическая власть</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1.2.</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Участие граждан в политике</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0.5</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https://interneturok.ru/</w:t>
            </w:r>
          </w:p>
        </w:tc>
      </w:tr>
      <w:tr w:rsidR="00BD1D13">
        <w:trPr>
          <w:trHeight w:hRule="exact" w:val="350"/>
        </w:trPr>
        <w:tc>
          <w:tcPr>
            <w:tcW w:w="7312"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5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6</w:t>
            </w:r>
          </w:p>
        </w:tc>
        <w:tc>
          <w:tcPr>
            <w:tcW w:w="7638"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BD1D13"/>
        </w:tc>
      </w:tr>
      <w:tr w:rsidR="00BD1D13">
        <w:trPr>
          <w:trHeight w:hRule="exact" w:val="348"/>
        </w:trPr>
        <w:tc>
          <w:tcPr>
            <w:tcW w:w="1550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4" w:after="0" w:line="230" w:lineRule="auto"/>
              <w:ind w:left="72"/>
            </w:pPr>
            <w:r>
              <w:rPr>
                <w:rFonts w:ascii="Times New Roman" w:eastAsia="Times New Roman" w:hAnsi="Times New Roman"/>
                <w:color w:val="000000"/>
                <w:w w:val="97"/>
                <w:sz w:val="16"/>
              </w:rPr>
              <w:t xml:space="preserve">Раздел 2. </w:t>
            </w:r>
            <w:r>
              <w:rPr>
                <w:rFonts w:ascii="Times New Roman" w:eastAsia="Times New Roman" w:hAnsi="Times New Roman"/>
                <w:b/>
                <w:color w:val="000000"/>
                <w:w w:val="97"/>
                <w:sz w:val="16"/>
              </w:rPr>
              <w:t xml:space="preserve">Гражданин и государство </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2.1.</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Основы конституционного строя Российской Федерации</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РЭШ</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2.2.</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Высшие органы государственной власти в Российской Федерации</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0.5</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https://videouroki.</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2.3.</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Государственн</w:t>
            </w:r>
            <w:proofErr w:type="gramStart"/>
            <w:r w:rsidRPr="0092023E">
              <w:rPr>
                <w:rFonts w:ascii="Times New Roman" w:eastAsia="Times New Roman" w:hAnsi="Times New Roman"/>
                <w:b/>
                <w:color w:val="000000"/>
                <w:w w:val="97"/>
                <w:sz w:val="16"/>
                <w:lang w:val="ru-RU"/>
              </w:rPr>
              <w:t>о-</w:t>
            </w:r>
            <w:proofErr w:type="gramEnd"/>
            <w:r w:rsidRPr="0092023E">
              <w:rPr>
                <w:rFonts w:ascii="Times New Roman" w:eastAsia="Times New Roman" w:hAnsi="Times New Roman"/>
                <w:b/>
                <w:color w:val="000000"/>
                <w:w w:val="97"/>
                <w:sz w:val="16"/>
                <w:lang w:val="ru-RU"/>
              </w:rPr>
              <w:t xml:space="preserve"> территориальное устройство Российской Федерации</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https://interneturok.ru/</w:t>
            </w:r>
          </w:p>
        </w:tc>
      </w:tr>
      <w:tr w:rsidR="00BD1D13">
        <w:trPr>
          <w:trHeight w:hRule="exact" w:val="40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2.4.</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Конституция Российской Федерации о правовом статусе человека и гражданина</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РЭШ</w:t>
            </w:r>
          </w:p>
        </w:tc>
      </w:tr>
      <w:tr w:rsidR="00BD1D13">
        <w:trPr>
          <w:trHeight w:hRule="exact" w:val="328"/>
        </w:trPr>
        <w:tc>
          <w:tcPr>
            <w:tcW w:w="731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8</w:t>
            </w:r>
          </w:p>
        </w:tc>
        <w:tc>
          <w:tcPr>
            <w:tcW w:w="763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6840" w:h="11900"/>
          <w:pgMar w:top="284" w:right="640" w:bottom="298" w:left="666" w:header="720" w:footer="720" w:gutter="0"/>
          <w:cols w:space="720" w:equalWidth="0">
            <w:col w:w="15534" w:space="0"/>
          </w:cols>
          <w:docGrid w:linePitch="360"/>
        </w:sectPr>
      </w:pPr>
    </w:p>
    <w:p w:rsidR="00BD1D13" w:rsidRDefault="00BD1D13">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08"/>
        <w:gridCol w:w="6904"/>
        <w:gridCol w:w="552"/>
        <w:gridCol w:w="1754"/>
        <w:gridCol w:w="1788"/>
        <w:gridCol w:w="4096"/>
      </w:tblGrid>
      <w:tr w:rsidR="00BD1D13" w:rsidRPr="00C8377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 xml:space="preserve">Раздел 3. </w:t>
            </w:r>
            <w:r w:rsidRPr="0092023E">
              <w:rPr>
                <w:rFonts w:ascii="Times New Roman" w:eastAsia="Times New Roman" w:hAnsi="Times New Roman"/>
                <w:b/>
                <w:color w:val="000000"/>
                <w:w w:val="97"/>
                <w:sz w:val="16"/>
                <w:lang w:val="ru-RU"/>
              </w:rPr>
              <w:t xml:space="preserve">Человек в системе социальных отношений </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3.1.</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b/>
                <w:color w:val="000000"/>
                <w:w w:val="97"/>
                <w:sz w:val="16"/>
              </w:rPr>
              <w:t>Социальные общности и группы</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https://videouroki.</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3.2.</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sidRPr="0092023E">
              <w:rPr>
                <w:rFonts w:ascii="Times New Roman" w:eastAsia="Times New Roman" w:hAnsi="Times New Roman"/>
                <w:b/>
                <w:color w:val="000000"/>
                <w:w w:val="97"/>
                <w:sz w:val="16"/>
                <w:lang w:val="ru-RU"/>
              </w:rPr>
              <w:t xml:space="preserve">Статусы и роли. Социализация личности. </w:t>
            </w:r>
            <w:proofErr w:type="spellStart"/>
            <w:r>
              <w:rPr>
                <w:rFonts w:ascii="Times New Roman" w:eastAsia="Times New Roman" w:hAnsi="Times New Roman"/>
                <w:b/>
                <w:color w:val="000000"/>
                <w:w w:val="97"/>
                <w:sz w:val="16"/>
              </w:rPr>
              <w:t>Семья</w:t>
            </w:r>
            <w:proofErr w:type="spellEnd"/>
            <w:r>
              <w:rPr>
                <w:rFonts w:ascii="Times New Roman" w:eastAsia="Times New Roman" w:hAnsi="Times New Roman"/>
                <w:b/>
                <w:color w:val="000000"/>
                <w:w w:val="97"/>
                <w:sz w:val="16"/>
              </w:rPr>
              <w:t xml:space="preserve"> и </w:t>
            </w:r>
            <w:proofErr w:type="spellStart"/>
            <w:r>
              <w:rPr>
                <w:rFonts w:ascii="Times New Roman" w:eastAsia="Times New Roman" w:hAnsi="Times New Roman"/>
                <w:b/>
                <w:color w:val="000000"/>
                <w:w w:val="97"/>
                <w:sz w:val="16"/>
              </w:rPr>
              <w:t>её</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функции</w:t>
            </w:r>
            <w:proofErr w:type="spellEnd"/>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0.5</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https://interneturok.ru/</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3.3.</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sidRPr="0092023E">
              <w:rPr>
                <w:rFonts w:ascii="Times New Roman" w:eastAsia="Times New Roman" w:hAnsi="Times New Roman"/>
                <w:b/>
                <w:color w:val="000000"/>
                <w:w w:val="97"/>
                <w:sz w:val="16"/>
                <w:lang w:val="ru-RU"/>
              </w:rPr>
              <w:t xml:space="preserve">Этносы и нации в современном обществе. </w:t>
            </w:r>
            <w:proofErr w:type="spellStart"/>
            <w:r>
              <w:rPr>
                <w:rFonts w:ascii="Times New Roman" w:eastAsia="Times New Roman" w:hAnsi="Times New Roman"/>
                <w:b/>
                <w:color w:val="000000"/>
                <w:w w:val="97"/>
                <w:sz w:val="16"/>
              </w:rPr>
              <w:t>Социальная</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политика</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Российского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государства</w:t>
            </w:r>
            <w:proofErr w:type="spellEnd"/>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0.5</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https://videouroki.</w:t>
            </w:r>
          </w:p>
        </w:tc>
      </w:tr>
      <w:tr w:rsidR="00BD1D13">
        <w:trPr>
          <w:trHeight w:hRule="exact" w:val="348"/>
        </w:trPr>
        <w:tc>
          <w:tcPr>
            <w:tcW w:w="40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jc w:val="center"/>
            </w:pPr>
            <w:r>
              <w:rPr>
                <w:rFonts w:ascii="Times New Roman" w:eastAsia="Times New Roman" w:hAnsi="Times New Roman"/>
                <w:color w:val="000000"/>
                <w:w w:val="97"/>
                <w:sz w:val="16"/>
              </w:rPr>
              <w:t>3.4.</w:t>
            </w:r>
          </w:p>
        </w:tc>
        <w:tc>
          <w:tcPr>
            <w:tcW w:w="690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b/>
                <w:color w:val="000000"/>
                <w:w w:val="97"/>
                <w:sz w:val="16"/>
                <w:lang w:val="ru-RU"/>
              </w:rPr>
              <w:t>Отклоняющееся поведение и здоровый образ жизни</w:t>
            </w:r>
          </w:p>
        </w:tc>
        <w:tc>
          <w:tcPr>
            <w:tcW w:w="55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2</w:t>
            </w:r>
          </w:p>
        </w:tc>
        <w:tc>
          <w:tcPr>
            <w:tcW w:w="1754"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1</w:t>
            </w:r>
          </w:p>
        </w:tc>
        <w:tc>
          <w:tcPr>
            <w:tcW w:w="4096"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РЭШ</w:t>
            </w:r>
          </w:p>
        </w:tc>
      </w:tr>
      <w:tr w:rsidR="00BD1D13">
        <w:trPr>
          <w:trHeight w:hRule="exact" w:val="350"/>
        </w:trPr>
        <w:tc>
          <w:tcPr>
            <w:tcW w:w="7312"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 xml:space="preserve">Итого по разделу </w:t>
            </w:r>
          </w:p>
        </w:tc>
        <w:tc>
          <w:tcPr>
            <w:tcW w:w="55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0" w:lineRule="auto"/>
              <w:ind w:left="72"/>
            </w:pPr>
            <w:r>
              <w:rPr>
                <w:rFonts w:ascii="Times New Roman" w:eastAsia="Times New Roman" w:hAnsi="Times New Roman"/>
                <w:color w:val="000000"/>
                <w:w w:val="97"/>
                <w:sz w:val="16"/>
              </w:rPr>
              <w:t>11</w:t>
            </w:r>
          </w:p>
        </w:tc>
        <w:tc>
          <w:tcPr>
            <w:tcW w:w="7638"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rsidRPr="00C8377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color w:val="000000"/>
                <w:w w:val="97"/>
                <w:sz w:val="16"/>
                <w:lang w:val="ru-RU"/>
              </w:rPr>
              <w:t xml:space="preserve">Раздел 4. </w:t>
            </w:r>
            <w:r w:rsidRPr="0092023E">
              <w:rPr>
                <w:rFonts w:ascii="Times New Roman" w:eastAsia="Times New Roman" w:hAnsi="Times New Roman"/>
                <w:b/>
                <w:color w:val="000000"/>
                <w:w w:val="97"/>
                <w:sz w:val="16"/>
                <w:lang w:val="ru-RU"/>
              </w:rPr>
              <w:t xml:space="preserve">Человек в современном изменяющемся мире </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4.1.</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6" w:after="0" w:line="233" w:lineRule="auto"/>
              <w:ind w:left="72"/>
              <w:rPr>
                <w:lang w:val="ru-RU"/>
              </w:rPr>
            </w:pPr>
            <w:r w:rsidRPr="0092023E">
              <w:rPr>
                <w:rFonts w:ascii="Times New Roman" w:eastAsia="Times New Roman" w:hAnsi="Times New Roman"/>
                <w:b/>
                <w:color w:val="000000"/>
                <w:w w:val="97"/>
                <w:sz w:val="16"/>
                <w:lang w:val="ru-RU"/>
              </w:rPr>
              <w:t>Человек в современном изменяющемся мире</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5</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1</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https://interneturok.ru/</w:t>
            </w:r>
          </w:p>
        </w:tc>
      </w:tr>
      <w:tr w:rsidR="00BD1D13">
        <w:trPr>
          <w:trHeight w:hRule="exact" w:val="348"/>
        </w:trPr>
        <w:tc>
          <w:tcPr>
            <w:tcW w:w="40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jc w:val="center"/>
            </w:pPr>
            <w:r>
              <w:rPr>
                <w:rFonts w:ascii="Times New Roman" w:eastAsia="Times New Roman" w:hAnsi="Times New Roman"/>
                <w:color w:val="000000"/>
                <w:w w:val="97"/>
                <w:sz w:val="16"/>
              </w:rPr>
              <w:t>4.2.</w:t>
            </w:r>
          </w:p>
        </w:tc>
        <w:tc>
          <w:tcPr>
            <w:tcW w:w="690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b/>
                <w:color w:val="000000"/>
                <w:w w:val="97"/>
                <w:sz w:val="16"/>
              </w:rPr>
              <w:t>Итоговое повторение</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4</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2</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0</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Открытая школа</w:t>
            </w:r>
          </w:p>
        </w:tc>
      </w:tr>
      <w:tr w:rsidR="00BD1D13">
        <w:trPr>
          <w:trHeight w:hRule="exact" w:val="348"/>
        </w:trPr>
        <w:tc>
          <w:tcPr>
            <w:tcW w:w="731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6" w:after="0" w:line="233" w:lineRule="auto"/>
              <w:ind w:left="72"/>
            </w:pPr>
            <w:r>
              <w:rPr>
                <w:rFonts w:ascii="Times New Roman" w:eastAsia="Times New Roman" w:hAnsi="Times New Roman"/>
                <w:color w:val="000000"/>
                <w:w w:val="97"/>
                <w:sz w:val="16"/>
              </w:rPr>
              <w:t>9</w:t>
            </w:r>
          </w:p>
        </w:tc>
        <w:tc>
          <w:tcPr>
            <w:tcW w:w="763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328"/>
        </w:trPr>
        <w:tc>
          <w:tcPr>
            <w:tcW w:w="731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78" w:after="0" w:line="230" w:lineRule="auto"/>
              <w:ind w:left="72"/>
              <w:rPr>
                <w:lang w:val="ru-RU"/>
              </w:rPr>
            </w:pPr>
            <w:r w:rsidRPr="0092023E">
              <w:rPr>
                <w:rFonts w:ascii="Times New Roman" w:eastAsia="Times New Roman" w:hAnsi="Times New Roman"/>
                <w:color w:val="000000"/>
                <w:w w:val="97"/>
                <w:sz w:val="16"/>
                <w:lang w:val="ru-RU"/>
              </w:rPr>
              <w:t>ОБЩЕЕ КОЛИЧЕСТВО ЧАСОВ ПО ПРОГРАММЕ</w:t>
            </w:r>
          </w:p>
        </w:tc>
        <w:tc>
          <w:tcPr>
            <w:tcW w:w="55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34</w:t>
            </w:r>
          </w:p>
        </w:tc>
        <w:tc>
          <w:tcPr>
            <w:tcW w:w="1754"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3</w:t>
            </w: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78" w:after="0" w:line="230" w:lineRule="auto"/>
              <w:ind w:left="72"/>
            </w:pPr>
            <w:r>
              <w:rPr>
                <w:rFonts w:ascii="Times New Roman" w:eastAsia="Times New Roman" w:hAnsi="Times New Roman"/>
                <w:color w:val="000000"/>
                <w:w w:val="97"/>
                <w:sz w:val="16"/>
              </w:rPr>
              <w:t>4</w:t>
            </w:r>
          </w:p>
        </w:tc>
        <w:tc>
          <w:tcPr>
            <w:tcW w:w="409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6840" w:h="11900"/>
          <w:pgMar w:top="284" w:right="640" w:bottom="1440" w:left="666" w:header="720" w:footer="720" w:gutter="0"/>
          <w:cols w:space="720" w:equalWidth="0">
            <w:col w:w="15534" w:space="0"/>
          </w:cols>
          <w:docGrid w:linePitch="360"/>
        </w:sectPr>
      </w:pPr>
    </w:p>
    <w:p w:rsidR="00BD1D13" w:rsidRDefault="00BD1D13">
      <w:pPr>
        <w:autoSpaceDE w:val="0"/>
        <w:autoSpaceDN w:val="0"/>
        <w:spacing w:after="78" w:line="220" w:lineRule="exact"/>
      </w:pPr>
    </w:p>
    <w:p w:rsidR="00BD1D13" w:rsidRPr="009E76A4" w:rsidRDefault="009E76A4">
      <w:pPr>
        <w:autoSpaceDE w:val="0"/>
        <w:autoSpaceDN w:val="0"/>
        <w:spacing w:after="140" w:line="382" w:lineRule="auto"/>
        <w:ind w:right="6768"/>
        <w:rPr>
          <w:lang w:val="ru-RU"/>
        </w:rPr>
      </w:pPr>
      <w:r>
        <w:rPr>
          <w:rFonts w:ascii="Times New Roman" w:eastAsia="Times New Roman" w:hAnsi="Times New Roman"/>
          <w:b/>
          <w:color w:val="000000"/>
          <w:sz w:val="24"/>
        </w:rPr>
        <w:t>V</w:t>
      </w:r>
      <w:r w:rsidRPr="009E76A4">
        <w:rPr>
          <w:rFonts w:ascii="Times New Roman" w:eastAsia="Times New Roman" w:hAnsi="Times New Roman"/>
          <w:b/>
          <w:color w:val="000000"/>
          <w:sz w:val="24"/>
          <w:lang w:val="ru-RU"/>
        </w:rPr>
        <w:t xml:space="preserve">. </w:t>
      </w:r>
      <w:r w:rsidR="00FC3B1F" w:rsidRPr="009E76A4">
        <w:rPr>
          <w:rFonts w:ascii="Times New Roman" w:eastAsia="Times New Roman" w:hAnsi="Times New Roman"/>
          <w:b/>
          <w:color w:val="000000"/>
          <w:sz w:val="24"/>
          <w:lang w:val="ru-RU"/>
        </w:rPr>
        <w:t xml:space="preserve">ПОУРОЧНОЕ ПЛАНИРОВАНИЕ </w:t>
      </w:r>
      <w:r w:rsidR="00FC3B1F" w:rsidRPr="009E76A4">
        <w:rPr>
          <w:lang w:val="ru-RU"/>
        </w:rPr>
        <w:br/>
      </w:r>
      <w:r w:rsidR="00FC3B1F" w:rsidRPr="009E76A4">
        <w:rPr>
          <w:rFonts w:ascii="Times New Roman" w:eastAsia="Times New Roman" w:hAnsi="Times New Roman"/>
          <w:b/>
          <w:color w:val="000000"/>
          <w:sz w:val="24"/>
          <w:lang w:val="ru-RU"/>
        </w:rPr>
        <w:t>6 КЛАСС</w:t>
      </w: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rsidRPr="009E76A4">
        <w:trPr>
          <w:trHeight w:hRule="exact" w:val="492"/>
        </w:trPr>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62" w:lineRule="auto"/>
              <w:ind w:left="72" w:right="576"/>
              <w:rPr>
                <w:lang w:val="ru-RU"/>
              </w:rPr>
            </w:pPr>
            <w:r w:rsidRPr="009E76A4">
              <w:rPr>
                <w:rFonts w:ascii="Times New Roman" w:eastAsia="Times New Roman" w:hAnsi="Times New Roman"/>
                <w:b/>
                <w:color w:val="000000"/>
                <w:sz w:val="24"/>
                <w:lang w:val="ru-RU"/>
              </w:rPr>
              <w:t>№</w:t>
            </w:r>
            <w:r w:rsidRPr="009E76A4">
              <w:rPr>
                <w:lang w:val="ru-RU"/>
              </w:rPr>
              <w:br/>
            </w:r>
            <w:proofErr w:type="gramStart"/>
            <w:r w:rsidRPr="009E76A4">
              <w:rPr>
                <w:rFonts w:ascii="Times New Roman" w:eastAsia="Times New Roman" w:hAnsi="Times New Roman"/>
                <w:b/>
                <w:color w:val="000000"/>
                <w:sz w:val="24"/>
                <w:lang w:val="ru-RU"/>
              </w:rPr>
              <w:t>п</w:t>
            </w:r>
            <w:proofErr w:type="gramEnd"/>
            <w:r w:rsidRPr="009E76A4">
              <w:rPr>
                <w:rFonts w:ascii="Times New Roman" w:eastAsia="Times New Roman" w:hAnsi="Times New Roman"/>
                <w:b/>
                <w:color w:val="000000"/>
                <w:sz w:val="24"/>
                <w:lang w:val="ru-RU"/>
              </w:rPr>
              <w:t>/п</w:t>
            </w:r>
          </w:p>
        </w:tc>
        <w:tc>
          <w:tcPr>
            <w:tcW w:w="306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30" w:lineRule="auto"/>
              <w:ind w:left="72"/>
              <w:rPr>
                <w:lang w:val="ru-RU"/>
              </w:rPr>
            </w:pPr>
            <w:r w:rsidRPr="009E76A4">
              <w:rPr>
                <w:rFonts w:ascii="Times New Roman" w:eastAsia="Times New Roman" w:hAnsi="Times New Roman"/>
                <w:b/>
                <w:color w:val="000000"/>
                <w:sz w:val="24"/>
                <w:lang w:val="ru-RU"/>
              </w:rPr>
              <w:t>Тема урока</w:t>
            </w:r>
          </w:p>
        </w:tc>
        <w:tc>
          <w:tcPr>
            <w:tcW w:w="439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30" w:lineRule="auto"/>
              <w:ind w:left="72"/>
              <w:rPr>
                <w:lang w:val="ru-RU"/>
              </w:rPr>
            </w:pPr>
            <w:r w:rsidRPr="009E76A4">
              <w:rPr>
                <w:rFonts w:ascii="Times New Roman" w:eastAsia="Times New Roman" w:hAnsi="Times New Roman"/>
                <w:b/>
                <w:color w:val="000000"/>
                <w:sz w:val="24"/>
                <w:lang w:val="ru-RU"/>
              </w:rPr>
              <w:t>Количество часов</w:t>
            </w:r>
          </w:p>
        </w:tc>
        <w:tc>
          <w:tcPr>
            <w:tcW w:w="20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62" w:lineRule="auto"/>
              <w:ind w:left="72" w:right="432"/>
              <w:rPr>
                <w:lang w:val="ru-RU"/>
              </w:rPr>
            </w:pPr>
            <w:r w:rsidRPr="009E76A4">
              <w:rPr>
                <w:rFonts w:ascii="Times New Roman" w:eastAsia="Times New Roman" w:hAnsi="Times New Roman"/>
                <w:b/>
                <w:color w:val="000000"/>
                <w:sz w:val="24"/>
                <w:lang w:val="ru-RU"/>
              </w:rPr>
              <w:t>Виды, формы контроля</w:t>
            </w:r>
          </w:p>
        </w:tc>
      </w:tr>
      <w:tr w:rsidR="00BD1D13" w:rsidRPr="009E76A4">
        <w:trPr>
          <w:trHeight w:hRule="exact" w:val="828"/>
        </w:trPr>
        <w:tc>
          <w:tcPr>
            <w:tcW w:w="1764" w:type="dxa"/>
            <w:vMerge/>
            <w:tcBorders>
              <w:top w:val="single" w:sz="4" w:space="0" w:color="000000"/>
              <w:left w:val="single" w:sz="4" w:space="0" w:color="000000"/>
              <w:bottom w:val="single" w:sz="4" w:space="0" w:color="000000"/>
              <w:right w:val="single" w:sz="4" w:space="0" w:color="000000"/>
            </w:tcBorders>
          </w:tcPr>
          <w:p w:rsidR="00BD1D13" w:rsidRPr="009E76A4" w:rsidRDefault="00BD1D13">
            <w:pPr>
              <w:rPr>
                <w:lang w:val="ru-RU"/>
              </w:rPr>
            </w:pPr>
          </w:p>
        </w:tc>
        <w:tc>
          <w:tcPr>
            <w:tcW w:w="1764" w:type="dxa"/>
            <w:vMerge/>
            <w:tcBorders>
              <w:top w:val="single" w:sz="4" w:space="0" w:color="000000"/>
              <w:left w:val="single" w:sz="4" w:space="0" w:color="000000"/>
              <w:bottom w:val="single" w:sz="4" w:space="0" w:color="000000"/>
              <w:right w:val="single" w:sz="4" w:space="0" w:color="000000"/>
            </w:tcBorders>
          </w:tcPr>
          <w:p w:rsidR="00BD1D13" w:rsidRPr="009E76A4" w:rsidRDefault="00BD1D13">
            <w:pPr>
              <w:rPr>
                <w:lang w:val="ru-RU"/>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30" w:lineRule="auto"/>
              <w:ind w:left="72"/>
              <w:rPr>
                <w:lang w:val="ru-RU"/>
              </w:rPr>
            </w:pPr>
            <w:r w:rsidRPr="009E76A4">
              <w:rPr>
                <w:rFonts w:ascii="Times New Roman" w:eastAsia="Times New Roman" w:hAnsi="Times New Roman"/>
                <w:b/>
                <w:color w:val="000000"/>
                <w:sz w:val="24"/>
                <w:lang w:val="ru-RU"/>
              </w:rPr>
              <w:t xml:space="preserve">всего </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62" w:lineRule="auto"/>
              <w:ind w:left="72" w:right="144"/>
              <w:rPr>
                <w:lang w:val="ru-RU"/>
              </w:rPr>
            </w:pPr>
            <w:r w:rsidRPr="009E76A4">
              <w:rPr>
                <w:rFonts w:ascii="Times New Roman" w:eastAsia="Times New Roman" w:hAnsi="Times New Roman"/>
                <w:b/>
                <w:color w:val="000000"/>
                <w:sz w:val="24"/>
                <w:lang w:val="ru-RU"/>
              </w:rPr>
              <w:t>контрольные работы</w:t>
            </w:r>
          </w:p>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62" w:lineRule="auto"/>
              <w:ind w:left="72" w:right="144"/>
              <w:rPr>
                <w:lang w:val="ru-RU"/>
              </w:rPr>
            </w:pPr>
            <w:r w:rsidRPr="009E76A4">
              <w:rPr>
                <w:rFonts w:ascii="Times New Roman" w:eastAsia="Times New Roman" w:hAnsi="Times New Roman"/>
                <w:b/>
                <w:color w:val="000000"/>
                <w:sz w:val="24"/>
                <w:lang w:val="ru-RU"/>
              </w:rPr>
              <w:t>практические работы</w:t>
            </w:r>
          </w:p>
        </w:tc>
        <w:tc>
          <w:tcPr>
            <w:tcW w:w="1764" w:type="dxa"/>
            <w:vMerge/>
            <w:tcBorders>
              <w:top w:val="single" w:sz="4" w:space="0" w:color="000000"/>
              <w:left w:val="single" w:sz="4" w:space="0" w:color="000000"/>
              <w:bottom w:val="single" w:sz="4" w:space="0" w:color="000000"/>
              <w:right w:val="single" w:sz="4" w:space="0" w:color="000000"/>
            </w:tcBorders>
          </w:tcPr>
          <w:p w:rsidR="00BD1D13" w:rsidRPr="009E76A4" w:rsidRDefault="00BD1D13">
            <w:pPr>
              <w:rPr>
                <w:lang w:val="ru-RU"/>
              </w:rPr>
            </w:pPr>
          </w:p>
        </w:tc>
      </w:tr>
      <w:tr w:rsidR="00BD1D13" w:rsidRPr="009E76A4">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30" w:lineRule="auto"/>
              <w:ind w:left="72"/>
              <w:rPr>
                <w:lang w:val="ru-RU"/>
              </w:rPr>
            </w:pPr>
            <w:r w:rsidRPr="009E76A4">
              <w:rPr>
                <w:rFonts w:ascii="Times New Roman" w:eastAsia="Times New Roman" w:hAnsi="Times New Roman"/>
                <w:color w:val="000000"/>
                <w:sz w:val="24"/>
                <w:lang w:val="ru-RU"/>
              </w:rPr>
              <w:t>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BD1D13">
            <w:pPr>
              <w:rPr>
                <w:lang w:val="ru-RU"/>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FC3B1F">
            <w:pPr>
              <w:autoSpaceDE w:val="0"/>
              <w:autoSpaceDN w:val="0"/>
              <w:spacing w:before="98" w:after="0" w:line="230" w:lineRule="auto"/>
              <w:ind w:left="72"/>
              <w:rPr>
                <w:lang w:val="ru-RU"/>
              </w:rPr>
            </w:pPr>
            <w:r w:rsidRPr="009E76A4">
              <w:rPr>
                <w:rFonts w:ascii="Times New Roman" w:eastAsia="Times New Roman" w:hAnsi="Times New Roman"/>
                <w:color w:val="000000"/>
                <w:sz w:val="24"/>
                <w:lang w:val="ru-RU"/>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BD1D13">
            <w:pPr>
              <w:rPr>
                <w:lang w:val="ru-RU"/>
              </w:rPr>
            </w:pPr>
          </w:p>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BD1D13">
            <w:pPr>
              <w:rPr>
                <w:lang w:val="ru-RU"/>
              </w:rPr>
            </w:pP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E76A4" w:rsidRDefault="00BD1D13">
            <w:pPr>
              <w:rPr>
                <w:lang w:val="ru-RU"/>
              </w:rPr>
            </w:pPr>
          </w:p>
        </w:tc>
      </w:tr>
      <w:tr w:rsidR="00BD1D13" w:rsidRPr="009E76A4">
        <w:trPr>
          <w:trHeight w:hRule="exact" w:val="492"/>
        </w:trPr>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E76A4" w:rsidRDefault="00FC3B1F">
            <w:pPr>
              <w:autoSpaceDE w:val="0"/>
              <w:autoSpaceDN w:val="0"/>
              <w:spacing w:before="98" w:after="0" w:line="230" w:lineRule="auto"/>
              <w:ind w:left="72"/>
              <w:rPr>
                <w:lang w:val="ru-RU"/>
              </w:rPr>
            </w:pPr>
            <w:r w:rsidRPr="009E76A4">
              <w:rPr>
                <w:rFonts w:ascii="Times New Roman" w:eastAsia="Times New Roman" w:hAnsi="Times New Roman"/>
                <w:color w:val="000000"/>
                <w:sz w:val="24"/>
                <w:lang w:val="ru-RU"/>
              </w:rPr>
              <w:t>2.</w:t>
            </w:r>
          </w:p>
        </w:tc>
        <w:tc>
          <w:tcPr>
            <w:tcW w:w="306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E76A4" w:rsidRDefault="00BD1D13">
            <w:pPr>
              <w:rPr>
                <w:lang w:val="ru-RU"/>
              </w:rPr>
            </w:pP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E76A4" w:rsidRDefault="00FC3B1F">
            <w:pPr>
              <w:autoSpaceDE w:val="0"/>
              <w:autoSpaceDN w:val="0"/>
              <w:spacing w:before="98" w:after="0" w:line="230" w:lineRule="auto"/>
              <w:ind w:left="72"/>
              <w:rPr>
                <w:lang w:val="ru-RU"/>
              </w:rPr>
            </w:pPr>
            <w:r w:rsidRPr="009E76A4">
              <w:rPr>
                <w:rFonts w:ascii="Times New Roman" w:eastAsia="Times New Roman" w:hAnsi="Times New Roman"/>
                <w:color w:val="000000"/>
                <w:sz w:val="24"/>
                <w:lang w:val="ru-RU"/>
              </w:rPr>
              <w:t>1</w:t>
            </w:r>
          </w:p>
        </w:tc>
        <w:tc>
          <w:tcPr>
            <w:tcW w:w="181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E76A4" w:rsidRDefault="00BD1D13">
            <w:pPr>
              <w:rPr>
                <w:lang w:val="ru-RU"/>
              </w:rPr>
            </w:pPr>
          </w:p>
        </w:tc>
        <w:tc>
          <w:tcPr>
            <w:tcW w:w="184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E76A4" w:rsidRDefault="00BD1D13">
            <w:pPr>
              <w:rPr>
                <w:lang w:val="ru-RU"/>
              </w:rPr>
            </w:pPr>
          </w:p>
        </w:tc>
        <w:tc>
          <w:tcPr>
            <w:tcW w:w="201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Pr="009E76A4" w:rsidRDefault="00BD1D13">
            <w:pPr>
              <w:rPr>
                <w:lang w:val="ru-RU"/>
              </w:rPr>
            </w:pPr>
          </w:p>
        </w:tc>
      </w:tr>
      <w:tr w:rsidR="00BD1D13">
        <w:trPr>
          <w:trHeight w:hRule="exact" w:val="494"/>
        </w:trPr>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3.</w:t>
            </w:r>
          </w:p>
        </w:tc>
        <w:tc>
          <w:tcPr>
            <w:tcW w:w="306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7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lastRenderedPageBreak/>
              <w:t>27.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1900" w:h="16840"/>
          <w:pgMar w:top="298" w:right="650" w:bottom="302" w:left="666" w:header="720" w:footer="720" w:gutter="0"/>
          <w:cols w:space="720" w:equalWidth="0">
            <w:col w:w="10584" w:space="0"/>
          </w:cols>
          <w:docGrid w:linePitch="360"/>
        </w:sectPr>
      </w:pPr>
    </w:p>
    <w:p w:rsidR="00BD1D13" w:rsidRDefault="00BD1D13">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828"/>
        </w:trPr>
        <w:tc>
          <w:tcPr>
            <w:tcW w:w="41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100" w:after="0" w:line="262" w:lineRule="auto"/>
              <w:ind w:left="72" w:right="144"/>
              <w:rPr>
                <w:lang w:val="ru-RU"/>
              </w:rPr>
            </w:pPr>
            <w:r w:rsidRPr="0092023E">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34</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3</w:t>
            </w:r>
          </w:p>
        </w:tc>
        <w:tc>
          <w:tcPr>
            <w:tcW w:w="38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FC3B1F">
      <w:pPr>
        <w:autoSpaceDE w:val="0"/>
        <w:autoSpaceDN w:val="0"/>
        <w:spacing w:before="218" w:after="140" w:line="230" w:lineRule="auto"/>
      </w:pPr>
      <w:r>
        <w:rPr>
          <w:rFonts w:ascii="Times New Roman" w:eastAsia="Times New Roman" w:hAnsi="Times New Roman"/>
          <w:b/>
          <w:color w:val="000000"/>
          <w:sz w:val="24"/>
        </w:rPr>
        <w:t>7 КЛАСС</w:t>
      </w: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trPr>
          <w:trHeight w:hRule="exact" w:val="492"/>
        </w:trPr>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576"/>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06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39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20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432"/>
            </w:pPr>
            <w:r>
              <w:rPr>
                <w:rFonts w:ascii="Times New Roman" w:eastAsia="Times New Roman" w:hAnsi="Times New Roman"/>
                <w:b/>
                <w:color w:val="000000"/>
                <w:sz w:val="24"/>
              </w:rPr>
              <w:t>Виды, формы контроля</w:t>
            </w:r>
          </w:p>
        </w:tc>
      </w:tr>
      <w:tr w:rsidR="00BD1D13">
        <w:trPr>
          <w:trHeight w:hRule="exact" w:val="828"/>
        </w:trPr>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144"/>
            </w:pPr>
            <w:r>
              <w:rPr>
                <w:rFonts w:ascii="Times New Roman" w:eastAsia="Times New Roman" w:hAnsi="Times New Roman"/>
                <w:b/>
                <w:color w:val="000000"/>
                <w:sz w:val="24"/>
              </w:rPr>
              <w:t>контрольные работы</w:t>
            </w:r>
          </w:p>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144"/>
            </w:pPr>
            <w:r>
              <w:rPr>
                <w:rFonts w:ascii="Times New Roman" w:eastAsia="Times New Roman" w:hAnsi="Times New Roman"/>
                <w:b/>
                <w:color w:val="000000"/>
                <w:sz w:val="24"/>
              </w:rPr>
              <w:t>практические работы</w:t>
            </w:r>
          </w:p>
        </w:tc>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7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1900" w:h="16840"/>
          <w:pgMar w:top="284" w:right="650" w:bottom="340" w:left="666" w:header="720" w:footer="720" w:gutter="0"/>
          <w:cols w:space="720" w:equalWidth="0">
            <w:col w:w="10584" w:space="0"/>
          </w:cols>
          <w:docGrid w:linePitch="360"/>
        </w:sectPr>
      </w:pPr>
    </w:p>
    <w:p w:rsidR="00BD1D13" w:rsidRDefault="00BD1D13">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0"/>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27.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28.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828"/>
        </w:trPr>
        <w:tc>
          <w:tcPr>
            <w:tcW w:w="41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98" w:after="0" w:line="262" w:lineRule="auto"/>
              <w:ind w:left="72" w:right="144"/>
              <w:rPr>
                <w:lang w:val="ru-RU"/>
              </w:rPr>
            </w:pPr>
            <w:r w:rsidRPr="0092023E">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34</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w:t>
            </w:r>
          </w:p>
        </w:tc>
        <w:tc>
          <w:tcPr>
            <w:tcW w:w="38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FC3B1F">
      <w:pPr>
        <w:autoSpaceDE w:val="0"/>
        <w:autoSpaceDN w:val="0"/>
        <w:spacing w:before="218" w:after="140" w:line="230" w:lineRule="auto"/>
      </w:pPr>
      <w:r>
        <w:rPr>
          <w:rFonts w:ascii="Times New Roman" w:eastAsia="Times New Roman" w:hAnsi="Times New Roman"/>
          <w:b/>
          <w:color w:val="000000"/>
          <w:sz w:val="24"/>
        </w:rPr>
        <w:t>8 КЛАСС</w:t>
      </w: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trPr>
          <w:trHeight w:hRule="exact" w:val="492"/>
        </w:trPr>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576"/>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06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39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20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432"/>
            </w:pPr>
            <w:r>
              <w:rPr>
                <w:rFonts w:ascii="Times New Roman" w:eastAsia="Times New Roman" w:hAnsi="Times New Roman"/>
                <w:b/>
                <w:color w:val="000000"/>
                <w:sz w:val="24"/>
              </w:rPr>
              <w:t>Виды, формы контроля</w:t>
            </w:r>
          </w:p>
        </w:tc>
      </w:tr>
      <w:tr w:rsidR="00BD1D13">
        <w:trPr>
          <w:trHeight w:hRule="exact" w:val="828"/>
        </w:trPr>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144"/>
            </w:pPr>
            <w:r>
              <w:rPr>
                <w:rFonts w:ascii="Times New Roman" w:eastAsia="Times New Roman" w:hAnsi="Times New Roman"/>
                <w:b/>
                <w:color w:val="000000"/>
                <w:sz w:val="24"/>
              </w:rPr>
              <w:t>контрольные работы</w:t>
            </w:r>
          </w:p>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144"/>
            </w:pPr>
            <w:r>
              <w:rPr>
                <w:rFonts w:ascii="Times New Roman" w:eastAsia="Times New Roman" w:hAnsi="Times New Roman"/>
                <w:b/>
                <w:color w:val="000000"/>
                <w:sz w:val="24"/>
              </w:rPr>
              <w:t>практические работы</w:t>
            </w:r>
          </w:p>
        </w:tc>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7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1900" w:h="16840"/>
          <w:pgMar w:top="284" w:right="650" w:bottom="340" w:left="666" w:header="720" w:footer="720" w:gutter="0"/>
          <w:cols w:space="720" w:equalWidth="0">
            <w:col w:w="10584" w:space="0"/>
          </w:cols>
          <w:docGrid w:linePitch="360"/>
        </w:sectPr>
      </w:pPr>
    </w:p>
    <w:p w:rsidR="00BD1D13" w:rsidRDefault="00BD1D13">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19.</w:t>
            </w:r>
          </w:p>
        </w:tc>
        <w:tc>
          <w:tcPr>
            <w:tcW w:w="306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5"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20.</w:t>
            </w:r>
          </w:p>
        </w:tc>
        <w:tc>
          <w:tcPr>
            <w:tcW w:w="306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5"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33.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828"/>
        </w:trPr>
        <w:tc>
          <w:tcPr>
            <w:tcW w:w="41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98" w:after="0" w:line="262" w:lineRule="auto"/>
              <w:ind w:left="72" w:right="144"/>
              <w:rPr>
                <w:lang w:val="ru-RU"/>
              </w:rPr>
            </w:pPr>
            <w:r w:rsidRPr="0092023E">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34</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w:t>
            </w:r>
          </w:p>
        </w:tc>
        <w:tc>
          <w:tcPr>
            <w:tcW w:w="38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FC3B1F">
      <w:pPr>
        <w:autoSpaceDE w:val="0"/>
        <w:autoSpaceDN w:val="0"/>
        <w:spacing w:before="218" w:after="140" w:line="230" w:lineRule="auto"/>
      </w:pPr>
      <w:r>
        <w:rPr>
          <w:rFonts w:ascii="Times New Roman" w:eastAsia="Times New Roman" w:hAnsi="Times New Roman"/>
          <w:b/>
          <w:color w:val="000000"/>
          <w:sz w:val="24"/>
        </w:rPr>
        <w:t>9 КЛАСС</w:t>
      </w: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trPr>
          <w:trHeight w:hRule="exact" w:val="492"/>
        </w:trPr>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576"/>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06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39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20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432"/>
            </w:pPr>
            <w:r>
              <w:rPr>
                <w:rFonts w:ascii="Times New Roman" w:eastAsia="Times New Roman" w:hAnsi="Times New Roman"/>
                <w:b/>
                <w:color w:val="000000"/>
                <w:sz w:val="24"/>
              </w:rPr>
              <w:t>Виды, формы контроля</w:t>
            </w:r>
          </w:p>
        </w:tc>
      </w:tr>
      <w:tr w:rsidR="00BD1D13">
        <w:trPr>
          <w:trHeight w:hRule="exact" w:val="828"/>
        </w:trPr>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144"/>
            </w:pPr>
            <w:r>
              <w:rPr>
                <w:rFonts w:ascii="Times New Roman" w:eastAsia="Times New Roman" w:hAnsi="Times New Roman"/>
                <w:b/>
                <w:color w:val="000000"/>
                <w:sz w:val="24"/>
              </w:rPr>
              <w:t>контрольные работы</w:t>
            </w:r>
          </w:p>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62" w:lineRule="auto"/>
              <w:ind w:left="72" w:right="144"/>
            </w:pPr>
            <w:r>
              <w:rPr>
                <w:rFonts w:ascii="Times New Roman" w:eastAsia="Times New Roman" w:hAnsi="Times New Roman"/>
                <w:b/>
                <w:color w:val="000000"/>
                <w:sz w:val="24"/>
              </w:rPr>
              <w:t>практические работы</w:t>
            </w:r>
          </w:p>
        </w:tc>
        <w:tc>
          <w:tcPr>
            <w:tcW w:w="1764" w:type="dxa"/>
            <w:vMerge/>
            <w:tcBorders>
              <w:top w:val="single" w:sz="4" w:space="0" w:color="000000"/>
              <w:left w:val="single" w:sz="4" w:space="0" w:color="000000"/>
              <w:bottom w:val="single" w:sz="4" w:space="0" w:color="000000"/>
              <w:right w:val="single" w:sz="4" w:space="0" w:color="000000"/>
            </w:tcBorders>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7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1900" w:h="16840"/>
          <w:pgMar w:top="284" w:right="650" w:bottom="340" w:left="666" w:header="720" w:footer="720" w:gutter="0"/>
          <w:cols w:space="720" w:equalWidth="0">
            <w:col w:w="10584" w:space="0"/>
          </w:cols>
          <w:docGrid w:linePitch="360"/>
        </w:sectPr>
      </w:pPr>
    </w:p>
    <w:p w:rsidR="00BD1D13" w:rsidRDefault="00BD1D13">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80"/>
        <w:gridCol w:w="3062"/>
        <w:gridCol w:w="732"/>
        <w:gridCol w:w="1812"/>
        <w:gridCol w:w="1848"/>
        <w:gridCol w:w="2018"/>
      </w:tblGrid>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0"/>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4"/>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25.</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100"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26.</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27.</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28.</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29.</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30.</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31.</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32.</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9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33.</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r w:rsidR="00BD1D13">
        <w:trPr>
          <w:trHeight w:hRule="exact" w:val="472"/>
        </w:trPr>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34.</w:t>
            </w:r>
          </w:p>
        </w:tc>
        <w:tc>
          <w:tcPr>
            <w:tcW w:w="306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1</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184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1900" w:h="16840"/>
          <w:pgMar w:top="284" w:right="650" w:bottom="500" w:left="666" w:header="720" w:footer="720" w:gutter="0"/>
          <w:cols w:space="720" w:equalWidth="0">
            <w:col w:w="10584" w:space="0"/>
          </w:cols>
          <w:docGrid w:linePitch="360"/>
        </w:sectPr>
      </w:pPr>
    </w:p>
    <w:p w:rsidR="00BD1D13" w:rsidRDefault="00BD1D13">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142"/>
        <w:gridCol w:w="732"/>
        <w:gridCol w:w="1812"/>
        <w:gridCol w:w="3866"/>
      </w:tblGrid>
      <w:tr w:rsidR="00BD1D13">
        <w:trPr>
          <w:trHeight w:hRule="exact" w:val="808"/>
        </w:trPr>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Pr="0092023E" w:rsidRDefault="00FC3B1F">
            <w:pPr>
              <w:autoSpaceDE w:val="0"/>
              <w:autoSpaceDN w:val="0"/>
              <w:spacing w:before="98" w:after="0" w:line="262" w:lineRule="auto"/>
              <w:ind w:left="72" w:right="144"/>
              <w:rPr>
                <w:lang w:val="ru-RU"/>
              </w:rPr>
            </w:pPr>
            <w:r w:rsidRPr="0092023E">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34</w:t>
            </w:r>
          </w:p>
        </w:tc>
        <w:tc>
          <w:tcPr>
            <w:tcW w:w="1812"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FC3B1F">
            <w:pPr>
              <w:autoSpaceDE w:val="0"/>
              <w:autoSpaceDN w:val="0"/>
              <w:spacing w:before="98" w:after="0" w:line="230" w:lineRule="auto"/>
              <w:ind w:left="72"/>
            </w:pPr>
            <w:r>
              <w:rPr>
                <w:rFonts w:ascii="Times New Roman" w:eastAsia="Times New Roman" w:hAnsi="Times New Roman"/>
                <w:color w:val="000000"/>
                <w:sz w:val="24"/>
              </w:rPr>
              <w:t>3</w:t>
            </w:r>
          </w:p>
        </w:tc>
        <w:tc>
          <w:tcPr>
            <w:tcW w:w="3866" w:type="dxa"/>
            <w:tcBorders>
              <w:top w:val="single" w:sz="4" w:space="0" w:color="000000"/>
              <w:left w:val="single" w:sz="4" w:space="0" w:color="000000"/>
              <w:bottom w:val="single" w:sz="4" w:space="0" w:color="000000"/>
              <w:right w:val="single" w:sz="4" w:space="0" w:color="000000"/>
            </w:tcBorders>
            <w:tcMar>
              <w:left w:w="0" w:type="dxa"/>
              <w:right w:w="0" w:type="dxa"/>
            </w:tcMar>
          </w:tcPr>
          <w:p w:rsidR="00BD1D13" w:rsidRDefault="00BD1D13"/>
        </w:tc>
      </w:tr>
    </w:tbl>
    <w:p w:rsidR="00BD1D13" w:rsidRDefault="00BD1D13">
      <w:pPr>
        <w:autoSpaceDE w:val="0"/>
        <w:autoSpaceDN w:val="0"/>
        <w:spacing w:after="0" w:line="14" w:lineRule="exact"/>
      </w:pPr>
    </w:p>
    <w:p w:rsidR="00BD1D13" w:rsidRDefault="00BD1D13">
      <w:pPr>
        <w:sectPr w:rsidR="00BD1D13">
          <w:pgSz w:w="11900" w:h="16840"/>
          <w:pgMar w:top="284" w:right="650" w:bottom="1440" w:left="666" w:header="720" w:footer="720" w:gutter="0"/>
          <w:cols w:space="720" w:equalWidth="0">
            <w:col w:w="10584" w:space="0"/>
          </w:cols>
          <w:docGrid w:linePitch="360"/>
        </w:sectPr>
      </w:pPr>
    </w:p>
    <w:p w:rsidR="00BD1D13" w:rsidRDefault="00BD1D13">
      <w:pPr>
        <w:autoSpaceDE w:val="0"/>
        <w:autoSpaceDN w:val="0"/>
        <w:spacing w:after="78" w:line="220" w:lineRule="exact"/>
      </w:pPr>
    </w:p>
    <w:p w:rsidR="00BD1D13" w:rsidRPr="009E76A4" w:rsidRDefault="009E76A4">
      <w:pPr>
        <w:autoSpaceDE w:val="0"/>
        <w:autoSpaceDN w:val="0"/>
        <w:spacing w:after="0" w:line="230" w:lineRule="auto"/>
        <w:rPr>
          <w:lang w:val="ru-RU"/>
        </w:rPr>
      </w:pPr>
      <w:r>
        <w:rPr>
          <w:rFonts w:ascii="Times New Roman" w:eastAsia="Times New Roman" w:hAnsi="Times New Roman"/>
          <w:b/>
          <w:color w:val="000000"/>
          <w:sz w:val="24"/>
        </w:rPr>
        <w:t>VI</w:t>
      </w:r>
      <w:r w:rsidRPr="009E76A4">
        <w:rPr>
          <w:rFonts w:ascii="Times New Roman" w:eastAsia="Times New Roman" w:hAnsi="Times New Roman"/>
          <w:b/>
          <w:color w:val="000000"/>
          <w:sz w:val="24"/>
          <w:lang w:val="ru-RU"/>
        </w:rPr>
        <w:t xml:space="preserve">. </w:t>
      </w:r>
      <w:r w:rsidR="00FC3B1F" w:rsidRPr="009E76A4">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1B445C" w:rsidRDefault="00FC3B1F">
      <w:pPr>
        <w:autoSpaceDE w:val="0"/>
        <w:autoSpaceDN w:val="0"/>
        <w:spacing w:before="346" w:after="0" w:line="430" w:lineRule="auto"/>
        <w:ind w:right="1440"/>
        <w:rPr>
          <w:rFonts w:ascii="Times New Roman" w:eastAsia="Times New Roman" w:hAnsi="Times New Roman"/>
          <w:b/>
          <w:color w:val="000000"/>
          <w:sz w:val="24"/>
          <w:lang w:val="ru-RU"/>
        </w:rPr>
      </w:pPr>
      <w:r w:rsidRPr="0092023E">
        <w:rPr>
          <w:rFonts w:ascii="Times New Roman" w:eastAsia="Times New Roman" w:hAnsi="Times New Roman"/>
          <w:b/>
          <w:color w:val="000000"/>
          <w:sz w:val="24"/>
          <w:lang w:val="ru-RU"/>
        </w:rPr>
        <w:t xml:space="preserve">ОБЯЗАТЕЛЬНЫЕ УЧЕБНЫЕ МАТЕРИАЛЫ ДЛЯ УЧЕНИКА </w:t>
      </w:r>
      <w:r w:rsidRPr="0092023E">
        <w:rPr>
          <w:lang w:val="ru-RU"/>
        </w:rPr>
        <w:br/>
      </w:r>
      <w:r w:rsidRPr="0092023E">
        <w:rPr>
          <w:rFonts w:ascii="Times New Roman" w:eastAsia="Times New Roman" w:hAnsi="Times New Roman"/>
          <w:b/>
          <w:color w:val="000000"/>
          <w:sz w:val="24"/>
          <w:lang w:val="ru-RU"/>
        </w:rPr>
        <w:t>6 КЛАСС</w:t>
      </w:r>
      <w:proofErr w:type="gramStart"/>
      <w:r w:rsidRPr="0092023E">
        <w:rPr>
          <w:rFonts w:ascii="Times New Roman" w:eastAsia="Times New Roman" w:hAnsi="Times New Roman"/>
          <w:b/>
          <w:color w:val="000000"/>
          <w:sz w:val="24"/>
          <w:lang w:val="ru-RU"/>
        </w:rPr>
        <w:t xml:space="preserve"> </w:t>
      </w:r>
      <w:r w:rsidRPr="0092023E">
        <w:rPr>
          <w:lang w:val="ru-RU"/>
        </w:rPr>
        <w:br/>
      </w:r>
      <w:r w:rsidRPr="0068293B">
        <w:rPr>
          <w:rFonts w:ascii="Times New Roman" w:eastAsia="Times New Roman" w:hAnsi="Times New Roman" w:cs="Times New Roman"/>
          <w:color w:val="000000"/>
          <w:sz w:val="24"/>
          <w:szCs w:val="24"/>
          <w:lang w:val="ru-RU"/>
        </w:rPr>
        <w:t>В</w:t>
      </w:r>
      <w:proofErr w:type="gramEnd"/>
      <w:r w:rsidRPr="0068293B">
        <w:rPr>
          <w:rFonts w:ascii="Times New Roman" w:eastAsia="Times New Roman" w:hAnsi="Times New Roman" w:cs="Times New Roman"/>
          <w:color w:val="000000"/>
          <w:sz w:val="24"/>
          <w:szCs w:val="24"/>
          <w:lang w:val="ru-RU"/>
        </w:rPr>
        <w:t xml:space="preserve">ведите свой вариант: </w:t>
      </w:r>
      <w:r w:rsidR="009E76A4" w:rsidRPr="0068293B">
        <w:rPr>
          <w:rFonts w:ascii="Times New Roman" w:hAnsi="Times New Roman" w:cs="Times New Roman"/>
          <w:sz w:val="24"/>
          <w:szCs w:val="24"/>
          <w:lang w:val="ru-RU"/>
        </w:rPr>
        <w:t xml:space="preserve">Боголюбов Л.Н., </w:t>
      </w:r>
      <w:r w:rsidR="001B445C">
        <w:rPr>
          <w:rFonts w:ascii="Times New Roman" w:hAnsi="Times New Roman" w:cs="Times New Roman"/>
          <w:sz w:val="24"/>
          <w:szCs w:val="24"/>
          <w:lang w:val="ru-RU"/>
        </w:rPr>
        <w:t xml:space="preserve">Иванова Л.Ф. </w:t>
      </w:r>
      <w:r w:rsidR="009E76A4" w:rsidRPr="0068293B">
        <w:rPr>
          <w:rFonts w:ascii="Times New Roman" w:hAnsi="Times New Roman" w:cs="Times New Roman"/>
          <w:sz w:val="24"/>
          <w:szCs w:val="24"/>
          <w:lang w:val="ru-RU"/>
        </w:rPr>
        <w:t>Обществознание, 6 класс. Издательство «Просвещение»</w:t>
      </w:r>
      <w:r w:rsidRPr="0068293B">
        <w:rPr>
          <w:rFonts w:ascii="Times New Roman" w:hAnsi="Times New Roman" w:cs="Times New Roman"/>
          <w:sz w:val="24"/>
          <w:szCs w:val="24"/>
          <w:lang w:val="ru-RU"/>
        </w:rPr>
        <w:br/>
      </w:r>
      <w:r w:rsidRPr="0092023E">
        <w:rPr>
          <w:rFonts w:ascii="Times New Roman" w:eastAsia="Times New Roman" w:hAnsi="Times New Roman"/>
          <w:b/>
          <w:color w:val="000000"/>
          <w:sz w:val="24"/>
          <w:lang w:val="ru-RU"/>
        </w:rPr>
        <w:t>7 КЛАСС</w:t>
      </w:r>
      <w:proofErr w:type="gramStart"/>
      <w:r w:rsidRPr="0092023E">
        <w:rPr>
          <w:rFonts w:ascii="Times New Roman" w:eastAsia="Times New Roman" w:hAnsi="Times New Roman"/>
          <w:b/>
          <w:color w:val="000000"/>
          <w:sz w:val="24"/>
          <w:lang w:val="ru-RU"/>
        </w:rPr>
        <w:t xml:space="preserve"> </w:t>
      </w:r>
      <w:r w:rsidRPr="0092023E">
        <w:rPr>
          <w:lang w:val="ru-RU"/>
        </w:rPr>
        <w:br/>
      </w:r>
      <w:r w:rsidRPr="0092023E">
        <w:rPr>
          <w:rFonts w:ascii="Times New Roman" w:eastAsia="Times New Roman" w:hAnsi="Times New Roman"/>
          <w:color w:val="000000"/>
          <w:sz w:val="24"/>
          <w:lang w:val="ru-RU"/>
        </w:rPr>
        <w:t>В</w:t>
      </w:r>
      <w:proofErr w:type="gramEnd"/>
      <w:r w:rsidRPr="0092023E">
        <w:rPr>
          <w:rFonts w:ascii="Times New Roman" w:eastAsia="Times New Roman" w:hAnsi="Times New Roman"/>
          <w:color w:val="000000"/>
          <w:sz w:val="24"/>
          <w:lang w:val="ru-RU"/>
        </w:rPr>
        <w:t xml:space="preserve">ведите свой вариант: </w:t>
      </w:r>
      <w:r w:rsidR="0068293B" w:rsidRPr="0068293B">
        <w:rPr>
          <w:rFonts w:ascii="Times New Roman" w:hAnsi="Times New Roman" w:cs="Times New Roman"/>
          <w:sz w:val="24"/>
          <w:szCs w:val="24"/>
          <w:lang w:val="ru-RU"/>
        </w:rPr>
        <w:t xml:space="preserve">Боголюбов Л.Н., </w:t>
      </w:r>
      <w:r w:rsidR="001B445C">
        <w:rPr>
          <w:rFonts w:ascii="Times New Roman" w:hAnsi="Times New Roman" w:cs="Times New Roman"/>
          <w:sz w:val="24"/>
          <w:szCs w:val="24"/>
          <w:lang w:val="ru-RU"/>
        </w:rPr>
        <w:t>И</w:t>
      </w:r>
      <w:r w:rsidR="0068293B">
        <w:rPr>
          <w:rFonts w:ascii="Times New Roman" w:hAnsi="Times New Roman" w:cs="Times New Roman"/>
          <w:sz w:val="24"/>
          <w:szCs w:val="24"/>
          <w:lang w:val="ru-RU"/>
        </w:rPr>
        <w:t xml:space="preserve">ванова Л.Ф. Обществознание, </w:t>
      </w:r>
      <w:r w:rsidR="0068293B" w:rsidRPr="0068293B">
        <w:rPr>
          <w:rFonts w:ascii="Times New Roman" w:hAnsi="Times New Roman" w:cs="Times New Roman"/>
          <w:sz w:val="24"/>
          <w:szCs w:val="24"/>
          <w:lang w:val="ru-RU"/>
        </w:rPr>
        <w:t>7 класс. Издательство «Просвещение»</w:t>
      </w:r>
      <w:r w:rsidR="0068293B" w:rsidRPr="0068293B">
        <w:rPr>
          <w:rFonts w:ascii="Times New Roman" w:hAnsi="Times New Roman" w:cs="Times New Roman"/>
          <w:sz w:val="24"/>
          <w:szCs w:val="24"/>
          <w:lang w:val="ru-RU"/>
        </w:rPr>
        <w:br/>
      </w:r>
      <w:r w:rsidRPr="0092023E">
        <w:rPr>
          <w:lang w:val="ru-RU"/>
        </w:rPr>
        <w:br/>
      </w:r>
      <w:r w:rsidRPr="0092023E">
        <w:rPr>
          <w:rFonts w:ascii="Times New Roman" w:eastAsia="Times New Roman" w:hAnsi="Times New Roman"/>
          <w:b/>
          <w:color w:val="000000"/>
          <w:sz w:val="24"/>
          <w:lang w:val="ru-RU"/>
        </w:rPr>
        <w:t>8 КЛАСС</w:t>
      </w:r>
      <w:proofErr w:type="gramStart"/>
      <w:r w:rsidRPr="0092023E">
        <w:rPr>
          <w:rFonts w:ascii="Times New Roman" w:eastAsia="Times New Roman" w:hAnsi="Times New Roman"/>
          <w:b/>
          <w:color w:val="000000"/>
          <w:sz w:val="24"/>
          <w:lang w:val="ru-RU"/>
        </w:rPr>
        <w:t xml:space="preserve"> </w:t>
      </w:r>
      <w:r w:rsidRPr="0092023E">
        <w:rPr>
          <w:lang w:val="ru-RU"/>
        </w:rPr>
        <w:br/>
      </w:r>
      <w:r w:rsidRPr="0092023E">
        <w:rPr>
          <w:rFonts w:ascii="Times New Roman" w:eastAsia="Times New Roman" w:hAnsi="Times New Roman"/>
          <w:color w:val="000000"/>
          <w:sz w:val="24"/>
          <w:lang w:val="ru-RU"/>
        </w:rPr>
        <w:t>В</w:t>
      </w:r>
      <w:proofErr w:type="gramEnd"/>
      <w:r w:rsidRPr="0092023E">
        <w:rPr>
          <w:rFonts w:ascii="Times New Roman" w:eastAsia="Times New Roman" w:hAnsi="Times New Roman"/>
          <w:color w:val="000000"/>
          <w:sz w:val="24"/>
          <w:lang w:val="ru-RU"/>
        </w:rPr>
        <w:t xml:space="preserve">ведите свой вариант: </w:t>
      </w:r>
      <w:r w:rsidR="0068293B">
        <w:rPr>
          <w:rFonts w:ascii="Times New Roman" w:hAnsi="Times New Roman" w:cs="Times New Roman"/>
          <w:sz w:val="24"/>
          <w:szCs w:val="24"/>
          <w:lang w:val="ru-RU"/>
        </w:rPr>
        <w:t>Боголюбов Л.Н</w:t>
      </w:r>
      <w:r w:rsidR="0068293B" w:rsidRPr="0068293B">
        <w:rPr>
          <w:rFonts w:ascii="Times New Roman" w:hAnsi="Times New Roman" w:cs="Times New Roman"/>
          <w:sz w:val="24"/>
          <w:szCs w:val="24"/>
          <w:lang w:val="ru-RU"/>
        </w:rPr>
        <w:t xml:space="preserve">., </w:t>
      </w:r>
      <w:proofErr w:type="spellStart"/>
      <w:r w:rsidR="0068293B">
        <w:rPr>
          <w:rFonts w:ascii="Times New Roman" w:hAnsi="Times New Roman" w:cs="Times New Roman"/>
          <w:sz w:val="24"/>
          <w:szCs w:val="24"/>
          <w:lang w:val="ru-RU"/>
        </w:rPr>
        <w:t>Лазебникова</w:t>
      </w:r>
      <w:proofErr w:type="spellEnd"/>
      <w:r w:rsidR="0068293B">
        <w:rPr>
          <w:rFonts w:ascii="Times New Roman" w:hAnsi="Times New Roman" w:cs="Times New Roman"/>
          <w:sz w:val="24"/>
          <w:szCs w:val="24"/>
          <w:lang w:val="ru-RU"/>
        </w:rPr>
        <w:t xml:space="preserve"> </w:t>
      </w:r>
      <w:proofErr w:type="spellStart"/>
      <w:r w:rsidR="0068293B">
        <w:rPr>
          <w:rFonts w:ascii="Times New Roman" w:hAnsi="Times New Roman" w:cs="Times New Roman"/>
          <w:sz w:val="24"/>
          <w:szCs w:val="24"/>
          <w:lang w:val="ru-RU"/>
        </w:rPr>
        <w:t>А.Ю.,</w:t>
      </w:r>
      <w:r w:rsidR="0068293B" w:rsidRPr="0068293B">
        <w:rPr>
          <w:rFonts w:ascii="Times New Roman" w:hAnsi="Times New Roman" w:cs="Times New Roman"/>
          <w:sz w:val="24"/>
          <w:szCs w:val="24"/>
          <w:lang w:val="ru-RU"/>
        </w:rPr>
        <w:t>Городецкая</w:t>
      </w:r>
      <w:proofErr w:type="spellEnd"/>
      <w:r w:rsidR="0068293B" w:rsidRPr="0068293B">
        <w:rPr>
          <w:rFonts w:ascii="Times New Roman" w:hAnsi="Times New Roman" w:cs="Times New Roman"/>
          <w:sz w:val="24"/>
          <w:szCs w:val="24"/>
          <w:lang w:val="ru-RU"/>
        </w:rPr>
        <w:t xml:space="preserve"> </w:t>
      </w:r>
      <w:r w:rsidR="0068293B">
        <w:rPr>
          <w:rFonts w:ascii="Times New Roman" w:hAnsi="Times New Roman" w:cs="Times New Roman"/>
          <w:sz w:val="24"/>
          <w:szCs w:val="24"/>
          <w:lang w:val="ru-RU"/>
        </w:rPr>
        <w:t xml:space="preserve">Н.И. Обществознание, </w:t>
      </w:r>
      <w:r w:rsidR="0068293B" w:rsidRPr="0068293B">
        <w:rPr>
          <w:rFonts w:ascii="Times New Roman" w:hAnsi="Times New Roman" w:cs="Times New Roman"/>
          <w:sz w:val="24"/>
          <w:szCs w:val="24"/>
          <w:lang w:val="ru-RU"/>
        </w:rPr>
        <w:t>8 класс. Издательство «Просвещение»</w:t>
      </w:r>
      <w:r w:rsidR="0068293B" w:rsidRPr="0068293B">
        <w:rPr>
          <w:rFonts w:ascii="Times New Roman" w:hAnsi="Times New Roman" w:cs="Times New Roman"/>
          <w:sz w:val="24"/>
          <w:szCs w:val="24"/>
          <w:lang w:val="ru-RU"/>
        </w:rPr>
        <w:br/>
      </w:r>
      <w:r w:rsidRPr="0092023E">
        <w:rPr>
          <w:lang w:val="ru-RU"/>
        </w:rPr>
        <w:br/>
      </w:r>
      <w:r w:rsidRPr="0092023E">
        <w:rPr>
          <w:rFonts w:ascii="Times New Roman" w:eastAsia="Times New Roman" w:hAnsi="Times New Roman"/>
          <w:b/>
          <w:color w:val="000000"/>
          <w:sz w:val="24"/>
          <w:lang w:val="ru-RU"/>
        </w:rPr>
        <w:t>9 КЛАСС</w:t>
      </w:r>
      <w:proofErr w:type="gramStart"/>
      <w:r w:rsidRPr="0092023E">
        <w:rPr>
          <w:rFonts w:ascii="Times New Roman" w:eastAsia="Times New Roman" w:hAnsi="Times New Roman"/>
          <w:b/>
          <w:color w:val="000000"/>
          <w:sz w:val="24"/>
          <w:lang w:val="ru-RU"/>
        </w:rPr>
        <w:t xml:space="preserve"> </w:t>
      </w:r>
      <w:r w:rsidRPr="0092023E">
        <w:rPr>
          <w:lang w:val="ru-RU"/>
        </w:rPr>
        <w:br/>
      </w:r>
      <w:r w:rsidRPr="0092023E">
        <w:rPr>
          <w:rFonts w:ascii="Times New Roman" w:eastAsia="Times New Roman" w:hAnsi="Times New Roman"/>
          <w:color w:val="000000"/>
          <w:sz w:val="24"/>
          <w:lang w:val="ru-RU"/>
        </w:rPr>
        <w:t>В</w:t>
      </w:r>
      <w:proofErr w:type="gramEnd"/>
      <w:r w:rsidRPr="0092023E">
        <w:rPr>
          <w:rFonts w:ascii="Times New Roman" w:eastAsia="Times New Roman" w:hAnsi="Times New Roman"/>
          <w:color w:val="000000"/>
          <w:sz w:val="24"/>
          <w:lang w:val="ru-RU"/>
        </w:rPr>
        <w:t xml:space="preserve">ведите свой вариант: </w:t>
      </w:r>
      <w:r w:rsidR="0068293B">
        <w:rPr>
          <w:rFonts w:ascii="Times New Roman" w:hAnsi="Times New Roman" w:cs="Times New Roman"/>
          <w:sz w:val="24"/>
          <w:szCs w:val="24"/>
          <w:lang w:val="ru-RU"/>
        </w:rPr>
        <w:t>Боголюбов Л.Н</w:t>
      </w:r>
      <w:r w:rsidR="0068293B" w:rsidRPr="0068293B">
        <w:rPr>
          <w:rFonts w:ascii="Times New Roman" w:hAnsi="Times New Roman" w:cs="Times New Roman"/>
          <w:sz w:val="24"/>
          <w:szCs w:val="24"/>
          <w:lang w:val="ru-RU"/>
        </w:rPr>
        <w:t xml:space="preserve">., </w:t>
      </w:r>
      <w:proofErr w:type="spellStart"/>
      <w:r w:rsidR="0068293B">
        <w:rPr>
          <w:rFonts w:ascii="Times New Roman" w:hAnsi="Times New Roman" w:cs="Times New Roman"/>
          <w:sz w:val="24"/>
          <w:szCs w:val="24"/>
          <w:lang w:val="ru-RU"/>
        </w:rPr>
        <w:t>Лазебникова</w:t>
      </w:r>
      <w:proofErr w:type="spellEnd"/>
      <w:r w:rsidR="0068293B">
        <w:rPr>
          <w:rFonts w:ascii="Times New Roman" w:hAnsi="Times New Roman" w:cs="Times New Roman"/>
          <w:sz w:val="24"/>
          <w:szCs w:val="24"/>
          <w:lang w:val="ru-RU"/>
        </w:rPr>
        <w:t xml:space="preserve"> А.Ю., Матвеева А.И. Обществознание, </w:t>
      </w:r>
      <w:r w:rsidR="0068293B" w:rsidRPr="0068293B">
        <w:rPr>
          <w:rFonts w:ascii="Times New Roman" w:hAnsi="Times New Roman" w:cs="Times New Roman"/>
          <w:sz w:val="24"/>
          <w:szCs w:val="24"/>
          <w:lang w:val="ru-RU"/>
        </w:rPr>
        <w:t>8 класс. Издательство «Просвещение»</w:t>
      </w:r>
      <w:r w:rsidR="0068293B" w:rsidRPr="0068293B">
        <w:rPr>
          <w:rFonts w:ascii="Times New Roman" w:hAnsi="Times New Roman" w:cs="Times New Roman"/>
          <w:sz w:val="24"/>
          <w:szCs w:val="24"/>
          <w:lang w:val="ru-RU"/>
        </w:rPr>
        <w:br/>
      </w:r>
      <w:r w:rsidRPr="0092023E">
        <w:rPr>
          <w:lang w:val="ru-RU"/>
        </w:rPr>
        <w:br/>
      </w:r>
      <w:r w:rsidRPr="0092023E">
        <w:rPr>
          <w:rFonts w:ascii="Times New Roman" w:eastAsia="Times New Roman" w:hAnsi="Times New Roman"/>
          <w:b/>
          <w:color w:val="000000"/>
          <w:sz w:val="24"/>
          <w:lang w:val="ru-RU"/>
        </w:rPr>
        <w:t xml:space="preserve">МЕТОДИЧЕСКИЕ МАТЕРИАЛЫ ДЛЯ УЧИТЕЛЯ </w:t>
      </w:r>
      <w:r w:rsidRPr="0092023E">
        <w:rPr>
          <w:lang w:val="ru-RU"/>
        </w:rPr>
        <w:br/>
      </w:r>
      <w:r w:rsidRPr="0092023E">
        <w:rPr>
          <w:rFonts w:ascii="Times New Roman" w:eastAsia="Times New Roman" w:hAnsi="Times New Roman"/>
          <w:b/>
          <w:color w:val="000000"/>
          <w:sz w:val="24"/>
          <w:lang w:val="ru-RU"/>
        </w:rPr>
        <w:t xml:space="preserve">6 КЛАСС </w:t>
      </w:r>
      <w:r w:rsidR="001B445C">
        <w:rPr>
          <w:rFonts w:ascii="Times New Roman" w:eastAsia="Times New Roman" w:hAnsi="Times New Roman"/>
          <w:b/>
          <w:color w:val="000000"/>
          <w:sz w:val="24"/>
          <w:lang w:val="ru-RU"/>
        </w:rPr>
        <w:t xml:space="preserve">  </w:t>
      </w:r>
      <w:r w:rsidR="001B445C" w:rsidRPr="001B445C">
        <w:rPr>
          <w:rFonts w:ascii="Times New Roman" w:hAnsi="Times New Roman" w:cs="Times New Roman"/>
          <w:sz w:val="24"/>
          <w:szCs w:val="24"/>
          <w:lang w:val="ru-RU"/>
        </w:rPr>
        <w:t xml:space="preserve">Рабочая программа по обществознанию 5-9 классы к линии учебников под ред. </w:t>
      </w:r>
      <w:proofErr w:type="spellStart"/>
      <w:r w:rsidR="001B445C" w:rsidRPr="001B445C">
        <w:rPr>
          <w:rFonts w:ascii="Times New Roman" w:hAnsi="Times New Roman" w:cs="Times New Roman"/>
          <w:sz w:val="24"/>
          <w:szCs w:val="24"/>
          <w:lang w:val="ru-RU"/>
        </w:rPr>
        <w:t>И.Н.Боголюбова</w:t>
      </w:r>
      <w:proofErr w:type="spellEnd"/>
      <w:r w:rsidR="001B445C">
        <w:rPr>
          <w:rFonts w:ascii="Times New Roman" w:hAnsi="Times New Roman" w:cs="Times New Roman"/>
          <w:sz w:val="24"/>
          <w:szCs w:val="24"/>
          <w:lang w:val="ru-RU"/>
        </w:rPr>
        <w:t xml:space="preserve">. </w:t>
      </w:r>
      <w:r w:rsidR="001B445C" w:rsidRPr="001B445C">
        <w:rPr>
          <w:rFonts w:ascii="Times New Roman" w:hAnsi="Times New Roman" w:cs="Times New Roman"/>
          <w:sz w:val="24"/>
          <w:szCs w:val="24"/>
          <w:lang w:val="ru-RU"/>
        </w:rPr>
        <w:t xml:space="preserve"> Программы по обществознанию 6-11 классы</w:t>
      </w:r>
      <w:r w:rsidRPr="0092023E">
        <w:rPr>
          <w:lang w:val="ru-RU"/>
        </w:rPr>
        <w:br/>
      </w:r>
      <w:r w:rsidRPr="0092023E">
        <w:rPr>
          <w:rFonts w:ascii="Times New Roman" w:eastAsia="Times New Roman" w:hAnsi="Times New Roman"/>
          <w:b/>
          <w:color w:val="000000"/>
          <w:sz w:val="24"/>
          <w:lang w:val="ru-RU"/>
        </w:rPr>
        <w:t xml:space="preserve">7 КЛАСС </w:t>
      </w:r>
      <w:r w:rsidR="001B445C">
        <w:rPr>
          <w:rFonts w:ascii="Times New Roman" w:eastAsia="Times New Roman" w:hAnsi="Times New Roman"/>
          <w:b/>
          <w:color w:val="000000"/>
          <w:sz w:val="24"/>
          <w:lang w:val="ru-RU"/>
        </w:rPr>
        <w:t xml:space="preserve">  </w:t>
      </w:r>
      <w:r w:rsidR="001B445C" w:rsidRPr="001B445C">
        <w:rPr>
          <w:rFonts w:ascii="Times New Roman" w:hAnsi="Times New Roman" w:cs="Times New Roman"/>
          <w:sz w:val="24"/>
          <w:szCs w:val="24"/>
          <w:lang w:val="ru-RU"/>
        </w:rPr>
        <w:t xml:space="preserve">Рабочая программа по обществознанию 5-9 классы к линии учебников под ред. </w:t>
      </w:r>
      <w:proofErr w:type="spellStart"/>
      <w:r w:rsidR="001B445C" w:rsidRPr="001B445C">
        <w:rPr>
          <w:rFonts w:ascii="Times New Roman" w:hAnsi="Times New Roman" w:cs="Times New Roman"/>
          <w:sz w:val="24"/>
          <w:szCs w:val="24"/>
          <w:lang w:val="ru-RU"/>
        </w:rPr>
        <w:t>И.Н.Боголюбова</w:t>
      </w:r>
      <w:proofErr w:type="spellEnd"/>
      <w:r w:rsidR="001B445C">
        <w:rPr>
          <w:rFonts w:ascii="Times New Roman" w:hAnsi="Times New Roman" w:cs="Times New Roman"/>
          <w:sz w:val="24"/>
          <w:szCs w:val="24"/>
          <w:lang w:val="ru-RU"/>
        </w:rPr>
        <w:t xml:space="preserve">. </w:t>
      </w:r>
      <w:r w:rsidR="001B445C" w:rsidRPr="001B445C">
        <w:rPr>
          <w:rFonts w:ascii="Times New Roman" w:hAnsi="Times New Roman" w:cs="Times New Roman"/>
          <w:sz w:val="24"/>
          <w:szCs w:val="24"/>
          <w:lang w:val="ru-RU"/>
        </w:rPr>
        <w:t xml:space="preserve"> Программы по обществознанию 6-11 классы</w:t>
      </w:r>
      <w:r w:rsidR="001B445C" w:rsidRPr="0092023E">
        <w:rPr>
          <w:lang w:val="ru-RU"/>
        </w:rPr>
        <w:br/>
      </w:r>
      <w:r w:rsidRPr="0092023E">
        <w:rPr>
          <w:lang w:val="ru-RU"/>
        </w:rPr>
        <w:br/>
      </w:r>
      <w:r w:rsidRPr="0092023E">
        <w:rPr>
          <w:rFonts w:ascii="Times New Roman" w:eastAsia="Times New Roman" w:hAnsi="Times New Roman"/>
          <w:b/>
          <w:color w:val="000000"/>
          <w:sz w:val="24"/>
          <w:lang w:val="ru-RU"/>
        </w:rPr>
        <w:t>8 КЛАСС</w:t>
      </w:r>
      <w:r w:rsidR="001B445C" w:rsidRPr="001B445C">
        <w:rPr>
          <w:rFonts w:ascii="Times New Roman" w:hAnsi="Times New Roman" w:cs="Times New Roman"/>
          <w:sz w:val="24"/>
          <w:szCs w:val="24"/>
          <w:lang w:val="ru-RU"/>
        </w:rPr>
        <w:t xml:space="preserve"> </w:t>
      </w:r>
      <w:r w:rsidR="001B445C">
        <w:rPr>
          <w:rFonts w:ascii="Times New Roman" w:hAnsi="Times New Roman" w:cs="Times New Roman"/>
          <w:sz w:val="24"/>
          <w:szCs w:val="24"/>
          <w:lang w:val="ru-RU"/>
        </w:rPr>
        <w:t xml:space="preserve">  </w:t>
      </w:r>
      <w:r w:rsidR="001B445C" w:rsidRPr="001B445C">
        <w:rPr>
          <w:rFonts w:ascii="Times New Roman" w:hAnsi="Times New Roman" w:cs="Times New Roman"/>
          <w:sz w:val="24"/>
          <w:szCs w:val="24"/>
          <w:lang w:val="ru-RU"/>
        </w:rPr>
        <w:t xml:space="preserve">Рабочая программа по обществознанию 5-9 классы к линии учебников под ред. </w:t>
      </w:r>
      <w:proofErr w:type="spellStart"/>
      <w:r w:rsidR="001B445C" w:rsidRPr="001B445C">
        <w:rPr>
          <w:rFonts w:ascii="Times New Roman" w:hAnsi="Times New Roman" w:cs="Times New Roman"/>
          <w:sz w:val="24"/>
          <w:szCs w:val="24"/>
          <w:lang w:val="ru-RU"/>
        </w:rPr>
        <w:t>И.Н.Боголюбова</w:t>
      </w:r>
      <w:proofErr w:type="spellEnd"/>
      <w:r w:rsidR="001B445C">
        <w:rPr>
          <w:rFonts w:ascii="Times New Roman" w:hAnsi="Times New Roman" w:cs="Times New Roman"/>
          <w:sz w:val="24"/>
          <w:szCs w:val="24"/>
          <w:lang w:val="ru-RU"/>
        </w:rPr>
        <w:t xml:space="preserve">. </w:t>
      </w:r>
      <w:r w:rsidR="001B445C" w:rsidRPr="001B445C">
        <w:rPr>
          <w:rFonts w:ascii="Times New Roman" w:hAnsi="Times New Roman" w:cs="Times New Roman"/>
          <w:sz w:val="24"/>
          <w:szCs w:val="24"/>
          <w:lang w:val="ru-RU"/>
        </w:rPr>
        <w:t xml:space="preserve"> Программы по обществознанию 6-11 классы</w:t>
      </w:r>
      <w:r w:rsidR="001B445C" w:rsidRPr="0092023E">
        <w:rPr>
          <w:lang w:val="ru-RU"/>
        </w:rPr>
        <w:br/>
      </w:r>
      <w:r w:rsidRPr="0092023E">
        <w:rPr>
          <w:rFonts w:ascii="Times New Roman" w:eastAsia="Times New Roman" w:hAnsi="Times New Roman"/>
          <w:b/>
          <w:color w:val="000000"/>
          <w:sz w:val="24"/>
          <w:lang w:val="ru-RU"/>
        </w:rPr>
        <w:t xml:space="preserve"> </w:t>
      </w:r>
      <w:r w:rsidRPr="0092023E">
        <w:rPr>
          <w:lang w:val="ru-RU"/>
        </w:rPr>
        <w:br/>
      </w:r>
      <w:r w:rsidRPr="0092023E">
        <w:rPr>
          <w:rFonts w:ascii="Times New Roman" w:eastAsia="Times New Roman" w:hAnsi="Times New Roman"/>
          <w:b/>
          <w:color w:val="000000"/>
          <w:sz w:val="24"/>
          <w:lang w:val="ru-RU"/>
        </w:rPr>
        <w:t>9 КЛАСС</w:t>
      </w:r>
      <w:r w:rsidR="001B445C" w:rsidRPr="001B445C">
        <w:rPr>
          <w:rFonts w:ascii="Times New Roman" w:hAnsi="Times New Roman" w:cs="Times New Roman"/>
          <w:sz w:val="24"/>
          <w:szCs w:val="24"/>
          <w:lang w:val="ru-RU"/>
        </w:rPr>
        <w:t xml:space="preserve"> </w:t>
      </w:r>
      <w:r w:rsidR="001B445C">
        <w:rPr>
          <w:rFonts w:ascii="Times New Roman" w:hAnsi="Times New Roman" w:cs="Times New Roman"/>
          <w:sz w:val="24"/>
          <w:szCs w:val="24"/>
          <w:lang w:val="ru-RU"/>
        </w:rPr>
        <w:t xml:space="preserve">  </w:t>
      </w:r>
      <w:r w:rsidR="001B445C" w:rsidRPr="001B445C">
        <w:rPr>
          <w:rFonts w:ascii="Times New Roman" w:hAnsi="Times New Roman" w:cs="Times New Roman"/>
          <w:sz w:val="24"/>
          <w:szCs w:val="24"/>
          <w:lang w:val="ru-RU"/>
        </w:rPr>
        <w:t xml:space="preserve">Рабочая программа по обществознанию 5-9 классы к линии учебников под ред. </w:t>
      </w:r>
      <w:proofErr w:type="spellStart"/>
      <w:r w:rsidR="001B445C" w:rsidRPr="001B445C">
        <w:rPr>
          <w:rFonts w:ascii="Times New Roman" w:hAnsi="Times New Roman" w:cs="Times New Roman"/>
          <w:sz w:val="24"/>
          <w:szCs w:val="24"/>
          <w:lang w:val="ru-RU"/>
        </w:rPr>
        <w:t>И.Н.Боголюбова</w:t>
      </w:r>
      <w:proofErr w:type="spellEnd"/>
      <w:r w:rsidR="001B445C">
        <w:rPr>
          <w:rFonts w:ascii="Times New Roman" w:hAnsi="Times New Roman" w:cs="Times New Roman"/>
          <w:sz w:val="24"/>
          <w:szCs w:val="24"/>
          <w:lang w:val="ru-RU"/>
        </w:rPr>
        <w:t xml:space="preserve">. </w:t>
      </w:r>
      <w:r w:rsidR="001B445C" w:rsidRPr="001B445C">
        <w:rPr>
          <w:rFonts w:ascii="Times New Roman" w:hAnsi="Times New Roman" w:cs="Times New Roman"/>
          <w:sz w:val="24"/>
          <w:szCs w:val="24"/>
          <w:lang w:val="ru-RU"/>
        </w:rPr>
        <w:t xml:space="preserve"> Программы по обществознанию 6-11 классы</w:t>
      </w:r>
      <w:r w:rsidR="001B445C" w:rsidRPr="0092023E">
        <w:rPr>
          <w:lang w:val="ru-RU"/>
        </w:rPr>
        <w:br/>
      </w:r>
      <w:r w:rsidRPr="0092023E">
        <w:rPr>
          <w:rFonts w:ascii="Times New Roman" w:eastAsia="Times New Roman" w:hAnsi="Times New Roman"/>
          <w:b/>
          <w:color w:val="000000"/>
          <w:sz w:val="24"/>
          <w:lang w:val="ru-RU"/>
        </w:rPr>
        <w:t xml:space="preserve"> </w:t>
      </w:r>
    </w:p>
    <w:p w:rsidR="00BD1D13" w:rsidRPr="0068293B" w:rsidRDefault="00FC3B1F">
      <w:pPr>
        <w:autoSpaceDE w:val="0"/>
        <w:autoSpaceDN w:val="0"/>
        <w:spacing w:before="346" w:after="0" w:line="430" w:lineRule="auto"/>
        <w:ind w:right="1440"/>
        <w:rPr>
          <w:rFonts w:ascii="Times New Roman" w:hAnsi="Times New Roman" w:cs="Times New Roman"/>
          <w:sz w:val="24"/>
          <w:szCs w:val="24"/>
          <w:lang w:val="ru-RU"/>
        </w:rPr>
      </w:pPr>
      <w:r w:rsidRPr="0092023E">
        <w:rPr>
          <w:lang w:val="ru-RU"/>
        </w:rPr>
        <w:lastRenderedPageBreak/>
        <w:br/>
      </w:r>
      <w:proofErr w:type="gramStart"/>
      <w:r w:rsidRPr="0092023E">
        <w:rPr>
          <w:rFonts w:ascii="Times New Roman" w:eastAsia="Times New Roman" w:hAnsi="Times New Roman"/>
          <w:b/>
          <w:color w:val="000000"/>
          <w:sz w:val="24"/>
          <w:lang w:val="ru-RU"/>
        </w:rPr>
        <w:t xml:space="preserve">ЦИФРОВЫЕ ОБРАЗОВАТЕЛЬНЫЕ РЕСУРСЫ И РЕСУРСЫ СЕТИ ИНТЕРНЕТ 6 КЛАСС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school</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collection</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edu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единая коллекция цифровых образовательных ресурсов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mon</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gov</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официальный сайт Министерства образования и науки РФ </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elibrary</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defaultx</w:t>
      </w:r>
      <w:proofErr w:type="spellEnd"/>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asp</w:t>
      </w:r>
      <w:r w:rsidR="001B445C" w:rsidRPr="001B445C">
        <w:rPr>
          <w:rFonts w:ascii="Times New Roman" w:hAnsi="Times New Roman" w:cs="Times New Roman"/>
          <w:sz w:val="24"/>
          <w:szCs w:val="24"/>
          <w:lang w:val="ru-RU"/>
        </w:rPr>
        <w:t xml:space="preserve"> - научная электронная библиотека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percent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sch</w:t>
      </w:r>
      <w:proofErr w:type="spellEnd"/>
      <w:r w:rsidR="001B445C" w:rsidRPr="001B445C">
        <w:rPr>
          <w:rFonts w:ascii="Times New Roman" w:hAnsi="Times New Roman" w:cs="Times New Roman"/>
          <w:sz w:val="24"/>
          <w:szCs w:val="24"/>
          <w:lang w:val="ru-RU"/>
        </w:rPr>
        <w:t>86.</w:t>
      </w:r>
      <w:proofErr w:type="spellStart"/>
      <w:r w:rsidR="001B445C" w:rsidRPr="001B445C">
        <w:rPr>
          <w:rFonts w:ascii="Times New Roman" w:hAnsi="Times New Roman" w:cs="Times New Roman"/>
          <w:sz w:val="24"/>
          <w:szCs w:val="24"/>
        </w:rPr>
        <w:t>narod</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словари и энциклопедии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infosoc</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iis</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научно-образовательная социальная сеть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psychology</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net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proofErr w:type="gramEnd"/>
      <w:r w:rsidR="001B445C" w:rsidRPr="001B445C">
        <w:rPr>
          <w:rFonts w:ascii="Times New Roman" w:hAnsi="Times New Roman" w:cs="Times New Roman"/>
          <w:sz w:val="24"/>
          <w:szCs w:val="24"/>
          <w:lang w:val="ru-RU"/>
        </w:rPr>
        <w:t xml:space="preserve"> - </w:t>
      </w:r>
      <w:proofErr w:type="gramStart"/>
      <w:r w:rsidR="001B445C" w:rsidRPr="001B445C">
        <w:rPr>
          <w:rFonts w:ascii="Times New Roman" w:hAnsi="Times New Roman" w:cs="Times New Roman"/>
          <w:sz w:val="24"/>
          <w:szCs w:val="24"/>
          <w:lang w:val="ru-RU"/>
        </w:rPr>
        <w:t xml:space="preserve">молодежные движения и субкультуры Азбука финансов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 xml:space="preserve"> </w:t>
      </w:r>
      <w:proofErr w:type="spellStart"/>
      <w:r w:rsidR="001B445C" w:rsidRPr="001B445C">
        <w:rPr>
          <w:rFonts w:ascii="Times New Roman" w:hAnsi="Times New Roman" w:cs="Times New Roman"/>
          <w:sz w:val="24"/>
          <w:szCs w:val="24"/>
        </w:rPr>
        <w:t>azbukafinansov</w:t>
      </w:r>
      <w:proofErr w:type="spellEnd"/>
      <w:r w:rsidR="001B445C" w:rsidRPr="001B445C">
        <w:rPr>
          <w:rFonts w:ascii="Times New Roman" w:hAnsi="Times New Roman" w:cs="Times New Roman"/>
          <w:sz w:val="24"/>
          <w:szCs w:val="24"/>
          <w:lang w:val="ru-RU"/>
        </w:rPr>
        <w:t xml:space="preserve">. </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Мир психологии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psychology</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net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Законодательство России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gtrubnik</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narod</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ucontents</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htm</w:t>
      </w:r>
      <w:proofErr w:type="spellEnd"/>
      <w:r w:rsidRPr="001B445C">
        <w:rPr>
          <w:rFonts w:ascii="Times New Roman" w:hAnsi="Times New Roman" w:cs="Times New Roman"/>
          <w:sz w:val="24"/>
          <w:szCs w:val="24"/>
          <w:lang w:val="ru-RU"/>
        </w:rPr>
        <w:br/>
      </w:r>
      <w:r w:rsidRPr="0092023E">
        <w:rPr>
          <w:rFonts w:ascii="Times New Roman" w:eastAsia="Times New Roman" w:hAnsi="Times New Roman"/>
          <w:b/>
          <w:color w:val="000000"/>
          <w:sz w:val="24"/>
          <w:lang w:val="ru-RU"/>
        </w:rPr>
        <w:t xml:space="preserve">7 КЛАСС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school</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collection</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edu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единая коллекция цифровых образовательных ресурсов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mon</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gov</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официальный сайт Министерства образования и науки РФ </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elibrary</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defaultx</w:t>
      </w:r>
      <w:proofErr w:type="spellEnd"/>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asp</w:t>
      </w:r>
      <w:r w:rsidR="001B445C" w:rsidRPr="001B445C">
        <w:rPr>
          <w:rFonts w:ascii="Times New Roman" w:hAnsi="Times New Roman" w:cs="Times New Roman"/>
          <w:sz w:val="24"/>
          <w:szCs w:val="24"/>
          <w:lang w:val="ru-RU"/>
        </w:rPr>
        <w:t xml:space="preserve"> - научная электронная библиотека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percent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sch</w:t>
      </w:r>
      <w:proofErr w:type="spellEnd"/>
      <w:r w:rsidR="001B445C" w:rsidRPr="001B445C">
        <w:rPr>
          <w:rFonts w:ascii="Times New Roman" w:hAnsi="Times New Roman" w:cs="Times New Roman"/>
          <w:sz w:val="24"/>
          <w:szCs w:val="24"/>
          <w:lang w:val="ru-RU"/>
        </w:rPr>
        <w:t>86</w:t>
      </w:r>
      <w:proofErr w:type="gramEnd"/>
      <w:r w:rsidR="001B445C" w:rsidRPr="001B445C">
        <w:rPr>
          <w:rFonts w:ascii="Times New Roman" w:hAnsi="Times New Roman" w:cs="Times New Roman"/>
          <w:sz w:val="24"/>
          <w:szCs w:val="24"/>
          <w:lang w:val="ru-RU"/>
        </w:rPr>
        <w:t>.</w:t>
      </w:r>
      <w:proofErr w:type="spellStart"/>
      <w:proofErr w:type="gramStart"/>
      <w:r w:rsidR="001B445C" w:rsidRPr="001B445C">
        <w:rPr>
          <w:rFonts w:ascii="Times New Roman" w:hAnsi="Times New Roman" w:cs="Times New Roman"/>
          <w:sz w:val="24"/>
          <w:szCs w:val="24"/>
        </w:rPr>
        <w:t>narod</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словари и энциклопедии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infosoc</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iis</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научно-образовательная социальная сеть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psychology</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net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молодежные движения и субкультуры Азбука финансов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 xml:space="preserve"> </w:t>
      </w:r>
      <w:proofErr w:type="spellStart"/>
      <w:r w:rsidR="001B445C" w:rsidRPr="001B445C">
        <w:rPr>
          <w:rFonts w:ascii="Times New Roman" w:hAnsi="Times New Roman" w:cs="Times New Roman"/>
          <w:sz w:val="24"/>
          <w:szCs w:val="24"/>
        </w:rPr>
        <w:t>azbukafinansov</w:t>
      </w:r>
      <w:proofErr w:type="spellEnd"/>
      <w:r w:rsidR="001B445C" w:rsidRPr="001B445C">
        <w:rPr>
          <w:rFonts w:ascii="Times New Roman" w:hAnsi="Times New Roman" w:cs="Times New Roman"/>
          <w:sz w:val="24"/>
          <w:szCs w:val="24"/>
          <w:lang w:val="ru-RU"/>
        </w:rPr>
        <w:t>.</w:t>
      </w:r>
      <w:proofErr w:type="gramEnd"/>
      <w:r w:rsidR="001B445C" w:rsidRPr="001B445C">
        <w:rPr>
          <w:rFonts w:ascii="Times New Roman" w:hAnsi="Times New Roman" w:cs="Times New Roman"/>
          <w:sz w:val="24"/>
          <w:szCs w:val="24"/>
          <w:lang w:val="ru-RU"/>
        </w:rPr>
        <w:t xml:space="preserve"> </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Мир психологии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psychology</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net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Законодательство России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gtrubnik</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narod</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ucontents</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htm</w:t>
      </w:r>
      <w:proofErr w:type="spellEnd"/>
      <w:r w:rsidR="001B445C" w:rsidRPr="001B445C">
        <w:rPr>
          <w:rFonts w:ascii="Times New Roman" w:hAnsi="Times New Roman" w:cs="Times New Roman"/>
          <w:sz w:val="24"/>
          <w:szCs w:val="24"/>
          <w:lang w:val="ru-RU"/>
        </w:rPr>
        <w:br/>
      </w:r>
      <w:r w:rsidRPr="0092023E">
        <w:rPr>
          <w:lang w:val="ru-RU"/>
        </w:rPr>
        <w:br/>
      </w:r>
      <w:r w:rsidRPr="0092023E">
        <w:rPr>
          <w:rFonts w:ascii="Times New Roman" w:eastAsia="Times New Roman" w:hAnsi="Times New Roman"/>
          <w:b/>
          <w:color w:val="000000"/>
          <w:sz w:val="24"/>
          <w:lang w:val="ru-RU"/>
        </w:rPr>
        <w:t xml:space="preserve">8 КЛАСС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school</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collection</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edu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единая коллекция цифровых образовательных ресурсов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mon</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gov</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официальный сайт Министерства образования и науки РФ </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elibrary</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defaultx</w:t>
      </w:r>
      <w:proofErr w:type="spellEnd"/>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asp</w:t>
      </w:r>
      <w:r w:rsidR="001B445C" w:rsidRPr="001B445C">
        <w:rPr>
          <w:rFonts w:ascii="Times New Roman" w:hAnsi="Times New Roman" w:cs="Times New Roman"/>
          <w:sz w:val="24"/>
          <w:szCs w:val="24"/>
          <w:lang w:val="ru-RU"/>
        </w:rPr>
        <w:t xml:space="preserve"> - научная электронная библиотека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percent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sch</w:t>
      </w:r>
      <w:proofErr w:type="spellEnd"/>
      <w:r w:rsidR="001B445C" w:rsidRPr="001B445C">
        <w:rPr>
          <w:rFonts w:ascii="Times New Roman" w:hAnsi="Times New Roman" w:cs="Times New Roman"/>
          <w:sz w:val="24"/>
          <w:szCs w:val="24"/>
          <w:lang w:val="ru-RU"/>
        </w:rPr>
        <w:t>86.</w:t>
      </w:r>
      <w:proofErr w:type="spellStart"/>
      <w:r w:rsidR="001B445C" w:rsidRPr="001B445C">
        <w:rPr>
          <w:rFonts w:ascii="Times New Roman" w:hAnsi="Times New Roman" w:cs="Times New Roman"/>
          <w:sz w:val="24"/>
          <w:szCs w:val="24"/>
        </w:rPr>
        <w:t>narod</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словари и энциклопедии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infosoc</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iis</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научно-образовательная социальная сеть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psychology</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net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 молодежные движения и субкультуры Азбука финансов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www</w:t>
      </w:r>
      <w:r w:rsidR="001B445C" w:rsidRPr="001B445C">
        <w:rPr>
          <w:rFonts w:ascii="Times New Roman" w:hAnsi="Times New Roman" w:cs="Times New Roman"/>
          <w:sz w:val="24"/>
          <w:szCs w:val="24"/>
          <w:lang w:val="ru-RU"/>
        </w:rPr>
        <w:t xml:space="preserve"> </w:t>
      </w:r>
      <w:proofErr w:type="spellStart"/>
      <w:r w:rsidR="001B445C" w:rsidRPr="001B445C">
        <w:rPr>
          <w:rFonts w:ascii="Times New Roman" w:hAnsi="Times New Roman" w:cs="Times New Roman"/>
          <w:sz w:val="24"/>
          <w:szCs w:val="24"/>
        </w:rPr>
        <w:t>azbukafinansov</w:t>
      </w:r>
      <w:proofErr w:type="spellEnd"/>
      <w:r w:rsidR="001B445C" w:rsidRPr="001B445C">
        <w:rPr>
          <w:rFonts w:ascii="Times New Roman" w:hAnsi="Times New Roman" w:cs="Times New Roman"/>
          <w:sz w:val="24"/>
          <w:szCs w:val="24"/>
          <w:lang w:val="ru-RU"/>
        </w:rPr>
        <w:t xml:space="preserve">. </w:t>
      </w:r>
      <w:proofErr w:type="spellStart"/>
      <w:proofErr w:type="gramStart"/>
      <w:r w:rsidR="001B445C" w:rsidRPr="001B445C">
        <w:rPr>
          <w:rFonts w:ascii="Times New Roman" w:hAnsi="Times New Roman" w:cs="Times New Roman"/>
          <w:sz w:val="24"/>
          <w:szCs w:val="24"/>
        </w:rPr>
        <w:t>ru</w:t>
      </w:r>
      <w:proofErr w:type="spellEnd"/>
      <w:proofErr w:type="gramEnd"/>
      <w:r w:rsidR="001B445C" w:rsidRPr="001B445C">
        <w:rPr>
          <w:rFonts w:ascii="Times New Roman" w:hAnsi="Times New Roman" w:cs="Times New Roman"/>
          <w:sz w:val="24"/>
          <w:szCs w:val="24"/>
          <w:lang w:val="ru-RU"/>
        </w:rPr>
        <w:t xml:space="preserve"> Мир психологии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psychology</w:t>
      </w:r>
      <w:r w:rsidR="001B445C" w:rsidRPr="001B445C">
        <w:rPr>
          <w:rFonts w:ascii="Times New Roman" w:hAnsi="Times New Roman" w:cs="Times New Roman"/>
          <w:sz w:val="24"/>
          <w:szCs w:val="24"/>
          <w:lang w:val="ru-RU"/>
        </w:rPr>
        <w:t>.</w:t>
      </w:r>
      <w:r w:rsidR="001B445C" w:rsidRPr="001B445C">
        <w:rPr>
          <w:rFonts w:ascii="Times New Roman" w:hAnsi="Times New Roman" w:cs="Times New Roman"/>
          <w:sz w:val="24"/>
          <w:szCs w:val="24"/>
        </w:rPr>
        <w:t>net</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 xml:space="preserve"> Законодательство России - </w:t>
      </w:r>
      <w:r w:rsidR="001B445C" w:rsidRPr="001B445C">
        <w:rPr>
          <w:rFonts w:ascii="Times New Roman" w:hAnsi="Times New Roman" w:cs="Times New Roman"/>
          <w:sz w:val="24"/>
          <w:szCs w:val="24"/>
        </w:rPr>
        <w:t>http</w:t>
      </w:r>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gtrubnik</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narod</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ru</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ucontents</w:t>
      </w:r>
      <w:proofErr w:type="spellEnd"/>
      <w:r w:rsidR="001B445C" w:rsidRPr="001B445C">
        <w:rPr>
          <w:rFonts w:ascii="Times New Roman" w:hAnsi="Times New Roman" w:cs="Times New Roman"/>
          <w:sz w:val="24"/>
          <w:szCs w:val="24"/>
          <w:lang w:val="ru-RU"/>
        </w:rPr>
        <w:t>.</w:t>
      </w:r>
      <w:proofErr w:type="spellStart"/>
      <w:r w:rsidR="001B445C" w:rsidRPr="001B445C">
        <w:rPr>
          <w:rFonts w:ascii="Times New Roman" w:hAnsi="Times New Roman" w:cs="Times New Roman"/>
          <w:sz w:val="24"/>
          <w:szCs w:val="24"/>
        </w:rPr>
        <w:t>htm</w:t>
      </w:r>
      <w:proofErr w:type="spellEnd"/>
      <w:r w:rsidR="001B445C" w:rsidRPr="001B445C">
        <w:rPr>
          <w:rFonts w:ascii="Times New Roman" w:hAnsi="Times New Roman" w:cs="Times New Roman"/>
          <w:sz w:val="24"/>
          <w:szCs w:val="24"/>
          <w:lang w:val="ru-RU"/>
        </w:rPr>
        <w:br/>
      </w:r>
      <w:r w:rsidRPr="0092023E">
        <w:rPr>
          <w:lang w:val="ru-RU"/>
        </w:rPr>
        <w:br/>
      </w:r>
      <w:r w:rsidRPr="0092023E">
        <w:rPr>
          <w:rFonts w:ascii="Times New Roman" w:eastAsia="Times New Roman" w:hAnsi="Times New Roman"/>
          <w:b/>
          <w:color w:val="000000"/>
          <w:sz w:val="24"/>
          <w:lang w:val="ru-RU"/>
        </w:rPr>
        <w:t>9 КЛАСС</w:t>
      </w:r>
    </w:p>
    <w:p w:rsidR="00BD1D13" w:rsidRPr="0092023E" w:rsidRDefault="001B445C">
      <w:pPr>
        <w:rPr>
          <w:lang w:val="ru-RU"/>
        </w:rPr>
        <w:sectPr w:rsidR="00BD1D13" w:rsidRPr="0092023E">
          <w:pgSz w:w="11900" w:h="16840"/>
          <w:pgMar w:top="298" w:right="650" w:bottom="1440" w:left="666" w:header="720" w:footer="720" w:gutter="0"/>
          <w:cols w:space="720" w:equalWidth="0">
            <w:col w:w="10584" w:space="0"/>
          </w:cols>
          <w:docGrid w:linePitch="360"/>
        </w:sectPr>
      </w:pP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www</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school</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collection</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edu</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 xml:space="preserve"> – единая коллекция цифровых образовательных ресурсов </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www</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mon</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gov</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 xml:space="preserve"> – официальный сайт Министерства образования и науки РФ </w:t>
      </w:r>
      <w:r w:rsidRPr="001B445C">
        <w:rPr>
          <w:rFonts w:ascii="Times New Roman" w:hAnsi="Times New Roman" w:cs="Times New Roman"/>
          <w:sz w:val="24"/>
          <w:szCs w:val="24"/>
        </w:rPr>
        <w:lastRenderedPageBreak/>
        <w:t>www</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www</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elibrary</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defaultx</w:t>
      </w:r>
      <w:proofErr w:type="spellEnd"/>
      <w:r w:rsidRPr="001B445C">
        <w:rPr>
          <w:rFonts w:ascii="Times New Roman" w:hAnsi="Times New Roman" w:cs="Times New Roman"/>
          <w:sz w:val="24"/>
          <w:szCs w:val="24"/>
          <w:lang w:val="ru-RU"/>
        </w:rPr>
        <w:t>.</w:t>
      </w:r>
      <w:r w:rsidRPr="001B445C">
        <w:rPr>
          <w:rFonts w:ascii="Times New Roman" w:hAnsi="Times New Roman" w:cs="Times New Roman"/>
          <w:sz w:val="24"/>
          <w:szCs w:val="24"/>
        </w:rPr>
        <w:t>asp</w:t>
      </w:r>
      <w:r w:rsidRPr="001B445C">
        <w:rPr>
          <w:rFonts w:ascii="Times New Roman" w:hAnsi="Times New Roman" w:cs="Times New Roman"/>
          <w:sz w:val="24"/>
          <w:szCs w:val="24"/>
          <w:lang w:val="ru-RU"/>
        </w:rPr>
        <w:t xml:space="preserve"> - научная электронная библиотека </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percent</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sch</w:t>
      </w:r>
      <w:proofErr w:type="spellEnd"/>
      <w:r w:rsidRPr="001B445C">
        <w:rPr>
          <w:rFonts w:ascii="Times New Roman" w:hAnsi="Times New Roman" w:cs="Times New Roman"/>
          <w:sz w:val="24"/>
          <w:szCs w:val="24"/>
          <w:lang w:val="ru-RU"/>
        </w:rPr>
        <w:t>86.</w:t>
      </w:r>
      <w:proofErr w:type="spellStart"/>
      <w:r w:rsidRPr="001B445C">
        <w:rPr>
          <w:rFonts w:ascii="Times New Roman" w:hAnsi="Times New Roman" w:cs="Times New Roman"/>
          <w:sz w:val="24"/>
          <w:szCs w:val="24"/>
        </w:rPr>
        <w:t>narod</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 xml:space="preserve"> - словари и энциклопедии </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www</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infosoc</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iis</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 xml:space="preserve"> - научно-образовательная социальная сеть </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psychology</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net</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 xml:space="preserve"> - молодежные движения и субкультуры Азбука финансов - </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www</w:t>
      </w:r>
      <w:r w:rsidRPr="001B445C">
        <w:rPr>
          <w:rFonts w:ascii="Times New Roman" w:hAnsi="Times New Roman" w:cs="Times New Roman"/>
          <w:sz w:val="24"/>
          <w:szCs w:val="24"/>
          <w:lang w:val="ru-RU"/>
        </w:rPr>
        <w:t xml:space="preserve"> </w:t>
      </w:r>
      <w:proofErr w:type="spellStart"/>
      <w:r w:rsidRPr="001B445C">
        <w:rPr>
          <w:rFonts w:ascii="Times New Roman" w:hAnsi="Times New Roman" w:cs="Times New Roman"/>
          <w:sz w:val="24"/>
          <w:szCs w:val="24"/>
        </w:rPr>
        <w:t>azbukafinansov</w:t>
      </w:r>
      <w:proofErr w:type="spellEnd"/>
      <w:r w:rsidRPr="001B445C">
        <w:rPr>
          <w:rFonts w:ascii="Times New Roman" w:hAnsi="Times New Roman" w:cs="Times New Roman"/>
          <w:sz w:val="24"/>
          <w:szCs w:val="24"/>
          <w:lang w:val="ru-RU"/>
        </w:rPr>
        <w:t xml:space="preserve">. </w:t>
      </w:r>
      <w:proofErr w:type="spellStart"/>
      <w:proofErr w:type="gramStart"/>
      <w:r w:rsidRPr="001B445C">
        <w:rPr>
          <w:rFonts w:ascii="Times New Roman" w:hAnsi="Times New Roman" w:cs="Times New Roman"/>
          <w:sz w:val="24"/>
          <w:szCs w:val="24"/>
        </w:rPr>
        <w:t>ru</w:t>
      </w:r>
      <w:proofErr w:type="spellEnd"/>
      <w:proofErr w:type="gramEnd"/>
      <w:r w:rsidRPr="001B445C">
        <w:rPr>
          <w:rFonts w:ascii="Times New Roman" w:hAnsi="Times New Roman" w:cs="Times New Roman"/>
          <w:sz w:val="24"/>
          <w:szCs w:val="24"/>
          <w:lang w:val="ru-RU"/>
        </w:rPr>
        <w:t xml:space="preserve"> Мир психологии - </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psychology</w:t>
      </w:r>
      <w:r w:rsidRPr="001B445C">
        <w:rPr>
          <w:rFonts w:ascii="Times New Roman" w:hAnsi="Times New Roman" w:cs="Times New Roman"/>
          <w:sz w:val="24"/>
          <w:szCs w:val="24"/>
          <w:lang w:val="ru-RU"/>
        </w:rPr>
        <w:t>.</w:t>
      </w:r>
      <w:r w:rsidRPr="001B445C">
        <w:rPr>
          <w:rFonts w:ascii="Times New Roman" w:hAnsi="Times New Roman" w:cs="Times New Roman"/>
          <w:sz w:val="24"/>
          <w:szCs w:val="24"/>
        </w:rPr>
        <w:t>net</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 xml:space="preserve"> Законодательство России - </w:t>
      </w:r>
      <w:r w:rsidRPr="001B445C">
        <w:rPr>
          <w:rFonts w:ascii="Times New Roman" w:hAnsi="Times New Roman" w:cs="Times New Roman"/>
          <w:sz w:val="24"/>
          <w:szCs w:val="24"/>
        </w:rPr>
        <w:t>http</w:t>
      </w:r>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gtrubnik</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narod</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ru</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ucontents</w:t>
      </w:r>
      <w:proofErr w:type="spellEnd"/>
      <w:r w:rsidRPr="001B445C">
        <w:rPr>
          <w:rFonts w:ascii="Times New Roman" w:hAnsi="Times New Roman" w:cs="Times New Roman"/>
          <w:sz w:val="24"/>
          <w:szCs w:val="24"/>
          <w:lang w:val="ru-RU"/>
        </w:rPr>
        <w:t>.</w:t>
      </w:r>
      <w:proofErr w:type="spellStart"/>
      <w:r w:rsidRPr="001B445C">
        <w:rPr>
          <w:rFonts w:ascii="Times New Roman" w:hAnsi="Times New Roman" w:cs="Times New Roman"/>
          <w:sz w:val="24"/>
          <w:szCs w:val="24"/>
        </w:rPr>
        <w:t>htm</w:t>
      </w:r>
      <w:proofErr w:type="spellEnd"/>
      <w:r w:rsidRPr="001B445C">
        <w:rPr>
          <w:rFonts w:ascii="Times New Roman" w:hAnsi="Times New Roman" w:cs="Times New Roman"/>
          <w:sz w:val="24"/>
          <w:szCs w:val="24"/>
          <w:lang w:val="ru-RU"/>
        </w:rPr>
        <w:br/>
      </w:r>
    </w:p>
    <w:p w:rsidR="00BD1D13" w:rsidRPr="0092023E" w:rsidRDefault="00BD1D13">
      <w:pPr>
        <w:autoSpaceDE w:val="0"/>
        <w:autoSpaceDN w:val="0"/>
        <w:spacing w:after="78" w:line="220" w:lineRule="exact"/>
        <w:rPr>
          <w:lang w:val="ru-RU"/>
        </w:rPr>
      </w:pPr>
    </w:p>
    <w:p w:rsidR="001B445C" w:rsidRDefault="00FC3B1F">
      <w:pPr>
        <w:autoSpaceDE w:val="0"/>
        <w:autoSpaceDN w:val="0"/>
        <w:spacing w:after="0" w:line="408" w:lineRule="auto"/>
        <w:ind w:right="432"/>
        <w:rPr>
          <w:rFonts w:ascii="Times New Roman" w:eastAsia="Times New Roman" w:hAnsi="Times New Roman"/>
          <w:b/>
          <w:color w:val="000000"/>
          <w:sz w:val="24"/>
          <w:lang w:val="ru-RU"/>
        </w:rPr>
      </w:pPr>
      <w:r w:rsidRPr="0092023E">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p>
    <w:p w:rsidR="00BD1D13" w:rsidRPr="0092023E" w:rsidRDefault="001B445C">
      <w:pPr>
        <w:autoSpaceDE w:val="0"/>
        <w:autoSpaceDN w:val="0"/>
        <w:spacing w:after="0" w:line="408" w:lineRule="auto"/>
        <w:ind w:right="432"/>
        <w:rPr>
          <w:lang w:val="ru-RU"/>
        </w:rPr>
      </w:pPr>
      <w:r w:rsidRPr="001B445C">
        <w:rPr>
          <w:rFonts w:ascii="Times New Roman" w:hAnsi="Times New Roman" w:cs="Times New Roman"/>
          <w:sz w:val="28"/>
          <w:szCs w:val="28"/>
          <w:lang w:val="ru-RU"/>
        </w:rPr>
        <w:t>Компьютер, интерактивная доска, проектор.</w:t>
      </w:r>
      <w:r w:rsidR="00FC3B1F" w:rsidRPr="001B445C">
        <w:rPr>
          <w:rFonts w:ascii="Times New Roman" w:hAnsi="Times New Roman" w:cs="Times New Roman"/>
          <w:sz w:val="28"/>
          <w:szCs w:val="28"/>
          <w:lang w:val="ru-RU"/>
        </w:rPr>
        <w:br/>
      </w:r>
      <w:r w:rsidR="00FC3B1F" w:rsidRPr="0092023E">
        <w:rPr>
          <w:rFonts w:ascii="Times New Roman" w:eastAsia="Times New Roman" w:hAnsi="Times New Roman"/>
          <w:b/>
          <w:color w:val="000000"/>
          <w:sz w:val="24"/>
          <w:lang w:val="ru-RU"/>
        </w:rPr>
        <w:t>ОБОРУДОВАНИЕ ДЛЯ ПРОВЕДЕНИЯ ПРАКТИЧЕСКИХ РАБОТ</w:t>
      </w:r>
    </w:p>
    <w:p w:rsidR="00BD1D13" w:rsidRPr="001B445C" w:rsidRDefault="001B445C">
      <w:pPr>
        <w:rPr>
          <w:rFonts w:ascii="Times New Roman" w:hAnsi="Times New Roman" w:cs="Times New Roman"/>
          <w:sz w:val="24"/>
          <w:szCs w:val="24"/>
          <w:lang w:val="ru-RU"/>
        </w:rPr>
        <w:sectPr w:rsidR="00BD1D13" w:rsidRPr="001B445C">
          <w:pgSz w:w="11900" w:h="16840"/>
          <w:pgMar w:top="298" w:right="650" w:bottom="1440" w:left="666" w:header="720" w:footer="720" w:gutter="0"/>
          <w:cols w:space="720" w:equalWidth="0">
            <w:col w:w="10584" w:space="0"/>
          </w:cols>
          <w:docGrid w:linePitch="360"/>
        </w:sectPr>
      </w:pPr>
      <w:proofErr w:type="spellStart"/>
      <w:proofErr w:type="gramStart"/>
      <w:r w:rsidRPr="001B445C">
        <w:rPr>
          <w:rFonts w:ascii="Times New Roman" w:hAnsi="Times New Roman" w:cs="Times New Roman"/>
          <w:sz w:val="24"/>
          <w:szCs w:val="24"/>
        </w:rPr>
        <w:t>интерактивная</w:t>
      </w:r>
      <w:proofErr w:type="spellEnd"/>
      <w:proofErr w:type="gramEnd"/>
      <w:r w:rsidRPr="001B445C">
        <w:rPr>
          <w:rFonts w:ascii="Times New Roman" w:hAnsi="Times New Roman" w:cs="Times New Roman"/>
          <w:sz w:val="24"/>
          <w:szCs w:val="24"/>
        </w:rPr>
        <w:t xml:space="preserve"> </w:t>
      </w:r>
      <w:proofErr w:type="spellStart"/>
      <w:r w:rsidRPr="001B445C">
        <w:rPr>
          <w:rFonts w:ascii="Times New Roman" w:hAnsi="Times New Roman" w:cs="Times New Roman"/>
          <w:sz w:val="24"/>
          <w:szCs w:val="24"/>
        </w:rPr>
        <w:t>доска</w:t>
      </w:r>
      <w:proofErr w:type="spellEnd"/>
      <w:r w:rsidRPr="001B445C">
        <w:rPr>
          <w:rFonts w:ascii="Times New Roman" w:hAnsi="Times New Roman" w:cs="Times New Roman"/>
          <w:sz w:val="24"/>
          <w:szCs w:val="24"/>
        </w:rPr>
        <w:t xml:space="preserve">, </w:t>
      </w:r>
      <w:proofErr w:type="spellStart"/>
      <w:r w:rsidRPr="001B445C">
        <w:rPr>
          <w:rFonts w:ascii="Times New Roman" w:hAnsi="Times New Roman" w:cs="Times New Roman"/>
          <w:sz w:val="24"/>
          <w:szCs w:val="24"/>
        </w:rPr>
        <w:t>проектор</w:t>
      </w:r>
      <w:proofErr w:type="spellEnd"/>
    </w:p>
    <w:p w:rsidR="00FC3B1F" w:rsidRPr="0092023E" w:rsidRDefault="00FC3B1F">
      <w:pPr>
        <w:rPr>
          <w:lang w:val="ru-RU"/>
        </w:rPr>
      </w:pPr>
    </w:p>
    <w:sectPr w:rsidR="00FC3B1F" w:rsidRPr="0092023E"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Е">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39220A2"/>
    <w:multiLevelType w:val="hybridMultilevel"/>
    <w:tmpl w:val="283AC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B3737F"/>
    <w:multiLevelType w:val="hybridMultilevel"/>
    <w:tmpl w:val="4C6C5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EF7FAB"/>
    <w:multiLevelType w:val="hybridMultilevel"/>
    <w:tmpl w:val="3648B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F10BB3"/>
    <w:multiLevelType w:val="hybridMultilevel"/>
    <w:tmpl w:val="F578A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F831B0"/>
    <w:multiLevelType w:val="hybridMultilevel"/>
    <w:tmpl w:val="F52E6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BB684C"/>
    <w:multiLevelType w:val="hybridMultilevel"/>
    <w:tmpl w:val="DB5E5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3B695B"/>
    <w:multiLevelType w:val="hybridMultilevel"/>
    <w:tmpl w:val="29C497EE"/>
    <w:lvl w:ilvl="0" w:tplc="9D5E89E8">
      <w:start w:val="1"/>
      <w:numFmt w:val="upperRoman"/>
      <w:lvlText w:val="%1."/>
      <w:lvlJc w:val="left"/>
      <w:pPr>
        <w:ind w:left="1080" w:hanging="720"/>
      </w:pPr>
      <w:rPr>
        <w:rFonts w:ascii="Times New Roman" w:eastAsia="Times New Roman" w:hAnsi="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933AED"/>
    <w:multiLevelType w:val="hybridMultilevel"/>
    <w:tmpl w:val="A812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D03A9D"/>
    <w:multiLevelType w:val="hybridMultilevel"/>
    <w:tmpl w:val="4E00D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17"/>
  </w:num>
  <w:num w:numId="12">
    <w:abstractNumId w:val="14"/>
  </w:num>
  <w:num w:numId="13">
    <w:abstractNumId w:val="12"/>
  </w:num>
  <w:num w:numId="14">
    <w:abstractNumId w:val="16"/>
  </w:num>
  <w:num w:numId="15">
    <w:abstractNumId w:val="9"/>
  </w:num>
  <w:num w:numId="16">
    <w:abstractNumId w:val="13"/>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B445C"/>
    <w:rsid w:val="0029639D"/>
    <w:rsid w:val="00326F90"/>
    <w:rsid w:val="00591A72"/>
    <w:rsid w:val="0068293B"/>
    <w:rsid w:val="0092023E"/>
    <w:rsid w:val="009E76A4"/>
    <w:rsid w:val="00AA1D8D"/>
    <w:rsid w:val="00B47730"/>
    <w:rsid w:val="00BD1D13"/>
    <w:rsid w:val="00C83776"/>
    <w:rsid w:val="00CA4A36"/>
    <w:rsid w:val="00CB0664"/>
    <w:rsid w:val="00FC3B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6A89C-B0EF-44B1-BEB6-6DEDEBD47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13445</Words>
  <Characters>76643</Characters>
  <Application>Microsoft Office Word</Application>
  <DocSecurity>0</DocSecurity>
  <Lines>638</Lines>
  <Paragraphs>179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89909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1</cp:lastModifiedBy>
  <cp:revision>2</cp:revision>
  <dcterms:created xsi:type="dcterms:W3CDTF">2023-02-14T05:14:00Z</dcterms:created>
  <dcterms:modified xsi:type="dcterms:W3CDTF">2023-02-14T05:14:00Z</dcterms:modified>
</cp:coreProperties>
</file>